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15F01" w14:textId="77777777" w:rsidR="006835FB" w:rsidRDefault="00000000" w:rsidP="002F18A5">
      <w:pPr>
        <w:pStyle w:val="aa"/>
        <w:pBdr>
          <w:bottom w:val="single" w:sz="8" w:space="3" w:color="4F81BD" w:themeColor="accent1"/>
        </w:pBdr>
        <w:jc w:val="center"/>
        <w:rPr>
          <w:lang w:eastAsia="zh-CN"/>
        </w:rPr>
      </w:pPr>
      <w:r>
        <w:rPr>
          <w:rFonts w:ascii="Arial" w:eastAsia="黑体" w:hAnsi="Arial"/>
          <w:lang w:eastAsia="zh-CN"/>
        </w:rPr>
        <w:t>《深海航运》项目技术文档</w:t>
      </w:r>
    </w:p>
    <w:p w14:paraId="49D6A54B" w14:textId="77777777" w:rsidR="006835FB" w:rsidRDefault="00000000">
      <w:pPr>
        <w:pStyle w:val="1"/>
        <w:spacing w:before="200" w:after="100"/>
      </w:pPr>
      <w:bookmarkStart w:id="0" w:name="_Toc239423938"/>
      <w:proofErr w:type="spellStart"/>
      <w:r>
        <w:rPr>
          <w:rFonts w:ascii="Arial" w:eastAsia="黑体"/>
        </w:rPr>
        <w:t>目录</w:t>
      </w:r>
      <w:bookmarkEnd w:id="0"/>
      <w:proofErr w:type="spellEnd"/>
    </w:p>
    <w:p w14:paraId="737987B3" w14:textId="0F6D4C97" w:rsidR="009A3980" w:rsidRDefault="0000000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9423938" w:history="1">
        <w:r w:rsidR="009A3980" w:rsidRPr="00541549">
          <w:rPr>
            <w:rStyle w:val="aff9"/>
            <w:rFonts w:eastAsia="黑体"/>
            <w:noProof/>
          </w:rPr>
          <w:t>目录</w:t>
        </w:r>
        <w:r w:rsidR="009A3980">
          <w:rPr>
            <w:rFonts w:hint="eastAsia"/>
            <w:noProof/>
            <w:webHidden/>
          </w:rPr>
          <w:tab/>
        </w:r>
        <w:r w:rsidR="009A3980">
          <w:rPr>
            <w:rFonts w:hint="eastAsia"/>
            <w:noProof/>
            <w:webHidden/>
          </w:rPr>
          <w:fldChar w:fldCharType="begin"/>
        </w:r>
        <w:r w:rsidR="009A3980">
          <w:rPr>
            <w:rFonts w:hint="eastAsia"/>
            <w:noProof/>
            <w:webHidden/>
          </w:rPr>
          <w:instrText xml:space="preserve"> </w:instrText>
        </w:r>
        <w:r w:rsidR="009A3980">
          <w:rPr>
            <w:noProof/>
            <w:webHidden/>
          </w:rPr>
          <w:instrText>PAGEREF _Toc239423938 \h</w:instrText>
        </w:r>
        <w:r w:rsidR="009A3980">
          <w:rPr>
            <w:rFonts w:hint="eastAsia"/>
            <w:noProof/>
            <w:webHidden/>
          </w:rPr>
          <w:instrText xml:space="preserve"> </w:instrText>
        </w:r>
        <w:r w:rsidR="009A3980">
          <w:rPr>
            <w:rFonts w:hint="eastAsia"/>
            <w:noProof/>
            <w:webHidden/>
          </w:rPr>
        </w:r>
        <w:r w:rsidR="009A3980">
          <w:rPr>
            <w:rFonts w:hint="eastAsia"/>
            <w:noProof/>
            <w:webHidden/>
          </w:rPr>
          <w:fldChar w:fldCharType="separate"/>
        </w:r>
        <w:r w:rsidR="009A3980">
          <w:rPr>
            <w:noProof/>
            <w:webHidden/>
          </w:rPr>
          <w:t>1</w:t>
        </w:r>
        <w:r w:rsidR="009A3980">
          <w:rPr>
            <w:rFonts w:hint="eastAsia"/>
            <w:noProof/>
            <w:webHidden/>
          </w:rPr>
          <w:fldChar w:fldCharType="end"/>
        </w:r>
      </w:hyperlink>
    </w:p>
    <w:p w14:paraId="1857C129" w14:textId="376D9D63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39" w:history="1">
        <w:r w:rsidRPr="00541549">
          <w:rPr>
            <w:rStyle w:val="aff9"/>
            <w:rFonts w:eastAsia="黑体"/>
            <w:noProof/>
            <w:lang w:eastAsia="zh-CN"/>
          </w:rPr>
          <w:t>一、项目概述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99A015B" w14:textId="255006F5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0" w:history="1">
        <w:r w:rsidRPr="00541549">
          <w:rPr>
            <w:rStyle w:val="aff9"/>
            <w:rFonts w:eastAsia="黑体"/>
            <w:noProof/>
          </w:rPr>
          <w:t>二、技术栈与运行配置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32FA7E" w14:textId="3016A110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1" w:history="1">
        <w:r w:rsidRPr="00541549">
          <w:rPr>
            <w:rStyle w:val="aff9"/>
            <w:rFonts w:eastAsia="黑体"/>
            <w:noProof/>
            <w:lang w:eastAsia="zh-CN"/>
          </w:rPr>
          <w:t>三、整体架构设计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2C0861E" w14:textId="449D7307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2" w:history="1">
        <w:r w:rsidRPr="00541549">
          <w:rPr>
            <w:rStyle w:val="aff9"/>
            <w:rFonts w:eastAsia="黑体"/>
            <w:noProof/>
            <w:lang w:eastAsia="zh-CN"/>
          </w:rPr>
          <w:t xml:space="preserve">3.1 MVC </w:t>
        </w:r>
        <w:r w:rsidRPr="00541549">
          <w:rPr>
            <w:rStyle w:val="aff9"/>
            <w:rFonts w:eastAsia="黑体"/>
            <w:noProof/>
            <w:lang w:eastAsia="zh-CN"/>
          </w:rPr>
          <w:t>分层（全项目强制）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E61EA4" w14:textId="687F2988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3" w:history="1">
        <w:r w:rsidRPr="00541549">
          <w:rPr>
            <w:rStyle w:val="aff9"/>
            <w:rFonts w:eastAsia="黑体"/>
            <w:noProof/>
          </w:rPr>
          <w:t xml:space="preserve">3.2 2D </w:t>
        </w:r>
        <w:r w:rsidRPr="00541549">
          <w:rPr>
            <w:rStyle w:val="aff9"/>
            <w:rFonts w:eastAsia="黑体"/>
            <w:noProof/>
          </w:rPr>
          <w:t>俯视呈现（</w:t>
        </w:r>
        <w:r w:rsidRPr="00541549">
          <w:rPr>
            <w:rStyle w:val="aff9"/>
            <w:rFonts w:eastAsia="黑体"/>
            <w:noProof/>
          </w:rPr>
          <w:t>HD2D</w:t>
        </w:r>
        <w:r w:rsidRPr="00541549">
          <w:rPr>
            <w:rStyle w:val="aff9"/>
            <w:rFonts w:eastAsia="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324914" w14:textId="6CD83696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4" w:history="1">
        <w:r w:rsidRPr="00541549">
          <w:rPr>
            <w:rStyle w:val="aff9"/>
            <w:rFonts w:eastAsia="黑体"/>
            <w:noProof/>
            <w:lang w:eastAsia="zh-CN"/>
          </w:rPr>
          <w:t xml:space="preserve">3.3 </w:t>
        </w:r>
        <w:r w:rsidRPr="00541549">
          <w:rPr>
            <w:rStyle w:val="aff9"/>
            <w:rFonts w:eastAsia="黑体"/>
            <w:noProof/>
            <w:lang w:eastAsia="zh-CN"/>
          </w:rPr>
          <w:t>物理模型（七步积分）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D2A5364" w14:textId="17B95997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5" w:history="1">
        <w:r w:rsidRPr="00541549">
          <w:rPr>
            <w:rStyle w:val="aff9"/>
            <w:rFonts w:eastAsia="黑体"/>
            <w:noProof/>
          </w:rPr>
          <w:t xml:space="preserve">3.4 </w:t>
        </w:r>
        <w:r w:rsidRPr="00541549">
          <w:rPr>
            <w:rStyle w:val="aff9"/>
            <w:rFonts w:eastAsia="黑体"/>
            <w:noProof/>
          </w:rPr>
          <w:t>碰撞（脚本自实现</w:t>
        </w:r>
        <w:r w:rsidRPr="00541549">
          <w:rPr>
            <w:rStyle w:val="aff9"/>
            <w:rFonts w:eastAsia="黑体"/>
            <w:noProof/>
          </w:rPr>
          <w:t xml:space="preserve"> SAT/OBB</w:t>
        </w:r>
        <w:r w:rsidRPr="00541549">
          <w:rPr>
            <w:rStyle w:val="aff9"/>
            <w:rFonts w:eastAsia="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CDF5F9" w14:textId="15DEF9D1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6" w:history="1">
        <w:r w:rsidRPr="00541549">
          <w:rPr>
            <w:rStyle w:val="aff9"/>
            <w:rFonts w:eastAsia="黑体"/>
            <w:noProof/>
          </w:rPr>
          <w:t>四、目录结构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76238B6" w14:textId="17424A9D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7" w:history="1">
        <w:r w:rsidRPr="00541549">
          <w:rPr>
            <w:rStyle w:val="aff9"/>
            <w:rFonts w:eastAsia="黑体"/>
            <w:noProof/>
          </w:rPr>
          <w:t>五、场景流程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265D22" w14:textId="43AD2714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8" w:history="1">
        <w:r w:rsidRPr="00541549">
          <w:rPr>
            <w:rStyle w:val="aff9"/>
            <w:rFonts w:eastAsia="黑体"/>
            <w:noProof/>
            <w:lang w:eastAsia="zh-CN"/>
          </w:rPr>
          <w:t xml:space="preserve">main.tscn </w:t>
        </w:r>
        <w:r w:rsidRPr="00541549">
          <w:rPr>
            <w:rStyle w:val="aff9"/>
            <w:rFonts w:eastAsia="黑体"/>
            <w:noProof/>
            <w:lang w:eastAsia="zh-CN"/>
          </w:rPr>
          <w:t>节点树（关键结构）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CFB1FA" w14:textId="5B34B813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49" w:history="1">
        <w:r w:rsidRPr="00541549">
          <w:rPr>
            <w:rStyle w:val="aff9"/>
            <w:rFonts w:eastAsia="黑体"/>
            <w:noProof/>
          </w:rPr>
          <w:t>六、模块详解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EB8862" w14:textId="17346DCA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0" w:history="1">
        <w:r w:rsidRPr="00541549">
          <w:rPr>
            <w:rStyle w:val="aff9"/>
            <w:rFonts w:eastAsia="黑体"/>
            <w:noProof/>
          </w:rPr>
          <w:t>6.1 player</w:t>
        </w:r>
        <w:r w:rsidRPr="00541549">
          <w:rPr>
            <w:rStyle w:val="aff9"/>
            <w:rFonts w:eastAsia="黑体"/>
            <w:noProof/>
          </w:rPr>
          <w:t>（玩家潜艇）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DBD2CC" w14:textId="1C0B41C6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1" w:history="1">
        <w:r w:rsidRPr="00541549">
          <w:rPr>
            <w:rStyle w:val="aff9"/>
            <w:rFonts w:eastAsia="黑体"/>
            <w:noProof/>
          </w:rPr>
          <w:t>6.2 arrow</w:t>
        </w:r>
        <w:r w:rsidRPr="00541549">
          <w:rPr>
            <w:rStyle w:val="aff9"/>
            <w:rFonts w:eastAsia="黑体"/>
            <w:noProof/>
          </w:rPr>
          <w:t>（推力箭头）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432A29F" w14:textId="1A6A658C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2" w:history="1">
        <w:r w:rsidRPr="00541549">
          <w:rPr>
            <w:rStyle w:val="aff9"/>
            <w:rFonts w:eastAsia="黑体"/>
            <w:noProof/>
            <w:lang w:eastAsia="zh-CN"/>
          </w:rPr>
          <w:t>6.3 rock</w:t>
        </w:r>
        <w:r w:rsidRPr="00541549">
          <w:rPr>
            <w:rStyle w:val="aff9"/>
            <w:rFonts w:eastAsia="黑体"/>
            <w:noProof/>
            <w:lang w:eastAsia="zh-CN"/>
          </w:rPr>
          <w:t>（石头</w:t>
        </w:r>
        <w:r w:rsidRPr="00541549">
          <w:rPr>
            <w:rStyle w:val="aff9"/>
            <w:rFonts w:eastAsia="黑体"/>
            <w:noProof/>
            <w:lang w:eastAsia="zh-CN"/>
          </w:rPr>
          <w:t xml:space="preserve"> +</w:t>
        </w:r>
        <w:r w:rsidRPr="00541549">
          <w:rPr>
            <w:rStyle w:val="aff9"/>
            <w:rFonts w:ascii="黑体" w:eastAsia="黑体" w:hAnsi="黑体"/>
            <w:noProof/>
          </w:rPr>
          <w:t>寄生虫krythos</w:t>
        </w:r>
        <w:r w:rsidRPr="00541549">
          <w:rPr>
            <w:rStyle w:val="aff9"/>
            <w:rFonts w:eastAsia="黑体"/>
            <w:noProof/>
            <w:lang w:eastAsia="zh-CN"/>
          </w:rPr>
          <w:t xml:space="preserve"> + </w:t>
        </w:r>
        <w:r w:rsidRPr="00541549">
          <w:rPr>
            <w:rStyle w:val="aff9"/>
            <w:rFonts w:eastAsia="黑体"/>
            <w:noProof/>
            <w:lang w:eastAsia="zh-CN"/>
          </w:rPr>
          <w:t>钩子攻击）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955E50" w14:textId="1A6F817D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3" w:history="1">
        <w:r w:rsidRPr="00541549">
          <w:rPr>
            <w:rStyle w:val="aff9"/>
            <w:rFonts w:eastAsia="黑体"/>
            <w:noProof/>
          </w:rPr>
          <w:t>6.4 monster</w:t>
        </w:r>
        <w:r w:rsidRPr="00541549">
          <w:rPr>
            <w:rStyle w:val="aff9"/>
            <w:rFonts w:eastAsia="黑体"/>
            <w:noProof/>
          </w:rPr>
          <w:t>（怪物系统）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5017DF" w14:textId="725B1946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4" w:history="1">
        <w:r w:rsidRPr="00541549">
          <w:rPr>
            <w:rStyle w:val="aff9"/>
            <w:rFonts w:eastAsia="黑体"/>
            <w:noProof/>
            <w:lang w:eastAsia="zh-CN"/>
          </w:rPr>
          <w:t>6.5 sonar</w:t>
        </w:r>
        <w:r w:rsidRPr="00541549">
          <w:rPr>
            <w:rStyle w:val="aff9"/>
            <w:rFonts w:eastAsia="黑体"/>
            <w:noProof/>
            <w:lang w:eastAsia="zh-CN"/>
          </w:rPr>
          <w:t>（声纳视觉系统，核心玩法）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B0CD1B" w14:textId="1DEA089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5" w:history="1">
        <w:r w:rsidRPr="00541549">
          <w:rPr>
            <w:rStyle w:val="aff9"/>
            <w:rFonts w:eastAsia="黑体"/>
            <w:noProof/>
          </w:rPr>
          <w:t>6.6 bomb</w:t>
        </w:r>
        <w:r w:rsidRPr="00541549">
          <w:rPr>
            <w:rStyle w:val="aff9"/>
            <w:rFonts w:eastAsia="黑体"/>
            <w:noProof/>
          </w:rPr>
          <w:t>（深水炸弹）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B971D4" w14:textId="245FF70B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6" w:history="1">
        <w:r w:rsidRPr="00541549">
          <w:rPr>
            <w:rStyle w:val="aff9"/>
            <w:rFonts w:eastAsia="黑体"/>
            <w:noProof/>
          </w:rPr>
          <w:t>6.7 turret</w:t>
        </w:r>
        <w:r w:rsidRPr="00541549">
          <w:rPr>
            <w:rStyle w:val="aff9"/>
            <w:rFonts w:eastAsia="黑体"/>
            <w:noProof/>
          </w:rPr>
          <w:t>（连射炮台）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50B6DF" w14:textId="45DFADDB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7" w:history="1">
        <w:r w:rsidRPr="00541549">
          <w:rPr>
            <w:rStyle w:val="aff9"/>
            <w:rFonts w:eastAsia="黑体"/>
            <w:noProof/>
          </w:rPr>
          <w:t>6.8 boundary / background / camera / bubble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844F38" w14:textId="56195B75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8" w:history="1">
        <w:r w:rsidRPr="00541549">
          <w:rPr>
            <w:rStyle w:val="aff9"/>
            <w:rFonts w:eastAsia="黑体"/>
            <w:noProof/>
          </w:rPr>
          <w:t>6.9 cheat</w:t>
        </w:r>
        <w:r w:rsidRPr="00541549">
          <w:rPr>
            <w:rStyle w:val="aff9"/>
            <w:rFonts w:eastAsia="黑体"/>
            <w:noProof/>
          </w:rPr>
          <w:t>（作弊系统）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DFF8BF" w14:textId="2EAD2FCE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59" w:history="1">
        <w:r w:rsidRPr="00541549">
          <w:rPr>
            <w:rStyle w:val="aff9"/>
            <w:rFonts w:eastAsia="黑体"/>
            <w:noProof/>
          </w:rPr>
          <w:t>6.10 crew</w:t>
        </w:r>
        <w:r w:rsidRPr="00541549">
          <w:rPr>
            <w:rStyle w:val="aff9"/>
            <w:rFonts w:eastAsia="黑体"/>
            <w:noProof/>
          </w:rPr>
          <w:t>（船员语录）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56BCAF" w14:textId="09C3607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0" w:history="1">
        <w:r w:rsidRPr="00541549">
          <w:rPr>
            <w:rStyle w:val="aff9"/>
            <w:rFonts w:eastAsia="黑体"/>
            <w:noProof/>
          </w:rPr>
          <w:t>6.11 endsite</w:t>
        </w:r>
        <w:r w:rsidRPr="00541549">
          <w:rPr>
            <w:rStyle w:val="aff9"/>
            <w:rFonts w:eastAsia="黑体"/>
            <w:noProof/>
          </w:rPr>
          <w:t>（终点站）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9164CF" w14:textId="36572951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1" w:history="1">
        <w:r w:rsidRPr="00541549">
          <w:rPr>
            <w:rStyle w:val="aff9"/>
            <w:rFonts w:eastAsia="黑体"/>
            <w:noProof/>
          </w:rPr>
          <w:t>6.12 map_config</w:t>
        </w:r>
        <w:r w:rsidRPr="00541549">
          <w:rPr>
            <w:rStyle w:val="aff9"/>
            <w:rFonts w:eastAsia="黑体"/>
            <w:noProof/>
          </w:rPr>
          <w:t>（地图配置）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D52DDE" w14:textId="41F48D51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2" w:history="1">
        <w:r w:rsidRPr="00541549">
          <w:rPr>
            <w:rStyle w:val="aff9"/>
            <w:rFonts w:eastAsia="黑体"/>
            <w:noProof/>
          </w:rPr>
          <w:t>6.13 ui</w:t>
        </w:r>
        <w:r w:rsidRPr="00541549">
          <w:rPr>
            <w:rStyle w:val="aff9"/>
            <w:rFonts w:eastAsia="黑体"/>
            <w:noProof/>
          </w:rPr>
          <w:t>（</w:t>
        </w:r>
        <w:r w:rsidRPr="00541549">
          <w:rPr>
            <w:rStyle w:val="aff9"/>
            <w:rFonts w:eastAsia="黑体"/>
            <w:noProof/>
          </w:rPr>
          <w:t xml:space="preserve">UI </w:t>
        </w:r>
        <w:r w:rsidRPr="00541549">
          <w:rPr>
            <w:rStyle w:val="aff9"/>
            <w:rFonts w:eastAsia="黑体"/>
            <w:noProof/>
          </w:rPr>
          <w:t>与场景流程）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4D813B" w14:textId="312DBC5E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3" w:history="1">
        <w:r w:rsidRPr="00541549">
          <w:rPr>
            <w:rStyle w:val="aff9"/>
            <w:rFonts w:eastAsia="黑体"/>
            <w:noProof/>
            <w:lang w:eastAsia="zh-CN"/>
          </w:rPr>
          <w:t>七、核心系统原理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2637745" w14:textId="16332138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4" w:history="1">
        <w:r w:rsidRPr="00541549">
          <w:rPr>
            <w:rStyle w:val="aff9"/>
            <w:rFonts w:eastAsia="黑体"/>
            <w:noProof/>
            <w:lang w:eastAsia="zh-CN"/>
          </w:rPr>
          <w:t xml:space="preserve">7.1 </w:t>
        </w:r>
        <w:r w:rsidRPr="00541549">
          <w:rPr>
            <w:rStyle w:val="aff9"/>
            <w:rFonts w:eastAsia="黑体"/>
            <w:noProof/>
            <w:lang w:eastAsia="zh-CN"/>
          </w:rPr>
          <w:t>怪物刚性点链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E36CCD" w14:textId="5E883C0E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5" w:history="1">
        <w:r w:rsidRPr="00541549">
          <w:rPr>
            <w:rStyle w:val="aff9"/>
            <w:rFonts w:eastAsia="黑体"/>
            <w:noProof/>
            <w:lang w:eastAsia="zh-CN"/>
          </w:rPr>
          <w:t xml:space="preserve">7.2 </w:t>
        </w:r>
        <w:r w:rsidRPr="00541549">
          <w:rPr>
            <w:rStyle w:val="aff9"/>
            <w:rFonts w:eastAsia="黑体"/>
            <w:noProof/>
            <w:lang w:eastAsia="zh-CN"/>
          </w:rPr>
          <w:t>电力</w:t>
        </w:r>
        <w:r w:rsidRPr="00541549">
          <w:rPr>
            <w:rStyle w:val="aff9"/>
            <w:rFonts w:eastAsia="黑体"/>
            <w:noProof/>
            <w:lang w:eastAsia="zh-CN"/>
          </w:rPr>
          <w:t>/</w:t>
        </w:r>
        <w:r w:rsidRPr="00541549">
          <w:rPr>
            <w:rStyle w:val="aff9"/>
            <w:rFonts w:eastAsia="黑体"/>
            <w:noProof/>
            <w:lang w:eastAsia="zh-CN"/>
          </w:rPr>
          <w:t>停电</w:t>
        </w:r>
        <w:r w:rsidRPr="00541549">
          <w:rPr>
            <w:rStyle w:val="aff9"/>
            <w:rFonts w:eastAsia="黑体"/>
            <w:noProof/>
            <w:lang w:eastAsia="zh-CN"/>
          </w:rPr>
          <w:t>/</w:t>
        </w:r>
        <w:r w:rsidRPr="00541549">
          <w:rPr>
            <w:rStyle w:val="aff9"/>
            <w:rFonts w:eastAsia="黑体"/>
            <w:noProof/>
            <w:lang w:eastAsia="zh-CN"/>
          </w:rPr>
          <w:t>进水灯光状态机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BD1F367" w14:textId="3CCF8D9A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6" w:history="1">
        <w:r w:rsidRPr="00541549">
          <w:rPr>
            <w:rStyle w:val="aff9"/>
            <w:rFonts w:eastAsia="黑体"/>
            <w:noProof/>
            <w:lang w:eastAsia="zh-CN"/>
          </w:rPr>
          <w:t xml:space="preserve">7.3 </w:t>
        </w:r>
        <w:r w:rsidRPr="00541549">
          <w:rPr>
            <w:rStyle w:val="aff9"/>
            <w:rFonts w:eastAsia="黑体"/>
            <w:noProof/>
            <w:lang w:eastAsia="zh-CN"/>
          </w:rPr>
          <w:t>进水</w:t>
        </w:r>
        <w:r w:rsidRPr="00541549">
          <w:rPr>
            <w:rStyle w:val="aff9"/>
            <w:rFonts w:eastAsia="黑体"/>
            <w:noProof/>
            <w:lang w:eastAsia="zh-CN"/>
          </w:rPr>
          <w:t xml:space="preserve"> → </w:t>
        </w:r>
        <w:r w:rsidRPr="00541549">
          <w:rPr>
            <w:rStyle w:val="aff9"/>
            <w:rFonts w:eastAsia="黑体"/>
            <w:noProof/>
            <w:lang w:eastAsia="zh-CN"/>
          </w:rPr>
          <w:t>下沉</w:t>
        </w:r>
        <w:r w:rsidRPr="00541549">
          <w:rPr>
            <w:rStyle w:val="aff9"/>
            <w:rFonts w:eastAsia="黑体"/>
            <w:noProof/>
            <w:lang w:eastAsia="zh-CN"/>
          </w:rPr>
          <w:t xml:space="preserve"> → </w:t>
        </w:r>
        <w:r w:rsidRPr="00541549">
          <w:rPr>
            <w:rStyle w:val="aff9"/>
            <w:rFonts w:eastAsia="黑体"/>
            <w:noProof/>
            <w:lang w:eastAsia="zh-CN"/>
          </w:rPr>
          <w:t>缺氧</w:t>
        </w:r>
        <w:r w:rsidRPr="00541549">
          <w:rPr>
            <w:rStyle w:val="aff9"/>
            <w:rFonts w:eastAsia="黑体"/>
            <w:noProof/>
            <w:lang w:eastAsia="zh-CN"/>
          </w:rPr>
          <w:t xml:space="preserve"> → </w:t>
        </w:r>
        <w:r w:rsidRPr="00541549">
          <w:rPr>
            <w:rStyle w:val="aff9"/>
            <w:rFonts w:eastAsia="黑体"/>
            <w:noProof/>
            <w:lang w:eastAsia="zh-CN"/>
          </w:rPr>
          <w:t>失败的连锁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07384DF" w14:textId="7760F69D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7" w:history="1">
        <w:r w:rsidRPr="00541549">
          <w:rPr>
            <w:rStyle w:val="aff9"/>
            <w:rFonts w:eastAsia="黑体"/>
            <w:noProof/>
            <w:lang w:eastAsia="zh-CN"/>
          </w:rPr>
          <w:t>八、数值配置概要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BD194E" w14:textId="3D581B8E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8" w:history="1">
        <w:r w:rsidRPr="00541549">
          <w:rPr>
            <w:rStyle w:val="aff9"/>
            <w:rFonts w:eastAsia="黑体"/>
            <w:noProof/>
            <w:lang w:eastAsia="zh-CN"/>
          </w:rPr>
          <w:t>九、模块间通信约定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80AB50" w14:textId="6026D28E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69" w:history="1">
        <w:r w:rsidRPr="00541549">
          <w:rPr>
            <w:rStyle w:val="aff9"/>
            <w:rFonts w:eastAsia="黑体"/>
            <w:noProof/>
            <w:lang w:eastAsia="zh-CN"/>
          </w:rPr>
          <w:t>十、硬约束清单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390989" w14:textId="60B3DAD0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0" w:history="1">
        <w:r w:rsidRPr="00541549">
          <w:rPr>
            <w:rStyle w:val="aff9"/>
            <w:rFonts w:eastAsia="黑体"/>
            <w:noProof/>
            <w:lang w:eastAsia="zh-CN"/>
          </w:rPr>
          <w:t>十一、开发规则文件说明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2F8EC7" w14:textId="6324C0DB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1" w:history="1">
        <w:r w:rsidRPr="00541549">
          <w:rPr>
            <w:rStyle w:val="aff9"/>
            <w:rFonts w:eastAsia="黑体"/>
            <w:noProof/>
            <w:lang w:eastAsia="zh-CN"/>
          </w:rPr>
          <w:t>十二、使用</w:t>
        </w:r>
        <w:r w:rsidRPr="00541549">
          <w:rPr>
            <w:rStyle w:val="aff9"/>
            <w:rFonts w:eastAsia="黑体"/>
            <w:noProof/>
            <w:lang w:eastAsia="zh-CN"/>
          </w:rPr>
          <w:t xml:space="preserve"> AI </w:t>
        </w:r>
        <w:r w:rsidRPr="00541549">
          <w:rPr>
            <w:rStyle w:val="aff9"/>
            <w:rFonts w:eastAsia="黑体"/>
            <w:noProof/>
            <w:lang w:eastAsia="zh-CN"/>
          </w:rPr>
          <w:t>的开发方法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856978" w14:textId="0039457C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2" w:history="1">
        <w:r w:rsidRPr="00541549">
          <w:rPr>
            <w:rStyle w:val="aff9"/>
            <w:rFonts w:eastAsia="黑体"/>
            <w:noProof/>
            <w:lang w:eastAsia="zh-CN"/>
          </w:rPr>
          <w:t xml:space="preserve">12.1 AI </w:t>
        </w:r>
        <w:r w:rsidRPr="00541549">
          <w:rPr>
            <w:rStyle w:val="aff9"/>
            <w:rFonts w:eastAsia="黑体"/>
            <w:noProof/>
            <w:lang w:eastAsia="zh-CN"/>
          </w:rPr>
          <w:t>的定位与用途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92C0020" w14:textId="07BA9684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3" w:history="1">
        <w:r w:rsidRPr="00541549">
          <w:rPr>
            <w:rStyle w:val="aff9"/>
            <w:rFonts w:eastAsia="黑体"/>
            <w:noProof/>
            <w:lang w:eastAsia="zh-CN"/>
          </w:rPr>
          <w:t xml:space="preserve">12.2 </w:t>
        </w:r>
        <w:r w:rsidRPr="00541549">
          <w:rPr>
            <w:rStyle w:val="aff9"/>
            <w:rFonts w:eastAsia="黑体"/>
            <w:noProof/>
            <w:lang w:eastAsia="zh-CN"/>
          </w:rPr>
          <w:t>人机分工：</w:t>
        </w:r>
        <w:r w:rsidRPr="00541549">
          <w:rPr>
            <w:rStyle w:val="aff9"/>
            <w:rFonts w:eastAsia="黑体"/>
            <w:noProof/>
            <w:lang w:eastAsia="zh-CN"/>
          </w:rPr>
          <w:t xml:space="preserve">AI </w:t>
        </w:r>
        <w:r w:rsidRPr="00541549">
          <w:rPr>
            <w:rStyle w:val="aff9"/>
            <w:rFonts w:eastAsia="黑体"/>
            <w:noProof/>
            <w:lang w:eastAsia="zh-CN"/>
          </w:rPr>
          <w:t>写代码，人工审核并修改数据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0DBC2B" w14:textId="03F6C7C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4" w:history="1">
        <w:r w:rsidRPr="00541549">
          <w:rPr>
            <w:rStyle w:val="aff9"/>
            <w:rFonts w:eastAsia="黑体"/>
            <w:noProof/>
            <w:lang w:eastAsia="zh-CN"/>
          </w:rPr>
          <w:t xml:space="preserve">12.3 </w:t>
        </w:r>
        <w:r w:rsidRPr="00541549">
          <w:rPr>
            <w:rStyle w:val="aff9"/>
            <w:rFonts w:eastAsia="黑体"/>
            <w:noProof/>
            <w:lang w:eastAsia="zh-CN"/>
          </w:rPr>
          <w:t>标记约定：区分「可调参」与「不可修改」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F890DE" w14:textId="3FA982A3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5" w:history="1">
        <w:r w:rsidRPr="00541549">
          <w:rPr>
            <w:rStyle w:val="aff9"/>
            <w:rFonts w:eastAsia="黑体"/>
            <w:noProof/>
            <w:lang w:eastAsia="zh-CN"/>
          </w:rPr>
          <w:t xml:space="preserve">12.4 </w:t>
        </w:r>
        <w:r w:rsidRPr="00541549">
          <w:rPr>
            <w:rStyle w:val="aff9"/>
            <w:rFonts w:eastAsia="黑体"/>
            <w:noProof/>
            <w:lang w:eastAsia="zh-CN"/>
          </w:rPr>
          <w:t>规则文件怎么写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DA66EC" w14:textId="20F53396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6" w:history="1">
        <w:r w:rsidRPr="00541549">
          <w:rPr>
            <w:rStyle w:val="aff9"/>
            <w:rFonts w:eastAsia="黑体"/>
            <w:noProof/>
            <w:lang w:eastAsia="zh-CN"/>
          </w:rPr>
          <w:t xml:space="preserve">12.5 </w:t>
        </w:r>
        <w:r w:rsidRPr="00541549">
          <w:rPr>
            <w:rStyle w:val="aff9"/>
            <w:rFonts w:eastAsia="黑体"/>
            <w:noProof/>
            <w:lang w:eastAsia="zh-CN"/>
          </w:rPr>
          <w:t>用规则文件约束</w:t>
        </w:r>
        <w:r w:rsidRPr="00541549">
          <w:rPr>
            <w:rStyle w:val="aff9"/>
            <w:rFonts w:eastAsia="黑体"/>
            <w:noProof/>
            <w:lang w:eastAsia="zh-CN"/>
          </w:rPr>
          <w:t xml:space="preserve"> AI</w:t>
        </w:r>
        <w:r w:rsidRPr="00541549">
          <w:rPr>
            <w:rStyle w:val="aff9"/>
            <w:rFonts w:eastAsia="黑体"/>
            <w:noProof/>
            <w:lang w:eastAsia="zh-CN"/>
          </w:rPr>
          <w:t>（核心方法）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0AB3026" w14:textId="25269082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7" w:history="1">
        <w:r w:rsidRPr="00541549">
          <w:rPr>
            <w:rStyle w:val="aff9"/>
            <w:rFonts w:eastAsia="黑体"/>
            <w:noProof/>
            <w:lang w:eastAsia="zh-CN"/>
          </w:rPr>
          <w:t xml:space="preserve">12.6 </w:t>
        </w:r>
        <w:r w:rsidRPr="00541549">
          <w:rPr>
            <w:rStyle w:val="aff9"/>
            <w:rFonts w:eastAsia="黑体"/>
            <w:noProof/>
            <w:lang w:eastAsia="zh-CN"/>
          </w:rPr>
          <w:t>模块化功能实现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262CF10" w14:textId="520F7C5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8" w:history="1">
        <w:r w:rsidRPr="00541549">
          <w:rPr>
            <w:rStyle w:val="aff9"/>
            <w:rFonts w:eastAsia="黑体"/>
            <w:noProof/>
            <w:lang w:eastAsia="zh-CN"/>
          </w:rPr>
          <w:t xml:space="preserve">12.7 </w:t>
        </w:r>
        <w:r w:rsidRPr="00541549">
          <w:rPr>
            <w:rStyle w:val="aff9"/>
            <w:rFonts w:eastAsia="黑体"/>
            <w:noProof/>
            <w:lang w:eastAsia="zh-CN"/>
          </w:rPr>
          <w:t>用记忆系统保持跨会话一致性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AE6790" w14:textId="58C4758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79" w:history="1">
        <w:r w:rsidRPr="00541549">
          <w:rPr>
            <w:rStyle w:val="aff9"/>
            <w:rFonts w:eastAsia="黑体"/>
            <w:noProof/>
          </w:rPr>
          <w:t xml:space="preserve">12.8 </w:t>
        </w:r>
        <w:r w:rsidRPr="00541549">
          <w:rPr>
            <w:rStyle w:val="aff9"/>
            <w:rFonts w:eastAsia="黑体"/>
            <w:noProof/>
          </w:rPr>
          <w:t>用配置表与策划文档给</w:t>
        </w:r>
        <w:r w:rsidRPr="00541549">
          <w:rPr>
            <w:rStyle w:val="aff9"/>
            <w:rFonts w:eastAsia="黑体"/>
            <w:noProof/>
          </w:rPr>
          <w:t xml:space="preserve"> AI </w:t>
        </w:r>
        <w:r w:rsidRPr="00541549">
          <w:rPr>
            <w:rStyle w:val="aff9"/>
            <w:rFonts w:eastAsia="黑体"/>
            <w:noProof/>
          </w:rPr>
          <w:t>提供上下文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C7E0F2" w14:textId="147942AE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80" w:history="1">
        <w:r w:rsidRPr="00541549">
          <w:rPr>
            <w:rStyle w:val="aff9"/>
            <w:rFonts w:eastAsia="黑体"/>
            <w:noProof/>
          </w:rPr>
          <w:t xml:space="preserve">12.9 AI </w:t>
        </w:r>
        <w:r w:rsidRPr="00541549">
          <w:rPr>
            <w:rStyle w:val="aff9"/>
            <w:rFonts w:eastAsia="黑体"/>
            <w:noProof/>
          </w:rPr>
          <w:t>开发工作流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0D7163" w14:textId="108A31DF" w:rsidR="009A3980" w:rsidRDefault="009A3980">
      <w:pPr>
        <w:pStyle w:val="TOC2"/>
        <w:tabs>
          <w:tab w:val="right" w:leader="dot" w:pos="9062"/>
        </w:tabs>
        <w:ind w:left="480"/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81" w:history="1">
        <w:r w:rsidRPr="00541549">
          <w:rPr>
            <w:rStyle w:val="aff9"/>
            <w:rFonts w:eastAsia="黑体"/>
            <w:noProof/>
          </w:rPr>
          <w:t xml:space="preserve">12.10 </w:t>
        </w:r>
        <w:r w:rsidRPr="00541549">
          <w:rPr>
            <w:rStyle w:val="aff9"/>
            <w:rFonts w:eastAsia="黑体"/>
            <w:noProof/>
          </w:rPr>
          <w:t>集成开发环境与工具链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C3DC1F" w14:textId="662CDEA1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82" w:history="1">
        <w:r w:rsidRPr="00541549">
          <w:rPr>
            <w:rStyle w:val="aff9"/>
            <w:rFonts w:eastAsia="黑体"/>
            <w:noProof/>
          </w:rPr>
          <w:t>十三、策划</w:t>
        </w:r>
        <w:r w:rsidRPr="00541549">
          <w:rPr>
            <w:rStyle w:val="aff9"/>
            <w:rFonts w:eastAsia="黑体"/>
            <w:noProof/>
          </w:rPr>
          <w:t>/</w:t>
        </w:r>
        <w:r w:rsidRPr="00541549">
          <w:rPr>
            <w:rStyle w:val="aff9"/>
            <w:rFonts w:eastAsia="黑体"/>
            <w:noProof/>
          </w:rPr>
          <w:t>说明文档清单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E08687" w14:textId="74761220" w:rsidR="009A3980" w:rsidRDefault="009A3980">
      <w:pPr>
        <w:pStyle w:val="TOC1"/>
        <w:tabs>
          <w:tab w:val="right" w:leader="dot" w:pos="9062"/>
        </w:tabs>
        <w:rPr>
          <w:rFonts w:asciiTheme="minorHAnsi" w:eastAsiaTheme="minorEastAsia" w:hAnsiTheme="minorHAns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39423983" w:history="1">
        <w:r w:rsidRPr="00541549">
          <w:rPr>
            <w:rStyle w:val="aff9"/>
            <w:rFonts w:eastAsia="黑体"/>
            <w:noProof/>
          </w:rPr>
          <w:t>附：核心术语速查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_Toc239423983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A9018B8" w14:textId="3195A6C9" w:rsidR="006835FB" w:rsidRDefault="00000000">
      <w:r>
        <w:fldChar w:fldCharType="end"/>
      </w:r>
    </w:p>
    <w:p w14:paraId="5F9E210B" w14:textId="742D9D0B" w:rsidR="008C5E01" w:rsidRDefault="008C5E01">
      <w:pPr>
        <w:spacing w:after="200" w:line="276" w:lineRule="auto"/>
      </w:pPr>
      <w:r>
        <w:br w:type="page"/>
      </w:r>
    </w:p>
    <w:p w14:paraId="14EEB63F" w14:textId="77777777" w:rsidR="006835FB" w:rsidRDefault="006835FB" w:rsidP="008C5E01">
      <w:pPr>
        <w:rPr>
          <w:rFonts w:hint="eastAsia"/>
          <w:lang w:eastAsia="zh-CN"/>
        </w:rPr>
      </w:pPr>
    </w:p>
    <w:p w14:paraId="50668693" w14:textId="77777777" w:rsidR="006835FB" w:rsidRDefault="00000000">
      <w:pPr>
        <w:pStyle w:val="1"/>
        <w:rPr>
          <w:lang w:eastAsia="zh-CN"/>
        </w:rPr>
      </w:pPr>
      <w:bookmarkStart w:id="1" w:name="_Toc239423939"/>
      <w:r>
        <w:rPr>
          <w:rFonts w:ascii="Arial" w:eastAsia="黑体" w:hAnsi="Arial"/>
          <w:lang w:eastAsia="zh-CN"/>
        </w:rPr>
        <w:t>一、项目概述</w:t>
      </w:r>
      <w:bookmarkEnd w:id="1"/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835FB" w14:paraId="12D79624" w14:textId="77777777">
        <w:trPr>
          <w:jc w:val="center"/>
        </w:trPr>
        <w:tc>
          <w:tcPr>
            <w:tcW w:w="4536" w:type="dxa"/>
            <w:shd w:val="clear" w:color="auto" w:fill="F2F2F2"/>
            <w:vAlign w:val="center"/>
          </w:tcPr>
          <w:p w14:paraId="08459E9B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项</w:t>
            </w:r>
          </w:p>
        </w:tc>
        <w:tc>
          <w:tcPr>
            <w:tcW w:w="4536" w:type="dxa"/>
            <w:shd w:val="clear" w:color="auto" w:fill="F2F2F2"/>
            <w:vAlign w:val="center"/>
          </w:tcPr>
          <w:p w14:paraId="71E254AE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内容</w:t>
            </w:r>
          </w:p>
        </w:tc>
      </w:tr>
      <w:tr w:rsidR="006835FB" w14:paraId="0B878128" w14:textId="77777777">
        <w:trPr>
          <w:jc w:val="center"/>
        </w:trPr>
        <w:tc>
          <w:tcPr>
            <w:tcW w:w="4536" w:type="dxa"/>
            <w:vAlign w:val="center"/>
          </w:tcPr>
          <w:p w14:paraId="73A7B186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游戏名</w:t>
            </w:r>
          </w:p>
        </w:tc>
        <w:tc>
          <w:tcPr>
            <w:tcW w:w="4536" w:type="dxa"/>
            <w:vAlign w:val="center"/>
          </w:tcPr>
          <w:p w14:paraId="035268B4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《深海航运》</w:t>
            </w:r>
            <w:r>
              <w:rPr>
                <w:sz w:val="21"/>
              </w:rPr>
              <w:t>(Deep Sea Shipping)</w:t>
            </w:r>
          </w:p>
        </w:tc>
      </w:tr>
      <w:tr w:rsidR="006835FB" w14:paraId="3E6F717A" w14:textId="77777777">
        <w:trPr>
          <w:jc w:val="center"/>
        </w:trPr>
        <w:tc>
          <w:tcPr>
            <w:tcW w:w="4536" w:type="dxa"/>
            <w:vAlign w:val="center"/>
          </w:tcPr>
          <w:p w14:paraId="6872A51C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工作室</w:t>
            </w:r>
          </w:p>
        </w:tc>
        <w:tc>
          <w:tcPr>
            <w:tcW w:w="4536" w:type="dxa"/>
            <w:vAlign w:val="center"/>
          </w:tcPr>
          <w:p w14:paraId="1135223E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 xml:space="preserve">TransformGame </w:t>
            </w:r>
            <w:r>
              <w:rPr>
                <w:sz w:val="21"/>
              </w:rPr>
              <w:t>游戏工作室</w:t>
            </w:r>
          </w:p>
        </w:tc>
      </w:tr>
      <w:tr w:rsidR="006835FB" w14:paraId="7474788A" w14:textId="77777777">
        <w:trPr>
          <w:jc w:val="center"/>
        </w:trPr>
        <w:tc>
          <w:tcPr>
            <w:tcW w:w="4536" w:type="dxa"/>
            <w:vAlign w:val="center"/>
          </w:tcPr>
          <w:p w14:paraId="54611DB3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团队成员</w:t>
            </w:r>
          </w:p>
        </w:tc>
        <w:tc>
          <w:tcPr>
            <w:tcW w:w="4536" w:type="dxa"/>
            <w:vAlign w:val="center"/>
          </w:tcPr>
          <w:p w14:paraId="2CBD47B3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肖诗益、廖雅婕（指导老师：李晨曦）</w:t>
            </w:r>
          </w:p>
        </w:tc>
      </w:tr>
      <w:tr w:rsidR="006835FB" w14:paraId="6BC4B4A1" w14:textId="77777777">
        <w:trPr>
          <w:jc w:val="center"/>
        </w:trPr>
        <w:tc>
          <w:tcPr>
            <w:tcW w:w="4536" w:type="dxa"/>
            <w:vAlign w:val="center"/>
          </w:tcPr>
          <w:p w14:paraId="33413028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核心</w:t>
            </w:r>
            <w:proofErr w:type="spellEnd"/>
            <w:r>
              <w:rPr>
                <w:sz w:val="21"/>
              </w:rPr>
              <w:t xml:space="preserve"> AI</w:t>
            </w:r>
          </w:p>
        </w:tc>
        <w:tc>
          <w:tcPr>
            <w:tcW w:w="4536" w:type="dxa"/>
            <w:vAlign w:val="center"/>
          </w:tcPr>
          <w:p w14:paraId="66E14944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DeepSeek v4 Pro</w:t>
            </w:r>
          </w:p>
        </w:tc>
      </w:tr>
      <w:tr w:rsidR="002F18A5" w14:paraId="6D9C86F3" w14:textId="77777777">
        <w:trPr>
          <w:jc w:val="center"/>
        </w:trPr>
        <w:tc>
          <w:tcPr>
            <w:tcW w:w="4536" w:type="dxa"/>
            <w:vAlign w:val="center"/>
          </w:tcPr>
          <w:p w14:paraId="6C52C4BA" w14:textId="4E59AC80" w:rsidR="002F18A5" w:rsidRDefault="002F18A5">
            <w:pPr>
              <w:spacing w:line="240" w:lineRule="auto"/>
              <w:jc w:val="center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辅助</w:t>
            </w:r>
            <w:r>
              <w:rPr>
                <w:rFonts w:hint="eastAsia"/>
                <w:sz w:val="21"/>
                <w:lang w:eastAsia="zh-CN"/>
              </w:rPr>
              <w:t>AI</w:t>
            </w:r>
          </w:p>
        </w:tc>
        <w:tc>
          <w:tcPr>
            <w:tcW w:w="4536" w:type="dxa"/>
            <w:vAlign w:val="center"/>
          </w:tcPr>
          <w:p w14:paraId="3E521280" w14:textId="613B9246" w:rsidR="002F18A5" w:rsidRDefault="002F18A5">
            <w:pPr>
              <w:spacing w:line="240" w:lineRule="auto"/>
              <w:rPr>
                <w:sz w:val="21"/>
              </w:rPr>
            </w:pPr>
            <w:r w:rsidRPr="007A35AC">
              <w:rPr>
                <w:lang w:eastAsia="zh-CN"/>
              </w:rPr>
              <w:t>GPT-5.6 Luna</w:t>
            </w:r>
          </w:p>
        </w:tc>
      </w:tr>
      <w:tr w:rsidR="006835FB" w14:paraId="354B95A2" w14:textId="77777777">
        <w:trPr>
          <w:jc w:val="center"/>
        </w:trPr>
        <w:tc>
          <w:tcPr>
            <w:tcW w:w="4536" w:type="dxa"/>
            <w:vAlign w:val="center"/>
          </w:tcPr>
          <w:p w14:paraId="74527926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作品版本</w:t>
            </w:r>
            <w:proofErr w:type="spellEnd"/>
          </w:p>
        </w:tc>
        <w:tc>
          <w:tcPr>
            <w:tcW w:w="4536" w:type="dxa"/>
            <w:vAlign w:val="center"/>
          </w:tcPr>
          <w:p w14:paraId="1AFE9FF7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0.5.17-Beta.2</w:t>
            </w:r>
          </w:p>
        </w:tc>
      </w:tr>
      <w:tr w:rsidR="006835FB" w14:paraId="44E9B0D9" w14:textId="77777777">
        <w:trPr>
          <w:jc w:val="center"/>
        </w:trPr>
        <w:tc>
          <w:tcPr>
            <w:tcW w:w="4536" w:type="dxa"/>
            <w:vAlign w:val="center"/>
          </w:tcPr>
          <w:p w14:paraId="2FB82598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性质</w:t>
            </w:r>
          </w:p>
        </w:tc>
        <w:tc>
          <w:tcPr>
            <w:tcW w:w="4536" w:type="dxa"/>
            <w:vAlign w:val="center"/>
          </w:tcPr>
          <w:p w14:paraId="46870578" w14:textId="24D23D1F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参赛</w:t>
            </w:r>
            <w:r>
              <w:rPr>
                <w:sz w:val="21"/>
                <w:lang w:eastAsia="zh-CN"/>
              </w:rPr>
              <w:t xml:space="preserve"> Demo</w:t>
            </w:r>
          </w:p>
        </w:tc>
      </w:tr>
    </w:tbl>
    <w:p w14:paraId="54325005" w14:textId="77777777" w:rsidR="006835FB" w:rsidRDefault="006835FB">
      <w:pPr>
        <w:rPr>
          <w:lang w:eastAsia="zh-CN"/>
        </w:rPr>
      </w:pPr>
    </w:p>
    <w:p w14:paraId="2934ABD4" w14:textId="3AED7868" w:rsidR="006835FB" w:rsidRDefault="008C5E01">
      <w:pPr>
        <w:ind w:firstLine="480"/>
        <w:jc w:val="both"/>
        <w:rPr>
          <w:lang w:eastAsia="zh-CN"/>
        </w:rPr>
      </w:pPr>
      <w:r>
        <w:rPr>
          <w:rFonts w:hint="eastAsia"/>
          <w:b/>
          <w:lang w:eastAsia="zh-CN"/>
        </w:rPr>
        <w:t>概述</w:t>
      </w:r>
      <w:r w:rsidR="00000000">
        <w:rPr>
          <w:lang w:eastAsia="zh-CN"/>
        </w:rPr>
        <w:t>：一款</w:t>
      </w:r>
      <w:r w:rsidR="00000000">
        <w:rPr>
          <w:lang w:eastAsia="zh-CN"/>
        </w:rPr>
        <w:t xml:space="preserve"> </w:t>
      </w:r>
      <w:r w:rsidR="00000000">
        <w:rPr>
          <w:b/>
          <w:lang w:eastAsia="zh-CN"/>
        </w:rPr>
        <w:t xml:space="preserve">HD2D </w:t>
      </w:r>
      <w:r w:rsidR="00000000">
        <w:rPr>
          <w:b/>
          <w:lang w:eastAsia="zh-CN"/>
        </w:rPr>
        <w:t>俯视视角（</w:t>
      </w:r>
      <w:r w:rsidR="00000000">
        <w:rPr>
          <w:b/>
          <w:lang w:eastAsia="zh-CN"/>
        </w:rPr>
        <w:t>top-down</w:t>
      </w:r>
      <w:r w:rsidR="00000000">
        <w:rPr>
          <w:b/>
          <w:lang w:eastAsia="zh-CN"/>
        </w:rPr>
        <w:t>）</w:t>
      </w:r>
      <w:r w:rsidR="00000000">
        <w:rPr>
          <w:b/>
          <w:lang w:eastAsia="zh-CN"/>
        </w:rPr>
        <w:t xml:space="preserve">2D </w:t>
      </w:r>
      <w:r w:rsidR="00000000">
        <w:rPr>
          <w:b/>
          <w:lang w:eastAsia="zh-CN"/>
        </w:rPr>
        <w:t>潜艇生存游戏</w:t>
      </w:r>
      <w:r w:rsidR="00000000">
        <w:rPr>
          <w:lang w:eastAsia="zh-CN"/>
        </w:rPr>
        <w:t>。玩家操控一艘深海潜艇，在几乎一片漆黑的海底靠「声纳」摸索前行，同时管理船壳、进水、氧气、电力、武器，穿越深海抵达终点站。</w:t>
      </w:r>
    </w:p>
    <w:p w14:paraId="64B0BFF3" w14:textId="77777777" w:rsidR="006835FB" w:rsidRDefault="006835FB">
      <w:pPr>
        <w:pBdr>
          <w:bottom w:val="single" w:sz="6" w:space="1" w:color="AAAAAA"/>
        </w:pBdr>
        <w:spacing w:before="120" w:after="120"/>
        <w:rPr>
          <w:lang w:eastAsia="zh-CN"/>
        </w:rPr>
      </w:pPr>
    </w:p>
    <w:p w14:paraId="6BC0C89B" w14:textId="77777777" w:rsidR="006835FB" w:rsidRDefault="00000000">
      <w:pPr>
        <w:pStyle w:val="1"/>
      </w:pPr>
      <w:bookmarkStart w:id="2" w:name="_Toc239423940"/>
      <w:proofErr w:type="spellStart"/>
      <w:r>
        <w:rPr>
          <w:rFonts w:ascii="Arial" w:eastAsia="黑体" w:hAnsi="Arial"/>
        </w:rPr>
        <w:t>二、技术栈与运行配置</w:t>
      </w:r>
      <w:bookmarkEnd w:id="2"/>
      <w:proofErr w:type="spellEnd"/>
    </w:p>
    <w:p w14:paraId="5DDCE1C3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引擎</w:t>
      </w:r>
      <w:r>
        <w:t>：</w:t>
      </w:r>
      <w:r>
        <w:t>Godot 4.7</w:t>
      </w:r>
      <w:r>
        <w:t>（</w:t>
      </w:r>
      <w:r>
        <w:t xml:space="preserve">Forward Plus </w:t>
      </w:r>
      <w:r>
        <w:t>渲染）</w:t>
      </w:r>
    </w:p>
    <w:p w14:paraId="7DCDCEA0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渲染后端</w:t>
      </w:r>
      <w:r>
        <w:t>：</w:t>
      </w:r>
      <w:r>
        <w:t xml:space="preserve">Windows </w:t>
      </w:r>
      <w:r>
        <w:t>使用</w:t>
      </w:r>
      <w:r>
        <w:t xml:space="preserve"> d3d12</w:t>
      </w:r>
    </w:p>
    <w:p w14:paraId="5B7CD9B1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物理后端</w:t>
      </w:r>
      <w:r>
        <w:t>：</w:t>
      </w:r>
      <w:r>
        <w:t>Jolt Physics</w:t>
      </w:r>
      <w:r>
        <w:t>（仅作为引擎配置；本作碰撞全部脚本自实现，不用</w:t>
      </w:r>
      <w:r>
        <w:t xml:space="preserve"> RigidBody/CharacterBody</w:t>
      </w:r>
      <w:r>
        <w:t>）</w:t>
      </w:r>
    </w:p>
    <w:p w14:paraId="5FB84805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主场景入口</w:t>
      </w:r>
      <w:r>
        <w:t>：</w:t>
      </w:r>
      <w:r>
        <w:rPr>
          <w:rFonts w:ascii="Consolas" w:hAnsi="Consolas"/>
          <w:shd w:val="clear" w:color="auto" w:fill="EEEEEE"/>
        </w:rPr>
        <w:t>res://content/Scene/Splash.tscn</w:t>
      </w:r>
    </w:p>
    <w:p w14:paraId="3BAFD729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 xml:space="preserve">Autoload </w:t>
      </w:r>
      <w:r>
        <w:rPr>
          <w:b/>
        </w:rPr>
        <w:t>单例</w:t>
      </w:r>
      <w:r>
        <w:t>：</w:t>
      </w:r>
    </w:p>
    <w:p w14:paraId="63DE1696" w14:textId="77777777" w:rsidR="006835FB" w:rsidRDefault="00000000">
      <w:pPr>
        <w:ind w:left="850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Transition</w:t>
      </w:r>
      <w:r>
        <w:t>（</w:t>
      </w:r>
      <w:r>
        <w:rPr>
          <w:rFonts w:ascii="Consolas" w:hAnsi="Consolas"/>
          <w:shd w:val="clear" w:color="auto" w:fill="EEEEEE"/>
        </w:rPr>
        <w:t>scripts/ui/transition.gd</w:t>
      </w:r>
      <w:r>
        <w:t>）</w:t>
      </w:r>
      <w:r>
        <w:t xml:space="preserve">—— </w:t>
      </w:r>
      <w:r>
        <w:t>场景切换淡入淡出</w:t>
      </w:r>
    </w:p>
    <w:p w14:paraId="5A155866" w14:textId="77777777" w:rsidR="006835FB" w:rsidRDefault="00000000">
      <w:pPr>
        <w:ind w:left="850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MenuBGM</w:t>
      </w:r>
      <w:r>
        <w:t>（</w:t>
      </w:r>
      <w:r>
        <w:rPr>
          <w:rFonts w:ascii="Consolas" w:hAnsi="Consolas"/>
          <w:shd w:val="clear" w:color="auto" w:fill="EEEEEE"/>
        </w:rPr>
        <w:t>scripts/audio/menu_bgm.gd</w:t>
      </w:r>
      <w:r>
        <w:t>）</w:t>
      </w:r>
      <w:r>
        <w:t xml:space="preserve">—— </w:t>
      </w:r>
      <w:r>
        <w:t>菜单背景音乐</w:t>
      </w:r>
    </w:p>
    <w:p w14:paraId="7FED2E12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编辑器插件</w:t>
      </w:r>
      <w:r>
        <w:t>：</w:t>
      </w:r>
      <w:r>
        <w:rPr>
          <w:rFonts w:ascii="Consolas" w:hAnsi="Consolas"/>
          <w:shd w:val="clear" w:color="auto" w:fill="EEEEEE"/>
        </w:rPr>
        <w:t>addons/godot_mcp</w:t>
      </w:r>
      <w:r>
        <w:t>（</w:t>
      </w:r>
      <w:r>
        <w:t xml:space="preserve">Godot </w:t>
      </w:r>
      <w:r>
        <w:t>与</w:t>
      </w:r>
      <w:r>
        <w:t xml:space="preserve"> MCP </w:t>
      </w:r>
      <w:r>
        <w:t>集成，供</w:t>
      </w:r>
      <w:r>
        <w:t xml:space="preserve"> AI </w:t>
      </w:r>
      <w:r>
        <w:t>工具调用）</w:t>
      </w:r>
    </w:p>
    <w:p w14:paraId="490D73C1" w14:textId="77777777" w:rsidR="006835FB" w:rsidRDefault="00000000">
      <w:pPr>
        <w:ind w:firstLine="480"/>
        <w:jc w:val="both"/>
      </w:pPr>
      <w:r>
        <w:t>关键</w:t>
      </w:r>
      <w:r>
        <w:t xml:space="preserve"> project.godot </w:t>
      </w:r>
      <w:r>
        <w:t>配置：</w:t>
      </w:r>
    </w:p>
    <w:p w14:paraId="241E9FD6" w14:textId="77777777" w:rsidR="006835FB" w:rsidRDefault="00000000">
      <w:pPr>
        <w:shd w:val="clear" w:color="auto" w:fill="F5F5F5"/>
        <w:spacing w:before="80" w:after="80" w:line="240" w:lineRule="auto"/>
        <w:ind w:left="283"/>
      </w:pPr>
      <w:r>
        <w:rPr>
          <w:rFonts w:ascii="Consolas" w:hAnsi="Consolas"/>
          <w:sz w:val="21"/>
        </w:rPr>
        <w:t>config/features = ["4.7", "Forward Plus"]</w:t>
      </w:r>
      <w:r>
        <w:rPr>
          <w:rFonts w:ascii="Consolas" w:hAnsi="Consolas"/>
          <w:sz w:val="21"/>
        </w:rPr>
        <w:br/>
        <w:t>run/main_scene = "res://content/Scene/Splash.tscn"</w:t>
      </w:r>
      <w:r>
        <w:rPr>
          <w:rFonts w:ascii="Consolas" w:hAnsi="Consolas"/>
          <w:sz w:val="21"/>
        </w:rPr>
        <w:br/>
        <w:t>window/stretch/mode = "canvas_items"</w:t>
      </w:r>
      <w:r>
        <w:rPr>
          <w:rFonts w:ascii="Consolas" w:hAnsi="Consolas"/>
          <w:sz w:val="21"/>
        </w:rPr>
        <w:br/>
        <w:t>window/stretch/aspect = "expand"</w:t>
      </w:r>
      <w:r>
        <w:rPr>
          <w:rFonts w:ascii="Consolas" w:hAnsi="Consolas"/>
          <w:sz w:val="21"/>
        </w:rPr>
        <w:br/>
        <w:t>3d/physics_engine = "Jolt Physics"</w:t>
      </w:r>
      <w:r>
        <w:rPr>
          <w:rFonts w:ascii="Consolas" w:hAnsi="Consolas"/>
          <w:sz w:val="21"/>
        </w:rPr>
        <w:br/>
        <w:t>rendering_device/driver.windows = "d3d12"</w:t>
      </w:r>
    </w:p>
    <w:p w14:paraId="45E69DB9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3B3D98E6" w14:textId="77777777" w:rsidR="006835FB" w:rsidRDefault="00000000">
      <w:pPr>
        <w:pStyle w:val="1"/>
        <w:rPr>
          <w:lang w:eastAsia="zh-CN"/>
        </w:rPr>
      </w:pPr>
      <w:bookmarkStart w:id="3" w:name="_Toc239423941"/>
      <w:r>
        <w:rPr>
          <w:rFonts w:ascii="Arial" w:eastAsia="黑体" w:hAnsi="Arial"/>
          <w:lang w:eastAsia="zh-CN"/>
        </w:rPr>
        <w:lastRenderedPageBreak/>
        <w:t>三、整体架构设计</w:t>
      </w:r>
      <w:bookmarkEnd w:id="3"/>
    </w:p>
    <w:p w14:paraId="451F8F77" w14:textId="77777777" w:rsidR="006835FB" w:rsidRDefault="00000000">
      <w:pPr>
        <w:pStyle w:val="21"/>
        <w:rPr>
          <w:lang w:eastAsia="zh-CN"/>
        </w:rPr>
      </w:pPr>
      <w:bookmarkStart w:id="4" w:name="_Toc239423942"/>
      <w:r>
        <w:rPr>
          <w:rFonts w:ascii="Arial" w:eastAsia="黑体" w:hAnsi="Arial"/>
          <w:lang w:eastAsia="zh-CN"/>
        </w:rPr>
        <w:t xml:space="preserve">3.1 MVC </w:t>
      </w:r>
      <w:r>
        <w:rPr>
          <w:rFonts w:ascii="Arial" w:eastAsia="黑体" w:hAnsi="Arial"/>
          <w:lang w:eastAsia="zh-CN"/>
        </w:rPr>
        <w:t>分层（全项目强制）</w:t>
      </w:r>
      <w:bookmarkEnd w:id="4"/>
    </w:p>
    <w:p w14:paraId="66CF8EE3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每个功能模块拆成三层，命名统一：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4"/>
        <w:gridCol w:w="2194"/>
        <w:gridCol w:w="2163"/>
        <w:gridCol w:w="2757"/>
      </w:tblGrid>
      <w:tr w:rsidR="006835FB" w14:paraId="5A934F9E" w14:textId="77777777">
        <w:trPr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43A97F52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层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588632FF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基类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2F5F420B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职责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74757EED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文件命名</w:t>
            </w:r>
          </w:p>
        </w:tc>
      </w:tr>
      <w:tr w:rsidR="006835FB" w14:paraId="113C8763" w14:textId="77777777">
        <w:trPr>
          <w:jc w:val="center"/>
        </w:trPr>
        <w:tc>
          <w:tcPr>
            <w:tcW w:w="2268" w:type="dxa"/>
            <w:vAlign w:val="center"/>
          </w:tcPr>
          <w:p w14:paraId="6062549C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Model</w:t>
            </w:r>
          </w:p>
        </w:tc>
        <w:tc>
          <w:tcPr>
            <w:tcW w:w="2268" w:type="dxa"/>
            <w:vAlign w:val="center"/>
          </w:tcPr>
          <w:p w14:paraId="3754DA4F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RefCounted</w:t>
            </w:r>
            <w:r>
              <w:rPr>
                <w:sz w:val="21"/>
              </w:rPr>
              <w:t>（纯数据）</w:t>
            </w:r>
            <w:r>
              <w:rPr>
                <w:sz w:val="21"/>
              </w:rPr>
              <w:t xml:space="preserve">/ </w:t>
            </w:r>
            <w:r>
              <w:rPr>
                <w:rFonts w:ascii="Consolas" w:hAnsi="Consolas"/>
                <w:sz w:val="21"/>
                <w:shd w:val="clear" w:color="auto" w:fill="EEEEEE"/>
              </w:rPr>
              <w:t>Resource</w:t>
            </w:r>
            <w:r>
              <w:rPr>
                <w:sz w:val="21"/>
              </w:rPr>
              <w:t>（需持久化）</w:t>
            </w:r>
          </w:p>
        </w:tc>
        <w:tc>
          <w:tcPr>
            <w:tcW w:w="2268" w:type="dxa"/>
            <w:vAlign w:val="center"/>
          </w:tcPr>
          <w:p w14:paraId="4D47E948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数据</w:t>
            </w:r>
            <w:r>
              <w:rPr>
                <w:sz w:val="21"/>
                <w:lang w:eastAsia="zh-CN"/>
              </w:rPr>
              <w:t xml:space="preserve"> + </w:t>
            </w:r>
            <w:r>
              <w:rPr>
                <w:sz w:val="21"/>
                <w:lang w:eastAsia="zh-CN"/>
              </w:rPr>
              <w:t>计算，不引用节点</w:t>
            </w:r>
          </w:p>
        </w:tc>
        <w:tc>
          <w:tcPr>
            <w:tcW w:w="2268" w:type="dxa"/>
            <w:vAlign w:val="center"/>
          </w:tcPr>
          <w:p w14:paraId="5ACD4E2A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&lt;module&gt;_model.gd</w:t>
            </w:r>
          </w:p>
        </w:tc>
      </w:tr>
      <w:tr w:rsidR="006835FB" w14:paraId="224123CF" w14:textId="77777777">
        <w:trPr>
          <w:jc w:val="center"/>
        </w:trPr>
        <w:tc>
          <w:tcPr>
            <w:tcW w:w="2268" w:type="dxa"/>
            <w:vAlign w:val="center"/>
          </w:tcPr>
          <w:p w14:paraId="5A22AA8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View</w:t>
            </w:r>
          </w:p>
        </w:tc>
        <w:tc>
          <w:tcPr>
            <w:tcW w:w="2268" w:type="dxa"/>
            <w:vAlign w:val="center"/>
          </w:tcPr>
          <w:p w14:paraId="7EF57E91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Sprite3D</w:t>
            </w:r>
            <w:r>
              <w:rPr>
                <w:sz w:val="21"/>
              </w:rPr>
              <w:t xml:space="preserve"> / </w:t>
            </w:r>
            <w:r>
              <w:rPr>
                <w:rFonts w:ascii="Consolas" w:hAnsi="Consolas"/>
                <w:sz w:val="21"/>
                <w:shd w:val="clear" w:color="auto" w:fill="EEEEEE"/>
              </w:rPr>
              <w:t>Node3D</w:t>
            </w:r>
            <w:r>
              <w:rPr>
                <w:sz w:val="21"/>
              </w:rPr>
              <w:t xml:space="preserve"> / </w:t>
            </w:r>
            <w:r>
              <w:rPr>
                <w:rFonts w:ascii="Consolas" w:hAnsi="Consolas"/>
                <w:sz w:val="21"/>
                <w:shd w:val="clear" w:color="auto" w:fill="EEEEEE"/>
              </w:rPr>
              <w:t>Control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等</w:t>
            </w:r>
          </w:p>
        </w:tc>
        <w:tc>
          <w:tcPr>
            <w:tcW w:w="2268" w:type="dxa"/>
            <w:vAlign w:val="center"/>
          </w:tcPr>
          <w:p w14:paraId="2B058C58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只读</w:t>
            </w:r>
            <w:r>
              <w:rPr>
                <w:sz w:val="21"/>
              </w:rPr>
              <w:t xml:space="preserve"> Model </w:t>
            </w:r>
            <w:r>
              <w:rPr>
                <w:sz w:val="21"/>
              </w:rPr>
              <w:t>渲染，不写</w:t>
            </w:r>
            <w:r>
              <w:rPr>
                <w:sz w:val="21"/>
              </w:rPr>
              <w:t xml:space="preserve"> Model</w:t>
            </w:r>
            <w:r>
              <w:rPr>
                <w:sz w:val="21"/>
              </w:rPr>
              <w:t>、不读输入</w:t>
            </w:r>
          </w:p>
        </w:tc>
        <w:tc>
          <w:tcPr>
            <w:tcW w:w="2268" w:type="dxa"/>
            <w:vAlign w:val="center"/>
          </w:tcPr>
          <w:p w14:paraId="0EE5D5A0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&lt;module&gt;_view.gd</w:t>
            </w:r>
          </w:p>
        </w:tc>
      </w:tr>
      <w:tr w:rsidR="006835FB" w14:paraId="6A078818" w14:textId="77777777">
        <w:trPr>
          <w:jc w:val="center"/>
        </w:trPr>
        <w:tc>
          <w:tcPr>
            <w:tcW w:w="2268" w:type="dxa"/>
            <w:vAlign w:val="center"/>
          </w:tcPr>
          <w:p w14:paraId="38077705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Controller</w:t>
            </w:r>
          </w:p>
        </w:tc>
        <w:tc>
          <w:tcPr>
            <w:tcW w:w="2268" w:type="dxa"/>
            <w:vAlign w:val="center"/>
          </w:tcPr>
          <w:p w14:paraId="116DC4D9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Node</w:t>
            </w:r>
            <w:r>
              <w:rPr>
                <w:sz w:val="21"/>
              </w:rPr>
              <w:t xml:space="preserve"> / </w:t>
            </w:r>
            <w:r>
              <w:rPr>
                <w:rFonts w:ascii="Consolas" w:hAnsi="Consolas"/>
                <w:sz w:val="21"/>
                <w:shd w:val="clear" w:color="auto" w:fill="EEEEEE"/>
              </w:rPr>
              <w:t>Node3D</w:t>
            </w:r>
          </w:p>
        </w:tc>
        <w:tc>
          <w:tcPr>
            <w:tcW w:w="2268" w:type="dxa"/>
            <w:vAlign w:val="center"/>
          </w:tcPr>
          <w:p w14:paraId="3B257DFE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读输入、更新</w:t>
            </w:r>
            <w:r>
              <w:rPr>
                <w:sz w:val="21"/>
              </w:rPr>
              <w:t xml:space="preserve"> Model</w:t>
            </w:r>
            <w:r>
              <w:rPr>
                <w:sz w:val="21"/>
              </w:rPr>
              <w:t>、调</w:t>
            </w:r>
            <w:r>
              <w:rPr>
                <w:sz w:val="21"/>
              </w:rPr>
              <w:t xml:space="preserve"> View </w:t>
            </w:r>
            <w:r>
              <w:rPr>
                <w:sz w:val="21"/>
              </w:rPr>
              <w:t>同步</w:t>
            </w:r>
          </w:p>
        </w:tc>
        <w:tc>
          <w:tcPr>
            <w:tcW w:w="2268" w:type="dxa"/>
            <w:vAlign w:val="center"/>
          </w:tcPr>
          <w:p w14:paraId="285F45DA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&lt;module&gt;_controller.gd</w:t>
            </w:r>
          </w:p>
        </w:tc>
      </w:tr>
    </w:tbl>
    <w:p w14:paraId="3DFD00FF" w14:textId="77777777" w:rsidR="006835FB" w:rsidRDefault="006835FB"/>
    <w:p w14:paraId="2E1C0F47" w14:textId="77777777" w:rsidR="006835FB" w:rsidRDefault="00000000">
      <w:pPr>
        <w:ind w:firstLine="480"/>
        <w:jc w:val="both"/>
      </w:pPr>
      <w:r>
        <w:rPr>
          <w:b/>
        </w:rPr>
        <w:t>数据流</w:t>
      </w:r>
      <w:r>
        <w:t>：输入</w:t>
      </w:r>
      <w:r>
        <w:t xml:space="preserve"> → Controller → Model </w:t>
      </w:r>
      <w:r>
        <w:t>更新</w:t>
      </w:r>
      <w:r>
        <w:t xml:space="preserve"> → View.update_view(model) → </w:t>
      </w:r>
      <w:r>
        <w:t>显示。</w:t>
      </w:r>
    </w:p>
    <w:p w14:paraId="0582EC11" w14:textId="77777777" w:rsidR="006835FB" w:rsidRDefault="00000000">
      <w:pPr>
        <w:ind w:firstLine="480"/>
        <w:jc w:val="both"/>
      </w:pPr>
      <w:r>
        <w:rPr>
          <w:b/>
        </w:rPr>
        <w:t>禁止跳层</w:t>
      </w:r>
      <w:r>
        <w:t>：</w:t>
      </w:r>
      <w:r>
        <w:t xml:space="preserve">View </w:t>
      </w:r>
      <w:r>
        <w:t>不得写</w:t>
      </w:r>
      <w:r>
        <w:t xml:space="preserve"> Model</w:t>
      </w:r>
      <w:r>
        <w:t>；</w:t>
      </w:r>
      <w:r>
        <w:t xml:space="preserve">Model </w:t>
      </w:r>
      <w:r>
        <w:t>不得引用节点；</w:t>
      </w:r>
      <w:r>
        <w:t xml:space="preserve">Controller </w:t>
      </w:r>
      <w:r>
        <w:t>不得跳过</w:t>
      </w:r>
      <w:r>
        <w:t xml:space="preserve"> Model </w:t>
      </w:r>
      <w:r>
        <w:t>直接改</w:t>
      </w:r>
      <w:r>
        <w:t xml:space="preserve"> View</w:t>
      </w:r>
      <w:r>
        <w:t>。</w:t>
      </w:r>
    </w:p>
    <w:p w14:paraId="0AA6F06A" w14:textId="77777777" w:rsidR="006835FB" w:rsidRDefault="00000000">
      <w:pPr>
        <w:pStyle w:val="21"/>
      </w:pPr>
      <w:bookmarkStart w:id="5" w:name="_Toc239423943"/>
      <w:r>
        <w:rPr>
          <w:rFonts w:ascii="Arial" w:eastAsia="黑体" w:hAnsi="Arial"/>
        </w:rPr>
        <w:t xml:space="preserve">3.2 2D </w:t>
      </w:r>
      <w:r>
        <w:rPr>
          <w:rFonts w:ascii="Arial" w:eastAsia="黑体" w:hAnsi="Arial"/>
        </w:rPr>
        <w:t>俯视呈现（</w:t>
      </w:r>
      <w:r>
        <w:rPr>
          <w:rFonts w:ascii="Arial" w:eastAsia="黑体" w:hAnsi="Arial"/>
        </w:rPr>
        <w:t>HD2D</w:t>
      </w:r>
      <w:r>
        <w:rPr>
          <w:rFonts w:ascii="Arial" w:eastAsia="黑体" w:hAnsi="Arial"/>
        </w:rPr>
        <w:t>）</w:t>
      </w:r>
      <w:bookmarkEnd w:id="5"/>
    </w:p>
    <w:p w14:paraId="4161DABD" w14:textId="77777777" w:rsidR="006835FB" w:rsidRDefault="00000000">
      <w:pPr>
        <w:ind w:left="425" w:hanging="283"/>
      </w:pPr>
      <w:r>
        <w:t xml:space="preserve">• </w:t>
      </w:r>
      <w:r>
        <w:t>用</w:t>
      </w:r>
      <w:r>
        <w:t xml:space="preserve"> 3D </w:t>
      </w:r>
      <w:r>
        <w:t>节点（</w:t>
      </w:r>
      <w:r>
        <w:t>Node3D / Sprite3D / Camera3D</w:t>
      </w:r>
      <w:r>
        <w:t>）承载</w:t>
      </w:r>
      <w:r>
        <w:t xml:space="preserve"> 2D </w:t>
      </w:r>
      <w:r>
        <w:t>贴图，</w:t>
      </w:r>
      <w:r>
        <w:rPr>
          <w:b/>
        </w:rPr>
        <w:t>所有游戏内容在</w:t>
      </w:r>
      <w:r>
        <w:rPr>
          <w:b/>
        </w:rPr>
        <w:t xml:space="preserve"> xy </w:t>
      </w:r>
      <w:r>
        <w:rPr>
          <w:b/>
        </w:rPr>
        <w:t>平面进行</w:t>
      </w:r>
      <w:r>
        <w:t>，</w:t>
      </w:r>
      <w:r>
        <w:t xml:space="preserve">z </w:t>
      </w:r>
      <w:r>
        <w:t>仅用于图层分层。</w:t>
      </w:r>
    </w:p>
    <w:p w14:paraId="62116265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俯视视角：摄像机在潜艇正上方垂直向下拍摄，玩家看到的是海底的</w:t>
      </w:r>
      <w:proofErr w:type="gramStart"/>
      <w:r>
        <w:rPr>
          <w:lang w:eastAsia="zh-CN"/>
        </w:rPr>
        <w:t>"</w:t>
      </w:r>
      <w:r>
        <w:rPr>
          <w:lang w:eastAsia="zh-CN"/>
        </w:rPr>
        <w:t>平面</w:t>
      </w:r>
      <w:proofErr w:type="gramEnd"/>
      <w:r>
        <w:rPr>
          <w:lang w:eastAsia="zh-CN"/>
        </w:rPr>
        <w:t>地图</w:t>
      </w:r>
      <w:proofErr w:type="gramStart"/>
      <w:r>
        <w:rPr>
          <w:lang w:eastAsia="zh-CN"/>
        </w:rPr>
        <w:t>视角</w:t>
      </w:r>
      <w:r>
        <w:rPr>
          <w:lang w:eastAsia="zh-CN"/>
        </w:rPr>
        <w:t>"</w:t>
      </w:r>
      <w:r>
        <w:rPr>
          <w:lang w:eastAsia="zh-CN"/>
        </w:rPr>
        <w:t>。</w:t>
      </w:r>
      <w:proofErr w:type="gramEnd"/>
    </w:p>
    <w:p w14:paraId="4FF89F72" w14:textId="77777777" w:rsidR="006835FB" w:rsidRDefault="00000000">
      <w:pPr>
        <w:ind w:left="425" w:hanging="283"/>
      </w:pPr>
      <w:r>
        <w:t xml:space="preserve">• </w:t>
      </w:r>
      <w:proofErr w:type="spellStart"/>
      <w:r>
        <w:t>分层</w:t>
      </w:r>
      <w:proofErr w:type="spellEnd"/>
      <w:r>
        <w:t xml:space="preserve"> z</w:t>
      </w:r>
      <w:r>
        <w:t>：</w:t>
      </w:r>
    </w:p>
    <w:p w14:paraId="1009C1B1" w14:textId="77777777" w:rsidR="006835FB" w:rsidRDefault="00000000">
      <w:pPr>
        <w:ind w:left="850" w:hanging="283"/>
      </w:pPr>
      <w:r>
        <w:t xml:space="preserve">• </w:t>
      </w:r>
      <w:r>
        <w:t>背景层</w:t>
      </w:r>
      <w:r>
        <w:t xml:space="preserve"> </w:t>
      </w:r>
      <w:r>
        <w:rPr>
          <w:rFonts w:ascii="Consolas" w:hAnsi="Consolas"/>
          <w:shd w:val="clear" w:color="auto" w:fill="EEEEEE"/>
        </w:rPr>
        <w:t>background_z = -10</w:t>
      </w:r>
    </w:p>
    <w:p w14:paraId="61585EA4" w14:textId="77777777" w:rsidR="006835FB" w:rsidRDefault="00000000">
      <w:pPr>
        <w:ind w:left="850" w:hanging="283"/>
      </w:pPr>
      <w:r>
        <w:t xml:space="preserve">• </w:t>
      </w:r>
      <w:r>
        <w:t>玩家</w:t>
      </w:r>
      <w:r>
        <w:t>/</w:t>
      </w:r>
      <w:r>
        <w:t>石头</w:t>
      </w:r>
      <w:r>
        <w:t>/</w:t>
      </w:r>
      <w:r>
        <w:t>怪物</w:t>
      </w:r>
      <w:r>
        <w:t>/</w:t>
      </w:r>
      <w:r>
        <w:t>边界层</w:t>
      </w:r>
      <w:r>
        <w:t xml:space="preserve"> </w:t>
      </w:r>
      <w:r>
        <w:rPr>
          <w:rFonts w:ascii="Consolas" w:hAnsi="Consolas"/>
          <w:shd w:val="clear" w:color="auto" w:fill="EEEEEE"/>
        </w:rPr>
        <w:t>z = -3</w:t>
      </w:r>
    </w:p>
    <w:p w14:paraId="1633B463" w14:textId="77777777" w:rsidR="006835FB" w:rsidRDefault="00000000">
      <w:pPr>
        <w:ind w:left="850" w:hanging="283"/>
      </w:pPr>
      <w:r>
        <w:t xml:space="preserve">• UI CanvasLayer </w:t>
      </w:r>
      <w:r>
        <w:t>默认</w:t>
      </w:r>
      <w:r>
        <w:t xml:space="preserve"> </w:t>
      </w:r>
      <w:r>
        <w:rPr>
          <w:rFonts w:ascii="Consolas" w:hAnsi="Consolas"/>
          <w:shd w:val="clear" w:color="auto" w:fill="EEEEEE"/>
        </w:rPr>
        <w:t>layer=1</w:t>
      </w:r>
      <w:r>
        <w:t>，箭头</w:t>
      </w:r>
      <w:r>
        <w:t xml:space="preserve"> </w:t>
      </w:r>
      <w:r>
        <w:rPr>
          <w:rFonts w:ascii="Consolas" w:hAnsi="Consolas"/>
          <w:shd w:val="clear" w:color="auto" w:fill="EEEEEE"/>
        </w:rPr>
        <w:t>layer=100</w:t>
      </w:r>
      <w:r>
        <w:t>，暂停</w:t>
      </w:r>
      <w:r>
        <w:t xml:space="preserve"> </w:t>
      </w:r>
      <w:r>
        <w:rPr>
          <w:rFonts w:ascii="Consolas" w:hAnsi="Consolas"/>
          <w:shd w:val="clear" w:color="auto" w:fill="EEEEEE"/>
        </w:rPr>
        <w:t>layer=500</w:t>
      </w:r>
      <w:r>
        <w:t>，引导</w:t>
      </w:r>
      <w:r>
        <w:t xml:space="preserve"> </w:t>
      </w:r>
      <w:r>
        <w:rPr>
          <w:rFonts w:ascii="Consolas" w:hAnsi="Consolas"/>
          <w:shd w:val="clear" w:color="auto" w:fill="EEEEEE"/>
        </w:rPr>
        <w:t>layer=900</w:t>
      </w:r>
      <w:r>
        <w:t>，</w:t>
      </w:r>
      <w:r>
        <w:t xml:space="preserve">Transition </w:t>
      </w:r>
      <w:r>
        <w:rPr>
          <w:rFonts w:ascii="Consolas" w:hAnsi="Consolas"/>
          <w:shd w:val="clear" w:color="auto" w:fill="EEEEEE"/>
        </w:rPr>
        <w:t>layer=1000</w:t>
      </w:r>
    </w:p>
    <w:p w14:paraId="589C08A3" w14:textId="77777777" w:rsidR="006835FB" w:rsidRDefault="00000000">
      <w:pPr>
        <w:pStyle w:val="21"/>
        <w:rPr>
          <w:lang w:eastAsia="zh-CN"/>
        </w:rPr>
      </w:pPr>
      <w:bookmarkStart w:id="6" w:name="_Toc239423944"/>
      <w:r>
        <w:rPr>
          <w:rFonts w:ascii="Arial" w:eastAsia="黑体" w:hAnsi="Arial"/>
          <w:lang w:eastAsia="zh-CN"/>
        </w:rPr>
        <w:t xml:space="preserve">3.3 </w:t>
      </w:r>
      <w:r>
        <w:rPr>
          <w:rFonts w:ascii="Arial" w:eastAsia="黑体" w:hAnsi="Arial"/>
          <w:lang w:eastAsia="zh-CN"/>
        </w:rPr>
        <w:t>物理模型（七步积分）</w:t>
      </w:r>
      <w:bookmarkEnd w:id="6"/>
    </w:p>
    <w:p w14:paraId="75044AC6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所有移动实体（玩家、怪物头部）用同一套物理积分：</w:t>
      </w:r>
    </w:p>
    <w:p w14:paraId="40B58DE8" w14:textId="77777777" w:rsidR="006835FB" w:rsidRDefault="00000000">
      <w:pPr>
        <w:ind w:left="425" w:hanging="283"/>
      </w:pPr>
      <w:r>
        <w:t xml:space="preserve">1. </w:t>
      </w:r>
      <w:r>
        <w:t>推力</w:t>
      </w:r>
      <w:r>
        <w:t xml:space="preserve"> = </w:t>
      </w:r>
      <w:r>
        <w:rPr>
          <w:rFonts w:ascii="Consolas" w:hAnsi="Consolas"/>
          <w:shd w:val="clear" w:color="auto" w:fill="EEEEEE"/>
        </w:rPr>
        <w:t>thrust_dir × thrust_force × thrust_ratio</w:t>
      </w:r>
    </w:p>
    <w:p w14:paraId="1011E06A" w14:textId="77777777" w:rsidR="006835FB" w:rsidRDefault="00000000">
      <w:pPr>
        <w:ind w:left="425" w:hanging="283"/>
      </w:pPr>
      <w:r>
        <w:t xml:space="preserve">2. </w:t>
      </w:r>
      <w:r>
        <w:t>线性水阻</w:t>
      </w:r>
      <w:r>
        <w:t xml:space="preserve"> = </w:t>
      </w:r>
      <w:r>
        <w:rPr>
          <w:rFonts w:ascii="Consolas" w:hAnsi="Consolas"/>
          <w:shd w:val="clear" w:color="auto" w:fill="EEEEEE"/>
        </w:rPr>
        <w:t>-velocity × drag_coefficient</w:t>
      </w:r>
    </w:p>
    <w:p w14:paraId="18DB01E6" w14:textId="77777777" w:rsidR="006835FB" w:rsidRDefault="00000000">
      <w:pPr>
        <w:ind w:left="425" w:hanging="283"/>
      </w:pPr>
      <w:r>
        <w:lastRenderedPageBreak/>
        <w:t xml:space="preserve">3. </w:t>
      </w:r>
      <w:r>
        <w:t>洋流力</w:t>
      </w:r>
      <w:r>
        <w:t xml:space="preserve"> = </w:t>
      </w:r>
      <w:r>
        <w:rPr>
          <w:rFonts w:ascii="Consolas" w:hAnsi="Consolas"/>
          <w:shd w:val="clear" w:color="auto" w:fill="EEEEEE"/>
        </w:rPr>
        <w:t>current_direction × current_force</w:t>
      </w:r>
    </w:p>
    <w:p w14:paraId="24E4A1A8" w14:textId="77777777" w:rsidR="006835FB" w:rsidRDefault="00000000">
      <w:pPr>
        <w:ind w:left="425" w:hanging="283"/>
      </w:pPr>
      <w:r>
        <w:t xml:space="preserve">4. </w:t>
      </w:r>
      <w:r>
        <w:t>总加速度</w:t>
      </w:r>
      <w:r>
        <w:t xml:space="preserve"> = </w:t>
      </w:r>
      <w:r>
        <w:rPr>
          <w:rFonts w:ascii="Consolas" w:hAnsi="Consolas"/>
          <w:shd w:val="clear" w:color="auto" w:fill="EEEEEE"/>
        </w:rPr>
        <w:t>(</w:t>
      </w:r>
      <w:r>
        <w:rPr>
          <w:rFonts w:ascii="Consolas" w:hAnsi="Consolas"/>
          <w:shd w:val="clear" w:color="auto" w:fill="EEEEEE"/>
        </w:rPr>
        <w:t>推力</w:t>
      </w:r>
      <w:r>
        <w:rPr>
          <w:rFonts w:ascii="Consolas" w:hAnsi="Consolas"/>
          <w:shd w:val="clear" w:color="auto" w:fill="EEEEEE"/>
        </w:rPr>
        <w:t xml:space="preserve"> + </w:t>
      </w:r>
      <w:r>
        <w:rPr>
          <w:rFonts w:ascii="Consolas" w:hAnsi="Consolas"/>
          <w:shd w:val="clear" w:color="auto" w:fill="EEEEEE"/>
        </w:rPr>
        <w:t>阻力</w:t>
      </w:r>
      <w:r>
        <w:rPr>
          <w:rFonts w:ascii="Consolas" w:hAnsi="Consolas"/>
          <w:shd w:val="clear" w:color="auto" w:fill="EEEEEE"/>
        </w:rPr>
        <w:t xml:space="preserve"> + </w:t>
      </w:r>
      <w:r>
        <w:rPr>
          <w:rFonts w:ascii="Consolas" w:hAnsi="Consolas"/>
          <w:shd w:val="clear" w:color="auto" w:fill="EEEEEE"/>
        </w:rPr>
        <w:t>洋流力</w:t>
      </w:r>
      <w:r>
        <w:rPr>
          <w:rFonts w:ascii="Consolas" w:hAnsi="Consolas"/>
          <w:shd w:val="clear" w:color="auto" w:fill="EEEEEE"/>
        </w:rPr>
        <w:t>) / mass</w:t>
      </w:r>
    </w:p>
    <w:p w14:paraId="721A8059" w14:textId="77777777" w:rsidR="006835FB" w:rsidRDefault="00000000">
      <w:pPr>
        <w:ind w:left="425" w:hanging="283"/>
      </w:pPr>
      <w:r>
        <w:t xml:space="preserve">5. </w:t>
      </w:r>
      <w:r>
        <w:t>更新速度</w:t>
      </w:r>
      <w:r>
        <w:t xml:space="preserve"> </w:t>
      </w:r>
      <w:r>
        <w:rPr>
          <w:rFonts w:ascii="Consolas" w:hAnsi="Consolas"/>
          <w:shd w:val="clear" w:color="auto" w:fill="EEEEEE"/>
        </w:rPr>
        <w:t>velocity += acceleration × delta</w:t>
      </w:r>
    </w:p>
    <w:p w14:paraId="7DBAB9C2" w14:textId="77777777" w:rsidR="006835FB" w:rsidRDefault="00000000">
      <w:pPr>
        <w:ind w:left="425" w:hanging="283"/>
      </w:pPr>
      <w:r>
        <w:t xml:space="preserve">6. </w:t>
      </w:r>
      <w:r>
        <w:t>限速（</w:t>
      </w:r>
      <w:r>
        <w:t xml:space="preserve">xy </w:t>
      </w:r>
      <w:r>
        <w:t>平面</w:t>
      </w:r>
      <w:r>
        <w:t xml:space="preserve"> ≤ max_speed</w:t>
      </w:r>
      <w:r>
        <w:t>）</w:t>
      </w:r>
    </w:p>
    <w:p w14:paraId="7F75492D" w14:textId="77777777" w:rsidR="006835FB" w:rsidRDefault="00000000">
      <w:pPr>
        <w:ind w:left="425" w:hanging="283"/>
      </w:pPr>
      <w:r>
        <w:t xml:space="preserve">7. </w:t>
      </w:r>
      <w:r>
        <w:t>更新位置</w:t>
      </w:r>
      <w:r>
        <w:t xml:space="preserve"> </w:t>
      </w:r>
      <w:r>
        <w:rPr>
          <w:rFonts w:ascii="Consolas" w:hAnsi="Consolas"/>
          <w:shd w:val="clear" w:color="auto" w:fill="EEEEEE"/>
        </w:rPr>
        <w:t>position += velocity × delta</w:t>
      </w:r>
    </w:p>
    <w:p w14:paraId="51852D5F" w14:textId="77777777" w:rsidR="006835FB" w:rsidRDefault="00000000">
      <w:pPr>
        <w:ind w:firstLine="480"/>
        <w:jc w:val="both"/>
      </w:pPr>
      <w:r>
        <w:t>玩家额外有：进水下沉力、深度积分、钩子拉力。</w:t>
      </w:r>
    </w:p>
    <w:p w14:paraId="7D2A703F" w14:textId="77777777" w:rsidR="006835FB" w:rsidRDefault="00000000">
      <w:pPr>
        <w:pStyle w:val="21"/>
      </w:pPr>
      <w:bookmarkStart w:id="7" w:name="_Toc239423945"/>
      <w:r>
        <w:rPr>
          <w:rFonts w:ascii="Arial" w:eastAsia="黑体" w:hAnsi="Arial"/>
        </w:rPr>
        <w:t xml:space="preserve">3.4 </w:t>
      </w:r>
      <w:r>
        <w:rPr>
          <w:rFonts w:ascii="Arial" w:eastAsia="黑体" w:hAnsi="Arial"/>
        </w:rPr>
        <w:t>碰撞（脚本自实现</w:t>
      </w:r>
      <w:r>
        <w:rPr>
          <w:rFonts w:ascii="Arial" w:eastAsia="黑体" w:hAnsi="Arial"/>
        </w:rPr>
        <w:t xml:space="preserve"> SAT/OBB</w:t>
      </w:r>
      <w:r>
        <w:rPr>
          <w:rFonts w:ascii="Arial" w:eastAsia="黑体" w:hAnsi="Arial"/>
        </w:rPr>
        <w:t>）</w:t>
      </w:r>
      <w:bookmarkEnd w:id="7"/>
    </w:p>
    <w:p w14:paraId="60211FD0" w14:textId="77777777" w:rsidR="006835FB" w:rsidRDefault="00000000">
      <w:pPr>
        <w:ind w:left="425" w:hanging="283"/>
      </w:pPr>
      <w:r>
        <w:t xml:space="preserve">• </w:t>
      </w:r>
      <w:r>
        <w:t>不使用物理引擎刚体，所有碰撞为脚本几何检测。</w:t>
      </w:r>
    </w:p>
    <w:p w14:paraId="71CE635F" w14:textId="77777777" w:rsidR="006835FB" w:rsidRDefault="00000000">
      <w:pPr>
        <w:ind w:left="425" w:hanging="283"/>
      </w:pPr>
      <w:r>
        <w:t xml:space="preserve">• </w:t>
      </w:r>
      <w:r>
        <w:t>核心函数：</w:t>
      </w:r>
      <w:r>
        <w:rPr>
          <w:rFonts w:ascii="Consolas" w:hAnsi="Consolas"/>
          <w:shd w:val="clear" w:color="auto" w:fill="EEEEEE"/>
        </w:rPr>
        <w:t>BaseMonsterModel.rect_vs_rect_resolve()</w:t>
      </w:r>
      <w:r>
        <w:t xml:space="preserve"> —— </w:t>
      </w:r>
      <w:r>
        <w:t>两个</w:t>
      </w:r>
      <w:r>
        <w:t xml:space="preserve"> OBB </w:t>
      </w:r>
      <w:r>
        <w:t>矩形的</w:t>
      </w:r>
      <w:r>
        <w:t xml:space="preserve"> SAT </w:t>
      </w:r>
      <w:r>
        <w:t>分离轴检测，返回</w:t>
      </w:r>
      <w:r>
        <w:t xml:space="preserve"> </w:t>
      </w:r>
      <w:r>
        <w:rPr>
          <w:rFonts w:ascii="Consolas" w:hAnsi="Consolas"/>
          <w:shd w:val="clear" w:color="auto" w:fill="EEEEEE"/>
        </w:rPr>
        <w:t>[</w:t>
      </w:r>
      <w:r>
        <w:rPr>
          <w:rFonts w:ascii="Consolas" w:hAnsi="Consolas"/>
          <w:shd w:val="clear" w:color="auto" w:fill="EEEEEE"/>
        </w:rPr>
        <w:t>法线</w:t>
      </w:r>
      <w:r>
        <w:rPr>
          <w:rFonts w:ascii="Consolas" w:hAnsi="Consolas"/>
          <w:shd w:val="clear" w:color="auto" w:fill="EEEEEE"/>
        </w:rPr>
        <w:t xml:space="preserve">x, </w:t>
      </w:r>
      <w:r>
        <w:rPr>
          <w:rFonts w:ascii="Consolas" w:hAnsi="Consolas"/>
          <w:shd w:val="clear" w:color="auto" w:fill="EEEEEE"/>
        </w:rPr>
        <w:t>法线</w:t>
      </w:r>
      <w:r>
        <w:rPr>
          <w:rFonts w:ascii="Consolas" w:hAnsi="Consolas"/>
          <w:shd w:val="clear" w:color="auto" w:fill="EEEEEE"/>
        </w:rPr>
        <w:t xml:space="preserve">y, </w:t>
      </w:r>
      <w:r>
        <w:rPr>
          <w:rFonts w:ascii="Consolas" w:hAnsi="Consolas"/>
          <w:shd w:val="clear" w:color="auto" w:fill="EEEEEE"/>
        </w:rPr>
        <w:t>穿透深度</w:t>
      </w:r>
      <w:r>
        <w:rPr>
          <w:rFonts w:ascii="Consolas" w:hAnsi="Consolas"/>
          <w:shd w:val="clear" w:color="auto" w:fill="EEEEEE"/>
        </w:rPr>
        <w:t>]</w:t>
      </w:r>
      <w:r>
        <w:t xml:space="preserve"> </w:t>
      </w:r>
      <w:r>
        <w:t>或</w:t>
      </w:r>
      <w:r>
        <w:t xml:space="preserve"> </w:t>
      </w:r>
      <w:r>
        <w:rPr>
          <w:rFonts w:ascii="Consolas" w:hAnsi="Consolas"/>
          <w:shd w:val="clear" w:color="auto" w:fill="EEEEEE"/>
        </w:rPr>
        <w:t>null</w:t>
      </w:r>
      <w:r>
        <w:t>。</w:t>
      </w:r>
    </w:p>
    <w:p w14:paraId="15C73A89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玩家用两个</w:t>
      </w:r>
      <w:r>
        <w:rPr>
          <w:b/>
          <w:lang w:eastAsia="zh-CN"/>
        </w:rPr>
        <w:t>轴对齐矩形</w:t>
      </w:r>
      <w:r>
        <w:rPr>
          <w:lang w:eastAsia="zh-CN"/>
        </w:rPr>
        <w:t>（主体</w:t>
      </w:r>
      <w:r>
        <w:rPr>
          <w:lang w:eastAsia="zh-CN"/>
        </w:rPr>
        <w:t xml:space="preserve"> + </w:t>
      </w:r>
      <w:r>
        <w:rPr>
          <w:lang w:eastAsia="zh-CN"/>
        </w:rPr>
        <w:t>驾驶舱）；石头</w:t>
      </w:r>
      <w:r>
        <w:rPr>
          <w:lang w:eastAsia="zh-CN"/>
        </w:rPr>
        <w:t>/</w:t>
      </w:r>
      <w:r>
        <w:rPr>
          <w:lang w:eastAsia="zh-CN"/>
        </w:rPr>
        <w:t>怪物</w:t>
      </w:r>
      <w:r>
        <w:rPr>
          <w:lang w:eastAsia="zh-CN"/>
        </w:rPr>
        <w:t>/</w:t>
      </w:r>
      <w:r>
        <w:rPr>
          <w:lang w:eastAsia="zh-CN"/>
        </w:rPr>
        <w:t>边界用</w:t>
      </w:r>
      <w:r>
        <w:rPr>
          <w:lang w:eastAsia="zh-CN"/>
        </w:rPr>
        <w:t xml:space="preserve"> </w:t>
      </w:r>
      <w:r>
        <w:rPr>
          <w:b/>
          <w:lang w:eastAsia="zh-CN"/>
        </w:rPr>
        <w:t>OBB</w:t>
      </w:r>
      <w:r>
        <w:rPr>
          <w:lang w:eastAsia="zh-CN"/>
        </w:rPr>
        <w:t>（带旋转）。</w:t>
      </w:r>
    </w:p>
    <w:p w14:paraId="171D5989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碰撞响应用标准弹性碰撞（</w:t>
      </w:r>
      <w:r>
        <w:rPr>
          <w:lang w:eastAsia="zh-CN"/>
        </w:rPr>
        <w:t>restitution ≈ 0.2</w:t>
      </w:r>
      <w:r>
        <w:rPr>
          <w:lang w:eastAsia="zh-CN"/>
        </w:rPr>
        <w:t>，低弹性）。</w:t>
      </w:r>
    </w:p>
    <w:p w14:paraId="5C00A659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边界墙是静态墙：只推玩家</w:t>
      </w:r>
      <w:r>
        <w:rPr>
          <w:lang w:eastAsia="zh-CN"/>
        </w:rPr>
        <w:t>/</w:t>
      </w:r>
      <w:r>
        <w:rPr>
          <w:lang w:eastAsia="zh-CN"/>
        </w:rPr>
        <w:t>怪物出墙，把朝墙速度分量清零防穿透。</w:t>
      </w:r>
    </w:p>
    <w:p w14:paraId="1FFA8C69" w14:textId="77777777" w:rsidR="006835FB" w:rsidRDefault="006835FB">
      <w:pPr>
        <w:pBdr>
          <w:bottom w:val="single" w:sz="6" w:space="1" w:color="AAAAAA"/>
        </w:pBdr>
        <w:spacing w:before="120" w:after="120"/>
        <w:rPr>
          <w:lang w:eastAsia="zh-CN"/>
        </w:rPr>
      </w:pPr>
    </w:p>
    <w:p w14:paraId="69E95715" w14:textId="77777777" w:rsidR="006835FB" w:rsidRDefault="00000000">
      <w:pPr>
        <w:pStyle w:val="1"/>
      </w:pPr>
      <w:bookmarkStart w:id="8" w:name="_Toc239423946"/>
      <w:proofErr w:type="spellStart"/>
      <w:r>
        <w:rPr>
          <w:rFonts w:ascii="Arial" w:eastAsia="黑体" w:hAnsi="Arial"/>
        </w:rPr>
        <w:t>四、目录结构</w:t>
      </w:r>
      <w:bookmarkEnd w:id="8"/>
      <w:proofErr w:type="spellEnd"/>
    </w:p>
    <w:p w14:paraId="37BEB0A6" w14:textId="2412EE9F" w:rsidR="006835FB" w:rsidRDefault="00000000">
      <w:pPr>
        <w:shd w:val="clear" w:color="auto" w:fill="F5F5F5"/>
        <w:spacing w:before="80" w:after="80" w:line="240" w:lineRule="auto"/>
        <w:ind w:left="283"/>
      </w:pPr>
      <w:r>
        <w:rPr>
          <w:rFonts w:ascii="Consolas" w:hAnsi="Consolas"/>
          <w:sz w:val="21"/>
        </w:rPr>
        <w:t>d:\project\</w:t>
      </w:r>
      <w:r>
        <w:rPr>
          <w:rFonts w:ascii="Consolas" w:hAnsi="Consolas"/>
          <w:sz w:val="21"/>
        </w:rPr>
        <w:br/>
        <w:t xml:space="preserve">├─ project.godot                    # </w:t>
      </w:r>
      <w:r>
        <w:rPr>
          <w:rFonts w:ascii="Consolas" w:hAnsi="Consolas"/>
          <w:sz w:val="21"/>
        </w:rPr>
        <w:t>引擎配置</w:t>
      </w:r>
      <w:r>
        <w:rPr>
          <w:rFonts w:ascii="Consolas" w:hAnsi="Consolas"/>
          <w:sz w:val="21"/>
        </w:rPr>
        <w:br/>
        <w:t xml:space="preserve">├─ main.tscn                        # </w:t>
      </w:r>
      <w:r>
        <w:rPr>
          <w:rFonts w:ascii="Consolas" w:hAnsi="Consolas"/>
          <w:sz w:val="21"/>
        </w:rPr>
        <w:t>主场景（参考；实际入口见</w:t>
      </w:r>
      <w:r>
        <w:rPr>
          <w:rFonts w:ascii="Consolas" w:hAnsi="Consolas"/>
          <w:sz w:val="21"/>
        </w:rPr>
        <w:t xml:space="preserve"> Splash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 xml:space="preserve">├─ .trae\rules\                     # AI </w:t>
      </w:r>
      <w:r>
        <w:rPr>
          <w:rFonts w:ascii="Consolas" w:hAnsi="Consolas"/>
          <w:sz w:val="21"/>
        </w:rPr>
        <w:t>开发规则（见</w:t>
      </w:r>
      <w:r>
        <w:rPr>
          <w:rFonts w:ascii="Consolas" w:hAnsi="Consolas"/>
          <w:sz w:val="21"/>
        </w:rPr>
        <w:t xml:space="preserve"> §</w:t>
      </w:r>
      <w:r>
        <w:rPr>
          <w:rFonts w:ascii="Consolas" w:hAnsi="Consolas"/>
          <w:sz w:val="21"/>
        </w:rPr>
        <w:t>十二）</w:t>
      </w:r>
      <w:r>
        <w:rPr>
          <w:rFonts w:ascii="Consolas" w:hAnsi="Consolas"/>
          <w:sz w:val="21"/>
        </w:rPr>
        <w:br/>
        <w:t>│  ├─ Project.rule.md</w:t>
      </w:r>
      <w:r>
        <w:rPr>
          <w:rFonts w:ascii="Consolas" w:hAnsi="Consolas"/>
          <w:sz w:val="21"/>
        </w:rPr>
        <w:br/>
        <w:t>│  ├─ Move.rule.md</w:t>
      </w:r>
      <w:r>
        <w:rPr>
          <w:rFonts w:ascii="Consolas" w:hAnsi="Consolas"/>
          <w:sz w:val="21"/>
        </w:rPr>
        <w:br/>
        <w:t>│  ├─ mvc.rule.md</w:t>
      </w:r>
      <w:r>
        <w:rPr>
          <w:rFonts w:ascii="Consolas" w:hAnsi="Consolas"/>
          <w:sz w:val="21"/>
        </w:rPr>
        <w:br/>
        <w:t>│  └─ Monster.rule.md</w:t>
      </w:r>
      <w:r>
        <w:rPr>
          <w:rFonts w:ascii="Consolas" w:hAnsi="Consolas"/>
          <w:sz w:val="21"/>
        </w:rPr>
        <w:br/>
        <w:t xml:space="preserve">├─ scripts\                         # </w:t>
      </w:r>
      <w:r>
        <w:rPr>
          <w:rFonts w:ascii="Consolas" w:hAnsi="Consolas"/>
          <w:sz w:val="21"/>
        </w:rPr>
        <w:t>所有</w:t>
      </w:r>
      <w:r>
        <w:rPr>
          <w:rFonts w:ascii="Consolas" w:hAnsi="Consolas"/>
          <w:sz w:val="21"/>
        </w:rPr>
        <w:t xml:space="preserve"> GDScript</w:t>
      </w:r>
      <w:r>
        <w:rPr>
          <w:rFonts w:ascii="Consolas" w:hAnsi="Consolas"/>
          <w:sz w:val="21"/>
        </w:rPr>
        <w:t>（</w:t>
      </w:r>
      <w:r>
        <w:rPr>
          <w:rFonts w:ascii="Consolas" w:hAnsi="Consolas"/>
          <w:sz w:val="21"/>
        </w:rPr>
        <w:t xml:space="preserve">MVC </w:t>
      </w:r>
      <w:r>
        <w:rPr>
          <w:rFonts w:ascii="Consolas" w:hAnsi="Consolas"/>
          <w:sz w:val="21"/>
        </w:rPr>
        <w:t>三件套）</w:t>
      </w:r>
      <w:r>
        <w:rPr>
          <w:rFonts w:ascii="Consolas" w:hAnsi="Consolas"/>
          <w:sz w:val="21"/>
        </w:rPr>
        <w:br/>
        <w:t xml:space="preserve">│  ├─ arrow\        # </w:t>
      </w:r>
      <w:r>
        <w:rPr>
          <w:rFonts w:ascii="Consolas" w:hAnsi="Consolas"/>
          <w:sz w:val="21"/>
        </w:rPr>
        <w:t>箭头（推力输入）</w:t>
      </w:r>
      <w:r>
        <w:rPr>
          <w:rFonts w:ascii="Consolas" w:hAnsi="Consolas"/>
          <w:sz w:val="21"/>
        </w:rPr>
        <w:br/>
        <w:t xml:space="preserve">│  ├─ audio\        # </w:t>
      </w:r>
      <w:r>
        <w:rPr>
          <w:rFonts w:ascii="Consolas" w:hAnsi="Consolas"/>
          <w:sz w:val="21"/>
        </w:rPr>
        <w:t>音频（</w:t>
      </w:r>
      <w:r>
        <w:rPr>
          <w:rFonts w:ascii="Consolas" w:hAnsi="Consolas"/>
          <w:sz w:val="21"/>
        </w:rPr>
        <w:t>bgm_player / menu_bgm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 xml:space="preserve">│  ├─ background\   # </w:t>
      </w:r>
      <w:r>
        <w:rPr>
          <w:rFonts w:ascii="Consolas" w:hAnsi="Consolas"/>
          <w:sz w:val="21"/>
        </w:rPr>
        <w:t>背景流式瓦片</w:t>
      </w:r>
      <w:r>
        <w:rPr>
          <w:rFonts w:ascii="Consolas" w:hAnsi="Consolas"/>
          <w:sz w:val="21"/>
        </w:rPr>
        <w:br/>
        <w:t xml:space="preserve">│  ├─ bomb\         # </w:t>
      </w:r>
      <w:r>
        <w:rPr>
          <w:rFonts w:ascii="Consolas" w:hAnsi="Consolas"/>
          <w:sz w:val="21"/>
        </w:rPr>
        <w:t>深水炸弹</w:t>
      </w:r>
      <w:r>
        <w:rPr>
          <w:rFonts w:ascii="Consolas" w:hAnsi="Consolas"/>
          <w:sz w:val="21"/>
        </w:rPr>
        <w:t xml:space="preserve"> / </w:t>
      </w:r>
      <w:r>
        <w:rPr>
          <w:rFonts w:ascii="Consolas" w:hAnsi="Consolas"/>
          <w:sz w:val="21"/>
        </w:rPr>
        <w:t>爆炸特效</w:t>
      </w:r>
      <w:r>
        <w:rPr>
          <w:rFonts w:ascii="Consolas" w:hAnsi="Consolas"/>
          <w:sz w:val="21"/>
        </w:rPr>
        <w:br/>
        <w:t xml:space="preserve">│  ├─ boundary\     # </w:t>
      </w:r>
      <w:r>
        <w:rPr>
          <w:rFonts w:ascii="Consolas" w:hAnsi="Consolas"/>
          <w:sz w:val="21"/>
        </w:rPr>
        <w:t>边界墙</w:t>
      </w:r>
      <w:r>
        <w:rPr>
          <w:rFonts w:ascii="Consolas" w:hAnsi="Consolas"/>
          <w:sz w:val="21"/>
        </w:rPr>
        <w:br/>
        <w:t xml:space="preserve">│  ├─ bubble\       # </w:t>
      </w:r>
      <w:r>
        <w:rPr>
          <w:rFonts w:ascii="Consolas" w:hAnsi="Consolas"/>
          <w:sz w:val="21"/>
        </w:rPr>
        <w:t>气泡</w:t>
      </w:r>
      <w:r>
        <w:rPr>
          <w:rFonts w:ascii="Consolas" w:hAnsi="Consolas"/>
          <w:sz w:val="21"/>
        </w:rPr>
        <w:br/>
        <w:t xml:space="preserve">│  ├─ camera\       # </w:t>
      </w:r>
      <w:r>
        <w:rPr>
          <w:rFonts w:ascii="Consolas" w:hAnsi="Consolas"/>
          <w:sz w:val="21"/>
        </w:rPr>
        <w:t>相机（跟随</w:t>
      </w:r>
      <w:r>
        <w:rPr>
          <w:rFonts w:ascii="Consolas" w:hAnsi="Consolas"/>
          <w:sz w:val="21"/>
        </w:rPr>
        <w:t xml:space="preserve"> / </w:t>
      </w:r>
      <w:r>
        <w:rPr>
          <w:rFonts w:ascii="Consolas" w:hAnsi="Consolas"/>
          <w:sz w:val="21"/>
        </w:rPr>
        <w:t>震动</w:t>
      </w:r>
      <w:r>
        <w:rPr>
          <w:rFonts w:ascii="Consolas" w:hAnsi="Consolas"/>
          <w:sz w:val="21"/>
        </w:rPr>
        <w:t xml:space="preserve"> / </w:t>
      </w:r>
      <w:r>
        <w:rPr>
          <w:rFonts w:ascii="Consolas" w:hAnsi="Consolas"/>
          <w:sz w:val="21"/>
        </w:rPr>
        <w:t>缩放）</w:t>
      </w:r>
      <w:r>
        <w:rPr>
          <w:rFonts w:ascii="Consolas" w:hAnsi="Consolas"/>
          <w:sz w:val="21"/>
        </w:rPr>
        <w:br/>
        <w:t xml:space="preserve">│  ├─ cheat\        # </w:t>
      </w:r>
      <w:r>
        <w:rPr>
          <w:rFonts w:ascii="Consolas" w:hAnsi="Consolas"/>
          <w:sz w:val="21"/>
        </w:rPr>
        <w:t>作弊系统</w:t>
      </w:r>
      <w:r>
        <w:rPr>
          <w:rFonts w:ascii="Consolas" w:hAnsi="Consolas"/>
          <w:sz w:val="21"/>
        </w:rPr>
        <w:br/>
        <w:t xml:space="preserve">│  ├─ crew\         # </w:t>
      </w:r>
      <w:r>
        <w:rPr>
          <w:rFonts w:ascii="Consolas" w:hAnsi="Consolas"/>
          <w:sz w:val="21"/>
        </w:rPr>
        <w:t>船员语录</w:t>
      </w:r>
      <w:r>
        <w:rPr>
          <w:rFonts w:ascii="Consolas" w:hAnsi="Consolas"/>
          <w:sz w:val="21"/>
        </w:rPr>
        <w:br/>
        <w:t xml:space="preserve">│  ├─ endsite\      # </w:t>
      </w:r>
      <w:r>
        <w:rPr>
          <w:rFonts w:ascii="Consolas" w:hAnsi="Consolas"/>
          <w:sz w:val="21"/>
        </w:rPr>
        <w:t>终点站（胜利触发）</w:t>
      </w:r>
      <w:r>
        <w:rPr>
          <w:rFonts w:ascii="Consolas" w:hAnsi="Consolas"/>
          <w:sz w:val="21"/>
        </w:rPr>
        <w:br/>
        <w:t xml:space="preserve">│  ├─ monster\      # </w:t>
      </w:r>
      <w:r>
        <w:rPr>
          <w:rFonts w:ascii="Consolas" w:hAnsi="Consolas"/>
          <w:sz w:val="21"/>
        </w:rPr>
        <w:t>怪物父类</w:t>
      </w:r>
      <w:r>
        <w:rPr>
          <w:rFonts w:ascii="Consolas" w:hAnsi="Consolas"/>
          <w:sz w:val="21"/>
        </w:rPr>
        <w:t xml:space="preserve"> + </w:t>
      </w:r>
      <w:r>
        <w:rPr>
          <w:rFonts w:ascii="Consolas" w:hAnsi="Consolas"/>
          <w:sz w:val="21"/>
        </w:rPr>
        <w:t>子类</w:t>
      </w:r>
      <w:r>
        <w:rPr>
          <w:rFonts w:ascii="Consolas" w:hAnsi="Consolas"/>
          <w:sz w:val="21"/>
        </w:rPr>
        <w:t xml:space="preserve"> + </w:t>
      </w:r>
      <w:r>
        <w:rPr>
          <w:rFonts w:ascii="Consolas" w:hAnsi="Consolas"/>
          <w:sz w:val="21"/>
        </w:rPr>
        <w:t>管理器</w:t>
      </w:r>
      <w:r>
        <w:rPr>
          <w:rFonts w:ascii="Consolas" w:hAnsi="Consolas"/>
          <w:sz w:val="21"/>
        </w:rPr>
        <w:br/>
        <w:t>│  │  ├─ base_monster_model.gd / view.gd / controller.gd</w:t>
      </w:r>
      <w:r>
        <w:rPr>
          <w:rFonts w:ascii="Consolas" w:hAnsi="Consolas"/>
          <w:sz w:val="21"/>
        </w:rPr>
        <w:br/>
        <w:t>│  │  ├─ monster_manager.gd</w:t>
      </w:r>
      <w:r>
        <w:rPr>
          <w:rFonts w:ascii="Consolas" w:hAnsi="Consolas"/>
          <w:sz w:val="21"/>
        </w:rPr>
        <w:br/>
      </w:r>
      <w:r>
        <w:rPr>
          <w:rFonts w:ascii="Consolas" w:hAnsi="Consolas"/>
          <w:sz w:val="21"/>
        </w:rPr>
        <w:lastRenderedPageBreak/>
        <w:t>│  │  ├─ blood_mist.gd</w:t>
      </w:r>
      <w:r>
        <w:rPr>
          <w:rFonts w:ascii="Consolas" w:hAnsi="Consolas"/>
          <w:sz w:val="21"/>
        </w:rPr>
        <w:br/>
        <w:t xml:space="preserve">│  │  ├─ </w:t>
      </w:r>
      <w:proofErr w:type="spellStart"/>
      <w:r>
        <w:rPr>
          <w:rFonts w:ascii="Consolas" w:hAnsi="Consolas"/>
          <w:sz w:val="21"/>
        </w:rPr>
        <w:t>vyrthakk</w:t>
      </w:r>
      <w:proofErr w:type="spellEnd"/>
      <w:r>
        <w:rPr>
          <w:rFonts w:ascii="Consolas" w:hAnsi="Consolas"/>
          <w:sz w:val="21"/>
        </w:rPr>
        <w:t>\   #</w:t>
      </w:r>
      <w:r>
        <w:rPr>
          <w:rFonts w:ascii="Consolas" w:hAnsi="Consolas"/>
          <w:sz w:val="21"/>
        </w:rPr>
        <w:t>海怪</w:t>
      </w:r>
      <w:r w:rsidR="008C5E01">
        <w:rPr>
          <w:rFonts w:ascii="Consolas" w:hAnsi="Consolas"/>
          <w:sz w:val="21"/>
        </w:rPr>
        <w:t>vyrthakk</w:t>
      </w:r>
      <w:r>
        <w:rPr>
          <w:rFonts w:ascii="Consolas" w:hAnsi="Consolas"/>
          <w:sz w:val="21"/>
        </w:rPr>
        <w:br/>
        <w:t xml:space="preserve">│  │  └─ </w:t>
      </w:r>
      <w:proofErr w:type="spellStart"/>
      <w:r>
        <w:rPr>
          <w:rFonts w:ascii="Consolas" w:hAnsi="Consolas"/>
          <w:sz w:val="21"/>
        </w:rPr>
        <w:t>krythos</w:t>
      </w:r>
      <w:proofErr w:type="spellEnd"/>
      <w:r>
        <w:rPr>
          <w:rFonts w:ascii="Consolas" w:hAnsi="Consolas"/>
          <w:sz w:val="21"/>
        </w:rPr>
        <w:t xml:space="preserve">\    # </w:t>
      </w:r>
      <w:proofErr w:type="spellStart"/>
      <w:r>
        <w:rPr>
          <w:rFonts w:ascii="Consolas" w:hAnsi="Consolas"/>
          <w:sz w:val="21"/>
        </w:rPr>
        <w:t>寄生虫</w:t>
      </w:r>
      <w:r w:rsidR="008C5E01">
        <w:rPr>
          <w:rFonts w:ascii="Consolas" w:hAnsi="Consolas"/>
          <w:sz w:val="21"/>
        </w:rPr>
        <w:t>krythos</w:t>
      </w:r>
      <w:proofErr w:type="spellEnd"/>
      <w:r>
        <w:rPr>
          <w:rFonts w:ascii="Consolas" w:hAnsi="Consolas"/>
          <w:sz w:val="21"/>
        </w:rPr>
        <w:br/>
        <w:t xml:space="preserve">│  ├─ player\       # </w:t>
      </w:r>
      <w:r>
        <w:rPr>
          <w:rFonts w:ascii="Consolas" w:hAnsi="Consolas"/>
          <w:sz w:val="21"/>
        </w:rPr>
        <w:t>玩家（潜艇）</w:t>
      </w:r>
      <w:r>
        <w:rPr>
          <w:rFonts w:ascii="Consolas" w:hAnsi="Consolas"/>
          <w:sz w:val="21"/>
        </w:rPr>
        <w:br/>
        <w:t xml:space="preserve">│  ├─ rock\         # </w:t>
      </w:r>
      <w:r>
        <w:rPr>
          <w:rFonts w:ascii="Consolas" w:hAnsi="Consolas"/>
          <w:sz w:val="21"/>
        </w:rPr>
        <w:t>石头（岩石</w:t>
      </w:r>
      <w:r>
        <w:rPr>
          <w:rFonts w:ascii="Consolas" w:hAnsi="Consolas"/>
          <w:sz w:val="21"/>
        </w:rPr>
        <w:t xml:space="preserve"> + </w:t>
      </w:r>
      <w:r>
        <w:rPr>
          <w:rFonts w:ascii="Consolas" w:hAnsi="Consolas"/>
          <w:sz w:val="21"/>
        </w:rPr>
        <w:t>管理器）</w:t>
      </w:r>
      <w:r>
        <w:rPr>
          <w:rFonts w:ascii="Consolas" w:hAnsi="Consolas"/>
          <w:sz w:val="21"/>
        </w:rPr>
        <w:br/>
        <w:t xml:space="preserve">│  ├─ sonar\        # </w:t>
      </w:r>
      <w:r>
        <w:rPr>
          <w:rFonts w:ascii="Consolas" w:hAnsi="Consolas"/>
          <w:sz w:val="21"/>
        </w:rPr>
        <w:t>声纳视觉系统</w:t>
      </w:r>
      <w:r>
        <w:rPr>
          <w:rFonts w:ascii="Consolas" w:hAnsi="Consolas"/>
          <w:sz w:val="21"/>
        </w:rPr>
        <w:br/>
        <w:t xml:space="preserve">│  ├─ turret\       # </w:t>
      </w:r>
      <w:r>
        <w:rPr>
          <w:rFonts w:ascii="Consolas" w:hAnsi="Consolas"/>
          <w:sz w:val="21"/>
        </w:rPr>
        <w:t>炮台</w:t>
      </w:r>
      <w:r>
        <w:rPr>
          <w:rFonts w:ascii="Consolas" w:hAnsi="Consolas"/>
          <w:sz w:val="21"/>
        </w:rPr>
        <w:t xml:space="preserve"> / </w:t>
      </w:r>
      <w:r>
        <w:rPr>
          <w:rFonts w:ascii="Consolas" w:hAnsi="Consolas"/>
          <w:sz w:val="21"/>
        </w:rPr>
        <w:t>子弹</w:t>
      </w:r>
      <w:r>
        <w:rPr>
          <w:rFonts w:ascii="Consolas" w:hAnsi="Consolas"/>
          <w:sz w:val="21"/>
        </w:rPr>
        <w:br/>
        <w:t xml:space="preserve">│  ├─ ui\           # UI </w:t>
      </w:r>
      <w:r>
        <w:rPr>
          <w:rFonts w:ascii="Consolas" w:hAnsi="Consolas"/>
          <w:sz w:val="21"/>
        </w:rPr>
        <w:t>与场景流程脚本</w:t>
      </w:r>
      <w:r>
        <w:rPr>
          <w:rFonts w:ascii="Consolas" w:hAnsi="Consolas"/>
          <w:sz w:val="21"/>
        </w:rPr>
        <w:br/>
        <w:t xml:space="preserve">│  └─ map_config.gd # </w:t>
      </w:r>
      <w:r>
        <w:rPr>
          <w:rFonts w:ascii="Consolas" w:hAnsi="Consolas"/>
          <w:sz w:val="21"/>
        </w:rPr>
        <w:t>地图配置（尺寸唯一来源）</w:t>
      </w:r>
      <w:r>
        <w:rPr>
          <w:rFonts w:ascii="Consolas" w:hAnsi="Consolas"/>
          <w:sz w:val="21"/>
        </w:rPr>
        <w:br/>
        <w:t>├─ content\</w:t>
      </w:r>
      <w:r>
        <w:rPr>
          <w:rFonts w:ascii="Consolas" w:hAnsi="Consolas"/>
          <w:sz w:val="21"/>
        </w:rPr>
        <w:br/>
        <w:t xml:space="preserve">│  ├─ Scene\        # .tscn </w:t>
      </w:r>
      <w:r>
        <w:rPr>
          <w:rFonts w:ascii="Consolas" w:hAnsi="Consolas"/>
          <w:sz w:val="21"/>
        </w:rPr>
        <w:t>场景</w:t>
      </w:r>
      <w:r>
        <w:rPr>
          <w:rFonts w:ascii="Consolas" w:hAnsi="Consolas"/>
          <w:sz w:val="21"/>
        </w:rPr>
        <w:br/>
        <w:t xml:space="preserve">│  ├─ Image\        # </w:t>
      </w:r>
      <w:r>
        <w:rPr>
          <w:rFonts w:ascii="Consolas" w:hAnsi="Consolas"/>
          <w:sz w:val="21"/>
        </w:rPr>
        <w:t>贴图</w:t>
      </w:r>
      <w:r>
        <w:rPr>
          <w:rFonts w:ascii="Consolas" w:hAnsi="Consolas"/>
          <w:sz w:val="21"/>
        </w:rPr>
        <w:br/>
        <w:t xml:space="preserve">│  ├─ SoundEffect\  # </w:t>
      </w:r>
      <w:r>
        <w:rPr>
          <w:rFonts w:ascii="Consolas" w:hAnsi="Consolas"/>
          <w:sz w:val="21"/>
        </w:rPr>
        <w:t>音效</w:t>
      </w:r>
      <w:r>
        <w:rPr>
          <w:rFonts w:ascii="Consolas" w:hAnsi="Consolas"/>
          <w:sz w:val="21"/>
        </w:rPr>
        <w:br/>
        <w:t xml:space="preserve">│  └─ text\         # </w:t>
      </w:r>
      <w:r>
        <w:rPr>
          <w:rFonts w:ascii="Consolas" w:hAnsi="Consolas"/>
          <w:sz w:val="21"/>
        </w:rPr>
        <w:t>策划</w:t>
      </w:r>
      <w:r>
        <w:rPr>
          <w:rFonts w:ascii="Consolas" w:hAnsi="Consolas"/>
          <w:sz w:val="21"/>
        </w:rPr>
        <w:t>/</w:t>
      </w:r>
      <w:r>
        <w:rPr>
          <w:rFonts w:ascii="Consolas" w:hAnsi="Consolas"/>
          <w:sz w:val="21"/>
        </w:rPr>
        <w:t>说明文档</w:t>
      </w:r>
    </w:p>
    <w:p w14:paraId="298B98FD" w14:textId="77777777" w:rsidR="006835FB" w:rsidRDefault="00000000">
      <w:pPr>
        <w:ind w:firstLine="480"/>
        <w:jc w:val="both"/>
      </w:pPr>
      <w:r>
        <w:rPr>
          <w:b/>
        </w:rPr>
        <w:t>场景文件</w:t>
      </w:r>
      <w:r>
        <w:t>：</w:t>
      </w:r>
      <w:r>
        <w:t>Arrow / BackgroundTile / End / EndSite / Krythos / Player / Rock / Splash / Vyrthakk / WinEnd / instructions / loading / menu</w:t>
      </w:r>
    </w:p>
    <w:p w14:paraId="6B78DCBA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16B8BBF7" w14:textId="77777777" w:rsidR="006835FB" w:rsidRDefault="00000000">
      <w:pPr>
        <w:pStyle w:val="1"/>
      </w:pPr>
      <w:bookmarkStart w:id="9" w:name="_Toc239423947"/>
      <w:r>
        <w:rPr>
          <w:rFonts w:ascii="Arial" w:eastAsia="黑体" w:hAnsi="Arial"/>
        </w:rPr>
        <w:t>五、场景流程</w:t>
      </w:r>
      <w:bookmarkEnd w:id="9"/>
    </w:p>
    <w:p w14:paraId="480FB7E4" w14:textId="77777777" w:rsidR="006835FB" w:rsidRDefault="00000000">
      <w:pPr>
        <w:ind w:firstLine="480"/>
        <w:jc w:val="both"/>
      </w:pPr>
      <w:r>
        <w:t>主入口为</w:t>
      </w:r>
      <w:r>
        <w:t xml:space="preserve"> </w:t>
      </w:r>
      <w:r>
        <w:rPr>
          <w:rFonts w:ascii="Consolas" w:hAnsi="Consolas"/>
          <w:shd w:val="clear" w:color="auto" w:fill="EEEEEE"/>
        </w:rPr>
        <w:t>Splash.tscn</w:t>
      </w:r>
      <w:r>
        <w:t>，流程分页式推进：</w:t>
      </w:r>
    </w:p>
    <w:p w14:paraId="1E0E7268" w14:textId="77777777" w:rsidR="006835FB" w:rsidRDefault="00000000">
      <w:pPr>
        <w:shd w:val="clear" w:color="auto" w:fill="F5F5F5"/>
        <w:spacing w:before="80" w:after="80" w:line="240" w:lineRule="auto"/>
        <w:ind w:left="283"/>
      </w:pPr>
      <w:r>
        <w:rPr>
          <w:rFonts w:ascii="Consolas" w:hAnsi="Consolas"/>
          <w:sz w:val="21"/>
        </w:rPr>
        <w:t>Splash.tscn</w:t>
      </w:r>
      <w:r>
        <w:rPr>
          <w:rFonts w:ascii="Consolas" w:hAnsi="Consolas"/>
          <w:sz w:val="21"/>
        </w:rPr>
        <w:t>（开场</w:t>
      </w:r>
      <w:r>
        <w:rPr>
          <w:rFonts w:ascii="Consolas" w:hAnsi="Consolas"/>
          <w:sz w:val="21"/>
        </w:rPr>
        <w:t xml:space="preserve"> Splash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 xml:space="preserve">  → loading.tscn</w:t>
      </w:r>
      <w:r>
        <w:rPr>
          <w:rFonts w:ascii="Consolas" w:hAnsi="Consolas"/>
          <w:sz w:val="21"/>
        </w:rPr>
        <w:t>（加载）</w:t>
      </w:r>
      <w:r>
        <w:rPr>
          <w:rFonts w:ascii="Consolas" w:hAnsi="Consolas"/>
          <w:sz w:val="21"/>
        </w:rPr>
        <w:br/>
        <w:t xml:space="preserve">    → menu.tscn</w:t>
      </w:r>
      <w:r>
        <w:rPr>
          <w:rFonts w:ascii="Consolas" w:hAnsi="Consolas"/>
          <w:sz w:val="21"/>
        </w:rPr>
        <w:t>（主菜单</w:t>
      </w:r>
      <w:r>
        <w:rPr>
          <w:rFonts w:ascii="Consolas" w:hAnsi="Consolas"/>
          <w:sz w:val="21"/>
        </w:rPr>
        <w:t xml:space="preserve"> P1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 xml:space="preserve">      → instructions.tscn</w:t>
      </w:r>
      <w:r>
        <w:rPr>
          <w:rFonts w:ascii="Consolas" w:hAnsi="Consolas"/>
          <w:sz w:val="21"/>
        </w:rPr>
        <w:t>（说明页</w:t>
      </w:r>
      <w:r>
        <w:rPr>
          <w:rFonts w:ascii="Consolas" w:hAnsi="Consolas"/>
          <w:sz w:val="21"/>
        </w:rPr>
        <w:t xml:space="preserve"> P2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 xml:space="preserve">        → main.tscn</w:t>
      </w:r>
      <w:r>
        <w:rPr>
          <w:rFonts w:ascii="Consolas" w:hAnsi="Consolas"/>
          <w:sz w:val="21"/>
        </w:rPr>
        <w:t>（游戏主场景）</w:t>
      </w:r>
    </w:p>
    <w:p w14:paraId="2B47CBAF" w14:textId="77777777" w:rsidR="006835FB" w:rsidRDefault="00000000">
      <w:pPr>
        <w:ind w:firstLine="480"/>
        <w:jc w:val="both"/>
      </w:pPr>
      <w:r>
        <w:t>胜负分支：</w:t>
      </w:r>
    </w:p>
    <w:p w14:paraId="7C5DD27C" w14:textId="77777777" w:rsidR="006835FB" w:rsidRDefault="00000000">
      <w:pPr>
        <w:ind w:left="425" w:hanging="283"/>
      </w:pPr>
      <w:r>
        <w:t xml:space="preserve">• </w:t>
      </w:r>
      <w:r>
        <w:t>胜利：抵达</w:t>
      </w:r>
      <w:r>
        <w:t xml:space="preserve"> </w:t>
      </w:r>
      <w:r>
        <w:rPr>
          <w:rFonts w:ascii="Consolas" w:hAnsi="Consolas"/>
          <w:shd w:val="clear" w:color="auto" w:fill="EEEEEE"/>
        </w:rPr>
        <w:t>EndSite</w:t>
      </w:r>
      <w:r>
        <w:t>（终点站）</w:t>
      </w:r>
      <w:r>
        <w:t xml:space="preserve">→ </w:t>
      </w:r>
      <w:r>
        <w:rPr>
          <w:rFonts w:ascii="Consolas" w:hAnsi="Consolas"/>
          <w:shd w:val="clear" w:color="auto" w:fill="EEEEEE"/>
        </w:rPr>
        <w:t>WinEnd.tscn</w:t>
      </w:r>
    </w:p>
    <w:p w14:paraId="3660DE0D" w14:textId="77777777" w:rsidR="006835FB" w:rsidRDefault="00000000">
      <w:pPr>
        <w:ind w:left="425" w:hanging="283"/>
      </w:pPr>
      <w:r>
        <w:t xml:space="preserve">• </w:t>
      </w:r>
      <w:r>
        <w:t>失败：氧气耗尽</w:t>
      </w:r>
      <w:r>
        <w:t xml:space="preserve"> → </w:t>
      </w:r>
      <w:r>
        <w:rPr>
          <w:rFonts w:ascii="Consolas" w:hAnsi="Consolas"/>
          <w:shd w:val="clear" w:color="auto" w:fill="EEEEEE"/>
        </w:rPr>
        <w:t>End.tscn</w:t>
      </w:r>
      <w:r>
        <w:t>（结束页）</w:t>
      </w:r>
    </w:p>
    <w:p w14:paraId="3D336E11" w14:textId="77777777" w:rsidR="006835FB" w:rsidRDefault="00000000">
      <w:pPr>
        <w:ind w:firstLine="480"/>
        <w:jc w:val="both"/>
      </w:pPr>
      <w:r>
        <w:rPr>
          <w:rFonts w:ascii="Consolas" w:hAnsi="Consolas"/>
          <w:shd w:val="clear" w:color="auto" w:fill="EEEEEE"/>
        </w:rPr>
        <w:t>Transition.switch_scene(path, duration)</w:t>
      </w:r>
      <w:r>
        <w:t xml:space="preserve"> </w:t>
      </w:r>
      <w:r>
        <w:t>负责淡出</w:t>
      </w:r>
      <w:r>
        <w:t>→</w:t>
      </w:r>
      <w:r>
        <w:t>换场景</w:t>
      </w:r>
      <w:r>
        <w:t>→</w:t>
      </w:r>
      <w:r>
        <w:t>淡入。</w:t>
      </w:r>
    </w:p>
    <w:p w14:paraId="791257BE" w14:textId="77777777" w:rsidR="006835FB" w:rsidRDefault="00000000">
      <w:pPr>
        <w:pStyle w:val="21"/>
        <w:rPr>
          <w:lang w:eastAsia="zh-CN"/>
        </w:rPr>
      </w:pPr>
      <w:bookmarkStart w:id="10" w:name="_Toc239423948"/>
      <w:proofErr w:type="spellStart"/>
      <w:r>
        <w:rPr>
          <w:rFonts w:ascii="Arial" w:eastAsia="黑体" w:hAnsi="Arial"/>
          <w:lang w:eastAsia="zh-CN"/>
        </w:rPr>
        <w:t>main.tscn</w:t>
      </w:r>
      <w:proofErr w:type="spellEnd"/>
      <w:r>
        <w:rPr>
          <w:rFonts w:ascii="Arial" w:eastAsia="黑体" w:hAnsi="Arial"/>
          <w:lang w:eastAsia="zh-CN"/>
        </w:rPr>
        <w:t xml:space="preserve"> </w:t>
      </w:r>
      <w:r>
        <w:rPr>
          <w:rFonts w:ascii="Arial" w:eastAsia="黑体" w:hAnsi="Arial"/>
          <w:lang w:eastAsia="zh-CN"/>
        </w:rPr>
        <w:t>节点树（关键结构）</w:t>
      </w:r>
      <w:bookmarkEnd w:id="10"/>
    </w:p>
    <w:p w14:paraId="4FBCFE7F" w14:textId="77777777" w:rsidR="006835FB" w:rsidRDefault="00000000">
      <w:pPr>
        <w:shd w:val="clear" w:color="auto" w:fill="F5F5F5"/>
        <w:spacing w:before="80" w:after="80" w:line="240" w:lineRule="auto"/>
        <w:ind w:left="283"/>
      </w:pPr>
      <w:r>
        <w:rPr>
          <w:rFonts w:ascii="Consolas" w:hAnsi="Consolas"/>
          <w:sz w:val="21"/>
        </w:rPr>
        <w:t>Main (Node3D)</w:t>
      </w:r>
      <w:r>
        <w:rPr>
          <w:rFonts w:ascii="Consolas" w:hAnsi="Consolas"/>
          <w:sz w:val="21"/>
        </w:rPr>
        <w:br/>
        <w:t xml:space="preserve">├─ </w:t>
      </w:r>
      <w:proofErr w:type="spellStart"/>
      <w:r>
        <w:rPr>
          <w:rFonts w:ascii="Consolas" w:hAnsi="Consolas"/>
          <w:sz w:val="21"/>
        </w:rPr>
        <w:t>MapConfig</w:t>
      </w:r>
      <w:proofErr w:type="spellEnd"/>
      <w:r>
        <w:rPr>
          <w:rFonts w:ascii="Consolas" w:hAnsi="Consolas"/>
          <w:sz w:val="21"/>
        </w:rPr>
        <w:t xml:space="preserve">            # </w:t>
      </w:r>
      <w:r>
        <w:rPr>
          <w:rFonts w:ascii="Consolas" w:hAnsi="Consolas"/>
          <w:sz w:val="21"/>
        </w:rPr>
        <w:t>地图配置（</w:t>
      </w:r>
      <w:r>
        <w:rPr>
          <w:rFonts w:ascii="Consolas" w:hAnsi="Consolas"/>
          <w:sz w:val="21"/>
        </w:rPr>
        <w:t xml:space="preserve">map_size </w:t>
      </w:r>
      <w:r>
        <w:rPr>
          <w:rFonts w:ascii="Consolas" w:hAnsi="Consolas"/>
          <w:sz w:val="21"/>
        </w:rPr>
        <w:t>唯一来源）</w:t>
      </w:r>
      <w:r>
        <w:rPr>
          <w:rFonts w:ascii="Consolas" w:hAnsi="Consolas"/>
          <w:sz w:val="21"/>
        </w:rPr>
        <w:br/>
        <w:t>├─ Camera3D             # camera_controller.gd</w:t>
      </w:r>
      <w:r>
        <w:rPr>
          <w:rFonts w:ascii="Consolas" w:hAnsi="Consolas"/>
          <w:sz w:val="21"/>
        </w:rPr>
        <w:br/>
        <w:t xml:space="preserve">├─ BackgroundManager    # </w:t>
      </w:r>
      <w:r>
        <w:rPr>
          <w:rFonts w:ascii="Consolas" w:hAnsi="Consolas"/>
          <w:sz w:val="21"/>
        </w:rPr>
        <w:t>背景流式瓦片</w:t>
      </w:r>
      <w:r>
        <w:rPr>
          <w:rFonts w:ascii="Consolas" w:hAnsi="Consolas"/>
          <w:sz w:val="21"/>
        </w:rPr>
        <w:br/>
        <w:t>├─ Player               # Player.tscn, group="player"</w:t>
      </w:r>
      <w:r>
        <w:rPr>
          <w:rFonts w:ascii="Consolas" w:hAnsi="Consolas"/>
          <w:sz w:val="21"/>
        </w:rPr>
        <w:br/>
        <w:t>├─ Arrow                # Arrow.tscn</w:t>
      </w:r>
      <w:r>
        <w:rPr>
          <w:rFonts w:ascii="Consolas" w:hAnsi="Consolas"/>
          <w:sz w:val="21"/>
        </w:rPr>
        <w:t>（含</w:t>
      </w:r>
      <w:r>
        <w:rPr>
          <w:rFonts w:ascii="Consolas" w:hAnsi="Consolas"/>
          <w:sz w:val="21"/>
        </w:rPr>
        <w:t xml:space="preserve"> CanvasLayer layer=100</w:t>
      </w:r>
      <w:r>
        <w:rPr>
          <w:rFonts w:ascii="Consolas" w:hAnsi="Consolas"/>
          <w:sz w:val="21"/>
        </w:rPr>
        <w:t>）</w:t>
      </w:r>
      <w:r>
        <w:rPr>
          <w:rFonts w:ascii="Consolas" w:hAnsi="Consolas"/>
          <w:sz w:val="21"/>
        </w:rPr>
        <w:br/>
        <w:t>├─ RockManager          # rock_manager.gd</w:t>
      </w:r>
      <w:r>
        <w:rPr>
          <w:rFonts w:ascii="Consolas" w:hAnsi="Consolas"/>
          <w:sz w:val="21"/>
        </w:rPr>
        <w:br/>
        <w:t>├─ MonsterManager       # monster_manager.gd</w:t>
      </w:r>
      <w:r>
        <w:rPr>
          <w:rFonts w:ascii="Consolas" w:hAnsi="Consolas"/>
          <w:sz w:val="21"/>
        </w:rPr>
        <w:t>（开局生成怪物群）</w:t>
      </w:r>
      <w:r>
        <w:rPr>
          <w:rFonts w:ascii="Consolas" w:hAnsi="Consolas"/>
          <w:sz w:val="21"/>
        </w:rPr>
        <w:br/>
        <w:t>├─ BoundaryManager      # boundary_manager.gd</w:t>
      </w:r>
      <w:r>
        <w:rPr>
          <w:rFonts w:ascii="Consolas" w:hAnsi="Consolas"/>
          <w:sz w:val="21"/>
        </w:rPr>
        <w:br/>
        <w:t>├─ EndSite              # end_site.gd</w:t>
      </w:r>
      <w:r>
        <w:rPr>
          <w:rFonts w:ascii="Consolas" w:hAnsi="Consolas"/>
          <w:sz w:val="21"/>
        </w:rPr>
        <w:t>（胜利触发）</w:t>
      </w:r>
      <w:r>
        <w:rPr>
          <w:rFonts w:ascii="Consolas" w:hAnsi="Consolas"/>
          <w:sz w:val="21"/>
        </w:rPr>
        <w:br/>
        <w:t xml:space="preserve">├─ UI (CanvasLayer)     # </w:t>
      </w:r>
      <w:r>
        <w:rPr>
          <w:rFonts w:ascii="Consolas" w:hAnsi="Consolas"/>
          <w:sz w:val="21"/>
        </w:rPr>
        <w:t>雷达盘</w:t>
      </w:r>
      <w:r>
        <w:rPr>
          <w:rFonts w:ascii="Consolas" w:hAnsi="Consolas"/>
          <w:sz w:val="21"/>
        </w:rPr>
        <w:t>/</w:t>
      </w:r>
      <w:r>
        <w:rPr>
          <w:rFonts w:ascii="Consolas" w:hAnsi="Consolas"/>
          <w:sz w:val="21"/>
        </w:rPr>
        <w:t>氧气环</w:t>
      </w:r>
      <w:r>
        <w:rPr>
          <w:rFonts w:ascii="Consolas" w:hAnsi="Consolas"/>
          <w:sz w:val="21"/>
        </w:rPr>
        <w:t>/</w:t>
      </w:r>
      <w:r>
        <w:rPr>
          <w:rFonts w:ascii="Consolas" w:hAnsi="Consolas"/>
          <w:sz w:val="21"/>
        </w:rPr>
        <w:t>信息面板</w:t>
      </w:r>
      <w:r>
        <w:rPr>
          <w:rFonts w:ascii="Consolas" w:hAnsi="Consolas"/>
          <w:sz w:val="21"/>
        </w:rPr>
        <w:t>/</w:t>
      </w:r>
      <w:r>
        <w:rPr>
          <w:rFonts w:ascii="Consolas" w:hAnsi="Consolas"/>
          <w:sz w:val="21"/>
        </w:rPr>
        <w:t>聊天框</w:t>
      </w:r>
      <w:r>
        <w:rPr>
          <w:rFonts w:ascii="Consolas" w:hAnsi="Consolas"/>
          <w:sz w:val="21"/>
        </w:rPr>
        <w:t>/</w:t>
      </w:r>
      <w:r>
        <w:rPr>
          <w:rFonts w:ascii="Consolas" w:hAnsi="Consolas"/>
          <w:sz w:val="21"/>
        </w:rPr>
        <w:t>警告图标等</w:t>
      </w:r>
      <w:r>
        <w:rPr>
          <w:rFonts w:ascii="Consolas" w:hAnsi="Consolas"/>
          <w:sz w:val="21"/>
        </w:rPr>
        <w:br/>
      </w:r>
      <w:r>
        <w:rPr>
          <w:rFonts w:ascii="Consolas" w:hAnsi="Consolas"/>
          <w:sz w:val="21"/>
        </w:rPr>
        <w:lastRenderedPageBreak/>
        <w:t>├─ SonarController      # group="sonar"</w:t>
      </w:r>
      <w:r>
        <w:rPr>
          <w:rFonts w:ascii="Consolas" w:hAnsi="Consolas"/>
          <w:sz w:val="21"/>
        </w:rPr>
        <w:br/>
        <w:t>├─ BGM                  # bgm_player.gd</w:t>
      </w:r>
      <w:r>
        <w:rPr>
          <w:rFonts w:ascii="Consolas" w:hAnsi="Consolas"/>
          <w:sz w:val="21"/>
        </w:rPr>
        <w:br/>
        <w:t>├─ PauseMenu            # layer=500</w:t>
      </w:r>
      <w:r>
        <w:rPr>
          <w:rFonts w:ascii="Consolas" w:hAnsi="Consolas"/>
          <w:sz w:val="21"/>
        </w:rPr>
        <w:br/>
        <w:t xml:space="preserve">├─ TutorialController   # </w:t>
      </w:r>
      <w:r>
        <w:rPr>
          <w:rFonts w:ascii="Consolas" w:hAnsi="Consolas"/>
          <w:sz w:val="21"/>
        </w:rPr>
        <w:t>新手引导</w:t>
      </w:r>
      <w:r>
        <w:rPr>
          <w:rFonts w:ascii="Consolas" w:hAnsi="Consolas"/>
          <w:sz w:val="21"/>
        </w:rPr>
        <w:t xml:space="preserve"> layer=900</w:t>
      </w:r>
      <w:r>
        <w:rPr>
          <w:rFonts w:ascii="Consolas" w:hAnsi="Consolas"/>
          <w:sz w:val="21"/>
        </w:rPr>
        <w:br/>
        <w:t>├─ CheatController      # group="cheat"</w:t>
      </w:r>
      <w:r>
        <w:rPr>
          <w:rFonts w:ascii="Consolas" w:hAnsi="Consolas"/>
          <w:sz w:val="21"/>
        </w:rPr>
        <w:br/>
        <w:t>└─ CrewQuotes           # group="crew_quotes"</w:t>
      </w:r>
    </w:p>
    <w:p w14:paraId="207C2C53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56BD2BFD" w14:textId="77777777" w:rsidR="006835FB" w:rsidRDefault="00000000">
      <w:pPr>
        <w:pStyle w:val="1"/>
      </w:pPr>
      <w:bookmarkStart w:id="11" w:name="_Toc239423949"/>
      <w:r>
        <w:rPr>
          <w:rFonts w:ascii="Arial" w:eastAsia="黑体" w:hAnsi="Arial"/>
        </w:rPr>
        <w:t>六、模块详解</w:t>
      </w:r>
      <w:bookmarkEnd w:id="11"/>
    </w:p>
    <w:p w14:paraId="324D7FD3" w14:textId="77777777" w:rsidR="006835FB" w:rsidRDefault="00000000">
      <w:pPr>
        <w:pStyle w:val="21"/>
      </w:pPr>
      <w:bookmarkStart w:id="12" w:name="_Toc239423950"/>
      <w:r>
        <w:rPr>
          <w:rFonts w:ascii="Arial" w:eastAsia="黑体" w:hAnsi="Arial"/>
        </w:rPr>
        <w:t>6.1 player</w:t>
      </w:r>
      <w:r>
        <w:rPr>
          <w:rFonts w:ascii="Arial" w:eastAsia="黑体" w:hAnsi="Arial"/>
        </w:rPr>
        <w:t>（玩家潜艇）</w:t>
      </w:r>
      <w:bookmarkEnd w:id="12"/>
    </w:p>
    <w:p w14:paraId="622D7F3E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player_model.gd</w:t>
      </w:r>
      <w:r>
        <w:t xml:space="preserve"> / </w:t>
      </w:r>
      <w:r>
        <w:rPr>
          <w:rFonts w:ascii="Consolas" w:hAnsi="Consolas"/>
          <w:shd w:val="clear" w:color="auto" w:fill="EEEEEE"/>
        </w:rPr>
        <w:t>player_view.gd</w:t>
      </w:r>
      <w:r>
        <w:t xml:space="preserve"> / </w:t>
      </w:r>
      <w:r>
        <w:rPr>
          <w:rFonts w:ascii="Consolas" w:hAnsi="Consolas"/>
          <w:shd w:val="clear" w:color="auto" w:fill="EEEEEE"/>
        </w:rPr>
        <w:t>player_controller.gd</w:t>
      </w:r>
    </w:p>
    <w:p w14:paraId="06775334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 xml:space="preserve">Model </w:t>
      </w:r>
      <w:r>
        <w:rPr>
          <w:b/>
        </w:rPr>
        <w:t>字段</w:t>
      </w:r>
      <w:r>
        <w:t>：物理（</w:t>
      </w:r>
      <w:r>
        <w:t>mass/thrust_force/drag_coefficient/max_speed/current_force/current_change_interval</w:t>
      </w:r>
      <w:r>
        <w:t>）、运动（</w:t>
      </w:r>
      <w:r>
        <w:t>position/velocity/thrust_dir/thrust_ratio/scale/current_direction</w:t>
      </w:r>
      <w:r>
        <w:t>）、</w:t>
      </w:r>
      <w:r>
        <w:t>hooked/hook_pull</w:t>
      </w:r>
      <w:r>
        <w:t>、</w:t>
      </w:r>
      <w:r>
        <w:t>hull_hp</w:t>
      </w:r>
      <w:r>
        <w:t>、</w:t>
      </w:r>
      <w:r>
        <w:t>inflow</w:t>
      </w:r>
      <w:r>
        <w:t>（</w:t>
      </w:r>
      <w:r>
        <w:t>inflow_rate/inflow_hp/inflow_sink_force</w:t>
      </w:r>
      <w:r>
        <w:t>）、</w:t>
      </w:r>
      <w:r>
        <w:t>oxygen</w:t>
      </w:r>
      <w:r>
        <w:t>、</w:t>
      </w:r>
      <w:r>
        <w:t>battery</w:t>
      </w:r>
      <w:r>
        <w:t>、碰撞双矩形（</w:t>
      </w:r>
      <w:r>
        <w:t>body_offset/size + cabin_offset/size</w:t>
      </w:r>
      <w:r>
        <w:t>）、</w:t>
      </w:r>
      <w:r>
        <w:t>depth/depth_rate</w:t>
      </w:r>
      <w:r>
        <w:t>。</w:t>
      </w:r>
    </w:p>
    <w:p w14:paraId="2ABFB806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信号</w:t>
      </w:r>
      <w:r>
        <w:t>：</w:t>
      </w:r>
      <w:r>
        <w:rPr>
          <w:rFonts w:ascii="Consolas" w:hAnsi="Consolas"/>
          <w:shd w:val="clear" w:color="auto" w:fill="EEEEEE"/>
        </w:rPr>
        <w:t>position_changed</w:t>
      </w:r>
      <w:r>
        <w:t xml:space="preserve"> / </w:t>
      </w:r>
      <w:r>
        <w:rPr>
          <w:rFonts w:ascii="Consolas" w:hAnsi="Consolas"/>
          <w:shd w:val="clear" w:color="auto" w:fill="EEEEEE"/>
        </w:rPr>
        <w:t>hull_hp_changed</w:t>
      </w:r>
      <w:r>
        <w:t xml:space="preserve"> / </w:t>
      </w:r>
      <w:r>
        <w:rPr>
          <w:rFonts w:ascii="Consolas" w:hAnsi="Consolas"/>
          <w:shd w:val="clear" w:color="auto" w:fill="EEEEEE"/>
        </w:rPr>
        <w:t>inflow_hp_changed</w:t>
      </w:r>
      <w:r>
        <w:t xml:space="preserve"> / </w:t>
      </w:r>
      <w:r>
        <w:rPr>
          <w:rFonts w:ascii="Consolas" w:hAnsi="Consolas"/>
          <w:shd w:val="clear" w:color="auto" w:fill="EEEEEE"/>
        </w:rPr>
        <w:t>oxygen_changed</w:t>
      </w:r>
      <w:r>
        <w:t>。</w:t>
      </w:r>
    </w:p>
    <w:p w14:paraId="1803989F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物理</w:t>
      </w:r>
      <w:r>
        <w:t>：七步积分</w:t>
      </w:r>
      <w:r>
        <w:t xml:space="preserve"> + </w:t>
      </w:r>
      <w:r>
        <w:t>进水下沉力</w:t>
      </w:r>
      <w:r>
        <w:t xml:space="preserve"> + </w:t>
      </w:r>
      <w:r>
        <w:t>深度积分</w:t>
      </w:r>
      <w:r>
        <w:t xml:space="preserve"> + </w:t>
      </w:r>
      <w:r>
        <w:t>钩子拉力。</w:t>
      </w:r>
    </w:p>
    <w:p w14:paraId="5D02C874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 xml:space="preserve">View </w:t>
      </w:r>
      <w:r>
        <w:rPr>
          <w:b/>
        </w:rPr>
        <w:t>职责</w:t>
      </w:r>
      <w:r>
        <w:t>：碰撞框可视化、震动（</w:t>
      </w:r>
      <w:r>
        <w:t xml:space="preserve">trauma </w:t>
      </w:r>
      <w:r>
        <w:t>衰减）、灯光三态贴图（</w:t>
      </w:r>
      <w:r>
        <w:t>Player_1/2/3</w:t>
      </w:r>
      <w:r>
        <w:t>）、进水灯光状态机、气泡、发动机音效、短路</w:t>
      </w:r>
      <w:r>
        <w:t>/</w:t>
      </w:r>
      <w:r>
        <w:t>电力启动音效。</w:t>
      </w:r>
    </w:p>
    <w:p w14:paraId="4ED0E8ED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 xml:space="preserve">Controller </w:t>
      </w:r>
      <w:r>
        <w:rPr>
          <w:b/>
        </w:rPr>
        <w:t>职责</w:t>
      </w:r>
      <w:r>
        <w:t>：洋流变化、碰撞响应、进水</w:t>
      </w:r>
      <w:r>
        <w:t>/</w:t>
      </w:r>
      <w:r>
        <w:t>排水、氧气、深度、电焊</w:t>
      </w:r>
      <w:r>
        <w:t>(Q)</w:t>
      </w:r>
      <w:r>
        <w:t>、修电</w:t>
      </w:r>
      <w:r>
        <w:t>(W)</w:t>
      </w:r>
      <w:r>
        <w:t>、深水炸弹</w:t>
      </w:r>
      <w:r>
        <w:t>(S)</w:t>
      </w:r>
      <w:r>
        <w:t>、炮台模式</w:t>
      </w:r>
      <w:r>
        <w:t>(A)</w:t>
      </w:r>
      <w:r>
        <w:t>、电池管理、撞击</w:t>
      </w:r>
      <w:r>
        <w:t>/</w:t>
      </w:r>
      <w:r>
        <w:t>进水</w:t>
      </w:r>
      <w:r>
        <w:t>/</w:t>
      </w:r>
      <w:r>
        <w:t>警报</w:t>
      </w:r>
      <w:r>
        <w:t>/</w:t>
      </w:r>
      <w:r>
        <w:t>修理音效。</w:t>
      </w:r>
    </w:p>
    <w:p w14:paraId="3F849D52" w14:textId="77777777" w:rsidR="006835FB" w:rsidRDefault="00000000">
      <w:pPr>
        <w:ind w:firstLine="480"/>
        <w:jc w:val="both"/>
      </w:pPr>
      <w:r>
        <w:rPr>
          <w:b/>
        </w:rPr>
        <w:t>玩家子系统速查</w:t>
      </w:r>
      <w:r>
        <w:t>（详见</w:t>
      </w:r>
      <w:r>
        <w:t xml:space="preserve">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游戏数值配置表</w:t>
      </w:r>
      <w:r>
        <w:rPr>
          <w:rFonts w:ascii="Consolas" w:hAnsi="Consolas"/>
          <w:shd w:val="clear" w:color="auto" w:fill="EEEEEE"/>
        </w:rPr>
        <w:t>.txt</w:t>
      </w:r>
      <w:r>
        <w:t>）：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6"/>
        <w:gridCol w:w="2466"/>
        <w:gridCol w:w="5866"/>
      </w:tblGrid>
      <w:tr w:rsidR="006835FB" w14:paraId="16229834" w14:textId="77777777">
        <w:trPr>
          <w:jc w:val="center"/>
        </w:trPr>
        <w:tc>
          <w:tcPr>
            <w:tcW w:w="3024" w:type="dxa"/>
            <w:shd w:val="clear" w:color="auto" w:fill="F2F2F2"/>
            <w:vAlign w:val="center"/>
          </w:tcPr>
          <w:p w14:paraId="5D9428BB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系统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17EB74E3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触发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3EEFF1F8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关键参数</w:t>
            </w:r>
          </w:p>
        </w:tc>
      </w:tr>
      <w:tr w:rsidR="006835FB" w14:paraId="1B2E659D" w14:textId="77777777">
        <w:trPr>
          <w:jc w:val="center"/>
        </w:trPr>
        <w:tc>
          <w:tcPr>
            <w:tcW w:w="3024" w:type="dxa"/>
            <w:vAlign w:val="center"/>
          </w:tcPr>
          <w:p w14:paraId="4835C5F4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物理积分</w:t>
            </w:r>
          </w:p>
        </w:tc>
        <w:tc>
          <w:tcPr>
            <w:tcW w:w="3024" w:type="dxa"/>
            <w:vAlign w:val="center"/>
          </w:tcPr>
          <w:p w14:paraId="51F7EAE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每帧</w:t>
            </w:r>
          </w:p>
        </w:tc>
        <w:tc>
          <w:tcPr>
            <w:tcW w:w="3024" w:type="dxa"/>
            <w:vAlign w:val="center"/>
          </w:tcPr>
          <w:p w14:paraId="2EFC2BF0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mass/thrust_force/drag_coefficient/max_speed/current_force</w:t>
            </w:r>
          </w:p>
        </w:tc>
      </w:tr>
      <w:tr w:rsidR="006835FB" w14:paraId="135BA520" w14:textId="77777777">
        <w:trPr>
          <w:jc w:val="center"/>
        </w:trPr>
        <w:tc>
          <w:tcPr>
            <w:tcW w:w="3024" w:type="dxa"/>
            <w:vAlign w:val="center"/>
          </w:tcPr>
          <w:p w14:paraId="5DFD0031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洋流变化</w:t>
            </w:r>
          </w:p>
        </w:tc>
        <w:tc>
          <w:tcPr>
            <w:tcW w:w="3024" w:type="dxa"/>
            <w:vAlign w:val="center"/>
          </w:tcPr>
          <w:p w14:paraId="4DFD2E91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每帧（</w:t>
            </w:r>
            <w:r>
              <w:rPr>
                <w:sz w:val="21"/>
              </w:rPr>
              <w:t>±45°</w:t>
            </w:r>
            <w:r>
              <w:rPr>
                <w:sz w:val="21"/>
              </w:rPr>
              <w:t>漂移）</w:t>
            </w:r>
          </w:p>
        </w:tc>
        <w:tc>
          <w:tcPr>
            <w:tcW w:w="3024" w:type="dxa"/>
            <w:vAlign w:val="center"/>
          </w:tcPr>
          <w:p w14:paraId="04F0578E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current_change_interval</w:t>
            </w:r>
          </w:p>
        </w:tc>
      </w:tr>
      <w:tr w:rsidR="006835FB" w14:paraId="45C35AEE" w14:textId="77777777">
        <w:trPr>
          <w:jc w:val="center"/>
        </w:trPr>
        <w:tc>
          <w:tcPr>
            <w:tcW w:w="3024" w:type="dxa"/>
            <w:vAlign w:val="center"/>
          </w:tcPr>
          <w:p w14:paraId="3DDA7B7E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碰撞响应</w:t>
            </w:r>
          </w:p>
        </w:tc>
        <w:tc>
          <w:tcPr>
            <w:tcW w:w="3024" w:type="dxa"/>
            <w:vAlign w:val="center"/>
          </w:tcPr>
          <w:p w14:paraId="01C05377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vs rock/monster/boundary</w:t>
            </w:r>
          </w:p>
        </w:tc>
        <w:tc>
          <w:tcPr>
            <w:tcW w:w="3024" w:type="dxa"/>
            <w:vAlign w:val="center"/>
          </w:tcPr>
          <w:p w14:paraId="4A4EA2AB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body/cabin offset+size, restitution</w:t>
            </w:r>
          </w:p>
        </w:tc>
      </w:tr>
      <w:tr w:rsidR="006835FB" w14:paraId="12491FF9" w14:textId="77777777">
        <w:trPr>
          <w:jc w:val="center"/>
        </w:trPr>
        <w:tc>
          <w:tcPr>
            <w:tcW w:w="3024" w:type="dxa"/>
            <w:vAlign w:val="center"/>
          </w:tcPr>
          <w:p w14:paraId="72844103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震动</w:t>
            </w:r>
          </w:p>
        </w:tc>
        <w:tc>
          <w:tcPr>
            <w:tcW w:w="3024" w:type="dxa"/>
            <w:vAlign w:val="center"/>
          </w:tcPr>
          <w:p w14:paraId="56BF0726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impact_speed &gt; shake_threshold</w:t>
            </w:r>
          </w:p>
        </w:tc>
        <w:tc>
          <w:tcPr>
            <w:tcW w:w="3024" w:type="dxa"/>
            <w:vAlign w:val="center"/>
          </w:tcPr>
          <w:p w14:paraId="41F029E6" w14:textId="77777777" w:rsidR="006835FB" w:rsidRDefault="00000000">
            <w:pPr>
              <w:spacing w:line="24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shake_threshold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intensity_factor</w:t>
            </w:r>
            <w:proofErr w:type="spellEnd"/>
          </w:p>
          <w:p w14:paraId="79822EC4" w14:textId="77777777" w:rsidR="009C2DB1" w:rsidRPr="009C2DB1" w:rsidRDefault="009C2DB1" w:rsidP="009C2DB1"/>
        </w:tc>
      </w:tr>
      <w:tr w:rsidR="006835FB" w14:paraId="3D323FA2" w14:textId="77777777">
        <w:trPr>
          <w:jc w:val="center"/>
        </w:trPr>
        <w:tc>
          <w:tcPr>
            <w:tcW w:w="3024" w:type="dxa"/>
            <w:vAlign w:val="center"/>
          </w:tcPr>
          <w:p w14:paraId="1A5C5639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lastRenderedPageBreak/>
              <w:t>灯光闪烁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停电</w:t>
            </w:r>
          </w:p>
        </w:tc>
        <w:tc>
          <w:tcPr>
            <w:tcW w:w="3024" w:type="dxa"/>
            <w:vAlign w:val="center"/>
          </w:tcPr>
          <w:p w14:paraId="6364761D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碰撞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进水比例</w:t>
            </w:r>
          </w:p>
        </w:tc>
        <w:tc>
          <w:tcPr>
            <w:tcW w:w="3024" w:type="dxa"/>
            <w:vAlign w:val="center"/>
          </w:tcPr>
          <w:p w14:paraId="20141339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flicker_duration, impact_blackout_*, inflow_*</w:t>
            </w:r>
          </w:p>
        </w:tc>
      </w:tr>
      <w:tr w:rsidR="006835FB" w14:paraId="0C638C54" w14:textId="77777777">
        <w:trPr>
          <w:jc w:val="center"/>
        </w:trPr>
        <w:tc>
          <w:tcPr>
            <w:tcW w:w="3024" w:type="dxa"/>
            <w:vAlign w:val="center"/>
          </w:tcPr>
          <w:p w14:paraId="4BC00018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Hull HP</w:t>
            </w:r>
          </w:p>
        </w:tc>
        <w:tc>
          <w:tcPr>
            <w:tcW w:w="3024" w:type="dxa"/>
            <w:vAlign w:val="center"/>
          </w:tcPr>
          <w:p w14:paraId="1FD0752F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撞击扣血</w:t>
            </w:r>
          </w:p>
        </w:tc>
        <w:tc>
          <w:tcPr>
            <w:tcW w:w="3024" w:type="dxa"/>
            <w:vAlign w:val="center"/>
          </w:tcPr>
          <w:p w14:paraId="1B2C4519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hull_hp_max, hp_damage_threshold/factor</w:t>
            </w:r>
          </w:p>
        </w:tc>
      </w:tr>
      <w:tr w:rsidR="006835FB" w14:paraId="7063AD9D" w14:textId="77777777">
        <w:trPr>
          <w:jc w:val="center"/>
        </w:trPr>
        <w:tc>
          <w:tcPr>
            <w:tcW w:w="3024" w:type="dxa"/>
            <w:vAlign w:val="center"/>
          </w:tcPr>
          <w:p w14:paraId="620B277D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进水</w:t>
            </w:r>
          </w:p>
        </w:tc>
        <w:tc>
          <w:tcPr>
            <w:tcW w:w="3024" w:type="dxa"/>
            <w:vAlign w:val="center"/>
          </w:tcPr>
          <w:p w14:paraId="60F6D05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破损度</w:t>
            </w:r>
            <w:r>
              <w:rPr>
                <w:sz w:val="21"/>
              </w:rPr>
              <w:t xml:space="preserve"> × </w:t>
            </w:r>
            <w:r>
              <w:rPr>
                <w:sz w:val="21"/>
              </w:rPr>
              <w:t>系数</w:t>
            </w:r>
          </w:p>
        </w:tc>
        <w:tc>
          <w:tcPr>
            <w:tcW w:w="3024" w:type="dxa"/>
            <w:vAlign w:val="center"/>
          </w:tcPr>
          <w:p w14:paraId="77A42D1D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inflow_rate_factor/sink_factor</w:t>
            </w:r>
          </w:p>
        </w:tc>
      </w:tr>
      <w:tr w:rsidR="006835FB" w14:paraId="4E139998" w14:textId="77777777">
        <w:trPr>
          <w:jc w:val="center"/>
        </w:trPr>
        <w:tc>
          <w:tcPr>
            <w:tcW w:w="3024" w:type="dxa"/>
            <w:vAlign w:val="center"/>
          </w:tcPr>
          <w:p w14:paraId="3B085872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排水</w:t>
            </w:r>
          </w:p>
        </w:tc>
        <w:tc>
          <w:tcPr>
            <w:tcW w:w="3024" w:type="dxa"/>
            <w:vAlign w:val="center"/>
          </w:tcPr>
          <w:p w14:paraId="4A35E35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非停电每帧</w:t>
            </w:r>
          </w:p>
        </w:tc>
        <w:tc>
          <w:tcPr>
            <w:tcW w:w="3024" w:type="dxa"/>
            <w:vAlign w:val="center"/>
          </w:tcPr>
          <w:p w14:paraId="10600103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drain_rate / drain_rate_boosted</w:t>
            </w:r>
          </w:p>
        </w:tc>
      </w:tr>
      <w:tr w:rsidR="006835FB" w14:paraId="27896590" w14:textId="77777777">
        <w:trPr>
          <w:jc w:val="center"/>
        </w:trPr>
        <w:tc>
          <w:tcPr>
            <w:tcW w:w="3024" w:type="dxa"/>
            <w:vAlign w:val="center"/>
          </w:tcPr>
          <w:p w14:paraId="60F83D53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氧气</w:t>
            </w:r>
          </w:p>
        </w:tc>
        <w:tc>
          <w:tcPr>
            <w:tcW w:w="3024" w:type="dxa"/>
            <w:vAlign w:val="center"/>
          </w:tcPr>
          <w:p w14:paraId="2E558294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进水</w:t>
            </w:r>
            <w:r>
              <w:rPr>
                <w:sz w:val="21"/>
              </w:rPr>
              <w:t xml:space="preserve"> &gt; 60% </w:t>
            </w:r>
            <w:r>
              <w:rPr>
                <w:sz w:val="21"/>
              </w:rPr>
              <w:t>才耗</w:t>
            </w:r>
          </w:p>
        </w:tc>
        <w:tc>
          <w:tcPr>
            <w:tcW w:w="3024" w:type="dxa"/>
            <w:vAlign w:val="center"/>
          </w:tcPr>
          <w:p w14:paraId="217F310C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oxygen_max/drain_threshold/drain_duration</w:t>
            </w:r>
          </w:p>
        </w:tc>
      </w:tr>
      <w:tr w:rsidR="006835FB" w14:paraId="466BC32D" w14:textId="77777777">
        <w:trPr>
          <w:jc w:val="center"/>
        </w:trPr>
        <w:tc>
          <w:tcPr>
            <w:tcW w:w="3024" w:type="dxa"/>
            <w:vAlign w:val="center"/>
          </w:tcPr>
          <w:p w14:paraId="5D0A14BC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深度</w:t>
            </w:r>
          </w:p>
        </w:tc>
        <w:tc>
          <w:tcPr>
            <w:tcW w:w="3024" w:type="dxa"/>
            <w:vAlign w:val="center"/>
          </w:tcPr>
          <w:p w14:paraId="66CA5ED0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随</w:t>
            </w:r>
            <w:r>
              <w:rPr>
                <w:sz w:val="21"/>
              </w:rPr>
              <w:t xml:space="preserve"> velocity.y </w:t>
            </w:r>
            <w:r>
              <w:rPr>
                <w:sz w:val="21"/>
              </w:rPr>
              <w:t>积分</w:t>
            </w:r>
          </w:p>
        </w:tc>
        <w:tc>
          <w:tcPr>
            <w:tcW w:w="3024" w:type="dxa"/>
            <w:vAlign w:val="center"/>
          </w:tcPr>
          <w:p w14:paraId="7CA44EB0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initial_depth=4235, depth_rate</w:t>
            </w:r>
          </w:p>
        </w:tc>
      </w:tr>
      <w:tr w:rsidR="006835FB" w14:paraId="2FAB307F" w14:textId="77777777">
        <w:trPr>
          <w:jc w:val="center"/>
        </w:trPr>
        <w:tc>
          <w:tcPr>
            <w:tcW w:w="3024" w:type="dxa"/>
            <w:vAlign w:val="center"/>
          </w:tcPr>
          <w:p w14:paraId="2F2B7E53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电焊</w:t>
            </w:r>
            <w:r>
              <w:rPr>
                <w:sz w:val="21"/>
              </w:rPr>
              <w:t xml:space="preserve"> Q</w:t>
            </w:r>
          </w:p>
        </w:tc>
        <w:tc>
          <w:tcPr>
            <w:tcW w:w="3024" w:type="dxa"/>
            <w:vAlign w:val="center"/>
          </w:tcPr>
          <w:p w14:paraId="3299FBFD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长按</w:t>
            </w:r>
            <w:r>
              <w:rPr>
                <w:sz w:val="21"/>
              </w:rPr>
              <w:t xml:space="preserve"> 3s</w:t>
            </w:r>
          </w:p>
        </w:tc>
        <w:tc>
          <w:tcPr>
            <w:tcW w:w="3024" w:type="dxa"/>
            <w:vAlign w:val="center"/>
          </w:tcPr>
          <w:p w14:paraId="5864D779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weld_duration/weld_heal_amount</w:t>
            </w:r>
          </w:p>
        </w:tc>
      </w:tr>
      <w:tr w:rsidR="006835FB" w14:paraId="222E8ED0" w14:textId="77777777">
        <w:trPr>
          <w:jc w:val="center"/>
        </w:trPr>
        <w:tc>
          <w:tcPr>
            <w:tcW w:w="3024" w:type="dxa"/>
            <w:vAlign w:val="center"/>
          </w:tcPr>
          <w:p w14:paraId="5570556C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修电</w:t>
            </w:r>
            <w:r>
              <w:rPr>
                <w:sz w:val="21"/>
              </w:rPr>
              <w:t xml:space="preserve"> W</w:t>
            </w:r>
          </w:p>
        </w:tc>
        <w:tc>
          <w:tcPr>
            <w:tcW w:w="3024" w:type="dxa"/>
            <w:vAlign w:val="center"/>
          </w:tcPr>
          <w:p w14:paraId="5189EF8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长按</w:t>
            </w:r>
            <w:r>
              <w:rPr>
                <w:sz w:val="21"/>
              </w:rPr>
              <w:t xml:space="preserve"> 3s</w:t>
            </w:r>
            <w:r>
              <w:rPr>
                <w:sz w:val="21"/>
              </w:rPr>
              <w:t>（仅停电）</w:t>
            </w:r>
          </w:p>
        </w:tc>
        <w:tc>
          <w:tcPr>
            <w:tcW w:w="3024" w:type="dxa"/>
            <w:vAlign w:val="center"/>
          </w:tcPr>
          <w:p w14:paraId="33B78322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repair_power_duration/protection</w:t>
            </w:r>
          </w:p>
        </w:tc>
      </w:tr>
    </w:tbl>
    <w:p w14:paraId="6F2984C5" w14:textId="77777777" w:rsidR="006835FB" w:rsidRDefault="006835FB"/>
    <w:p w14:paraId="26D77726" w14:textId="77777777" w:rsidR="006835FB" w:rsidRDefault="00000000">
      <w:pPr>
        <w:pStyle w:val="21"/>
      </w:pPr>
      <w:bookmarkStart w:id="13" w:name="_Toc239423951"/>
      <w:r>
        <w:rPr>
          <w:rFonts w:ascii="Arial" w:eastAsia="黑体" w:hAnsi="Arial"/>
        </w:rPr>
        <w:t>6.2 arrow</w:t>
      </w:r>
      <w:r>
        <w:rPr>
          <w:rFonts w:ascii="Arial" w:eastAsia="黑体" w:hAnsi="Arial"/>
        </w:rPr>
        <w:t>（推力箭头）</w:t>
      </w:r>
      <w:bookmarkEnd w:id="13"/>
    </w:p>
    <w:p w14:paraId="3302B0C4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arrow_model.gd</w:t>
      </w:r>
      <w:r>
        <w:t xml:space="preserve"> / </w:t>
      </w:r>
      <w:r>
        <w:rPr>
          <w:rFonts w:ascii="Consolas" w:hAnsi="Consolas"/>
          <w:shd w:val="clear" w:color="auto" w:fill="EEEEEE"/>
        </w:rPr>
        <w:t>arrow_view.gd</w:t>
      </w:r>
      <w:r>
        <w:t xml:space="preserve"> / </w:t>
      </w:r>
      <w:r>
        <w:rPr>
          <w:rFonts w:ascii="Consolas" w:hAnsi="Consolas"/>
          <w:shd w:val="clear" w:color="auto" w:fill="EEEEEE"/>
        </w:rPr>
        <w:t>arrow_controller.gd</w:t>
      </w:r>
    </w:p>
    <w:p w14:paraId="09441F61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两条箭头：</w:t>
      </w:r>
      <w:r>
        <w:rPr>
          <w:b/>
          <w:lang w:eastAsia="zh-CN"/>
        </w:rPr>
        <w:t>墨绿色</w:t>
      </w:r>
      <w:r>
        <w:rPr>
          <w:lang w:eastAsia="zh-CN"/>
        </w:rPr>
        <w:t>=</w:t>
      </w:r>
      <w:r>
        <w:rPr>
          <w:lang w:eastAsia="zh-CN"/>
        </w:rPr>
        <w:t>玩家鼠标实时输入；</w:t>
      </w:r>
      <w:r>
        <w:rPr>
          <w:b/>
          <w:lang w:eastAsia="zh-CN"/>
        </w:rPr>
        <w:t>灰色</w:t>
      </w:r>
      <w:r>
        <w:rPr>
          <w:lang w:eastAsia="zh-CN"/>
        </w:rPr>
        <w:t>=</w:t>
      </w:r>
      <w:r>
        <w:rPr>
          <w:lang w:eastAsia="zh-CN"/>
        </w:rPr>
        <w:t>平滑后实际用于推力。</w:t>
      </w:r>
    </w:p>
    <w:p w14:paraId="15748D5B" w14:textId="77777777" w:rsidR="006835FB" w:rsidRDefault="00000000">
      <w:pPr>
        <w:ind w:left="425" w:hanging="283"/>
      </w:pPr>
      <w:r>
        <w:t xml:space="preserve">• Controller </w:t>
      </w:r>
      <w:proofErr w:type="spellStart"/>
      <w:r>
        <w:t>每帧用</w:t>
      </w:r>
      <w:proofErr w:type="spellEnd"/>
      <w:r>
        <w:t xml:space="preserve"> </w:t>
      </w:r>
      <w:proofErr w:type="gramStart"/>
      <w:r>
        <w:rPr>
          <w:rFonts w:ascii="Consolas" w:hAnsi="Consolas"/>
          <w:shd w:val="clear" w:color="auto" w:fill="EEEEEE"/>
        </w:rPr>
        <w:t>lerp(</w:t>
      </w:r>
      <w:proofErr w:type="spellStart"/>
      <w:proofErr w:type="gramEnd"/>
      <w:r>
        <w:rPr>
          <w:rFonts w:ascii="Consolas" w:hAnsi="Consolas"/>
          <w:shd w:val="clear" w:color="auto" w:fill="EEEEEE"/>
        </w:rPr>
        <w:t>follow_speed</w:t>
      </w:r>
      <w:proofErr w:type="spellEnd"/>
      <w:r>
        <w:rPr>
          <w:rFonts w:ascii="Consolas" w:hAnsi="Consolas"/>
          <w:shd w:val="clear" w:color="auto" w:fill="EEEEEE"/>
        </w:rPr>
        <w:t xml:space="preserve"> × delta)</w:t>
      </w:r>
      <w:r>
        <w:t xml:space="preserve"> </w:t>
      </w:r>
      <w:r>
        <w:t>让灰色追赶墨绿色，再把灰色方向</w:t>
      </w:r>
      <w:r>
        <w:t>/</w:t>
      </w:r>
      <w:r>
        <w:t>长度写入</w:t>
      </w:r>
      <w:r>
        <w:t xml:space="preserve"> </w:t>
      </w:r>
      <w:proofErr w:type="gramStart"/>
      <w:r>
        <w:rPr>
          <w:rFonts w:ascii="Consolas" w:hAnsi="Consolas"/>
          <w:shd w:val="clear" w:color="auto" w:fill="EEEEEE"/>
        </w:rPr>
        <w:t>player.model</w:t>
      </w:r>
      <w:proofErr w:type="gramEnd"/>
      <w:r>
        <w:rPr>
          <w:rFonts w:ascii="Consolas" w:hAnsi="Consolas"/>
          <w:shd w:val="clear" w:color="auto" w:fill="EEEEEE"/>
        </w:rPr>
        <w:t>.thrust_dir/thrust_ratio</w:t>
      </w:r>
      <w:r>
        <w:t>。</w:t>
      </w:r>
    </w:p>
    <w:p w14:paraId="335F899E" w14:textId="77777777" w:rsidR="006835FB" w:rsidRDefault="00000000">
      <w:pPr>
        <w:ind w:left="425" w:hanging="283"/>
      </w:pPr>
      <w:r>
        <w:t xml:space="preserve">• </w:t>
      </w:r>
      <w:r>
        <w:t>右键取消：两箭头归零、推力归零。</w:t>
      </w:r>
    </w:p>
    <w:p w14:paraId="732F36A8" w14:textId="77777777" w:rsidR="006835FB" w:rsidRDefault="00000000">
      <w:pPr>
        <w:ind w:left="425" w:hanging="283"/>
      </w:pPr>
      <w:r>
        <w:t xml:space="preserve">• </w:t>
      </w:r>
      <w:r>
        <w:t>参数：</w:t>
      </w:r>
      <w:r>
        <w:rPr>
          <w:rFonts w:ascii="Consolas" w:hAnsi="Consolas"/>
          <w:shd w:val="clear" w:color="auto" w:fill="EEEEEE"/>
        </w:rPr>
        <w:t>max_length</w:t>
      </w:r>
      <w:r>
        <w:t>（默认</w:t>
      </w:r>
      <w:r>
        <w:t xml:space="preserve"> 2.0</w:t>
      </w:r>
      <w:r>
        <w:t>）、</w:t>
      </w:r>
      <w:r>
        <w:rPr>
          <w:rFonts w:ascii="Consolas" w:hAnsi="Consolas"/>
          <w:shd w:val="clear" w:color="auto" w:fill="EEEEEE"/>
        </w:rPr>
        <w:t>follow_speed</w:t>
      </w:r>
      <w:r>
        <w:t>（默认</w:t>
      </w:r>
      <w:r>
        <w:t xml:space="preserve"> 3.0</w:t>
      </w:r>
      <w:r>
        <w:t>）。</w:t>
      </w:r>
    </w:p>
    <w:p w14:paraId="7550B713" w14:textId="77777777" w:rsidR="006835FB" w:rsidRDefault="00000000">
      <w:pPr>
        <w:ind w:left="425" w:hanging="283"/>
      </w:pPr>
      <w:r>
        <w:t xml:space="preserve">• CanvasLayer </w:t>
      </w:r>
      <w:r>
        <w:rPr>
          <w:rFonts w:ascii="Consolas" w:hAnsi="Consolas"/>
          <w:shd w:val="clear" w:color="auto" w:fill="EEEEEE"/>
        </w:rPr>
        <w:t>layer=100</w:t>
      </w:r>
      <w:r>
        <w:t>，渲染在所有</w:t>
      </w:r>
      <w:r>
        <w:t xml:space="preserve"> UI </w:t>
      </w:r>
      <w:r>
        <w:t>之上。</w:t>
      </w:r>
    </w:p>
    <w:p w14:paraId="348C5169" w14:textId="5A93EF20" w:rsidR="006835FB" w:rsidRDefault="00000000">
      <w:pPr>
        <w:pStyle w:val="21"/>
        <w:rPr>
          <w:lang w:eastAsia="zh-CN"/>
        </w:rPr>
      </w:pPr>
      <w:bookmarkStart w:id="14" w:name="_Toc239423952"/>
      <w:r>
        <w:rPr>
          <w:rFonts w:ascii="Arial" w:eastAsia="黑体" w:hAnsi="Arial"/>
          <w:lang w:eastAsia="zh-CN"/>
        </w:rPr>
        <w:t>6.3 rock</w:t>
      </w:r>
      <w:r>
        <w:rPr>
          <w:rFonts w:ascii="Arial" w:eastAsia="黑体" w:hAnsi="Arial"/>
          <w:lang w:eastAsia="zh-CN"/>
        </w:rPr>
        <w:t>（石头</w:t>
      </w:r>
      <w:r>
        <w:rPr>
          <w:rFonts w:ascii="Arial" w:eastAsia="黑体" w:hAnsi="Arial"/>
          <w:lang w:eastAsia="zh-CN"/>
        </w:rPr>
        <w:t xml:space="preserve"> </w:t>
      </w:r>
      <w:r w:rsidR="00C16532">
        <w:rPr>
          <w:rFonts w:ascii="Arial" w:eastAsia="黑体" w:hAnsi="Arial" w:hint="eastAsia"/>
          <w:lang w:eastAsia="zh-CN"/>
        </w:rPr>
        <w:t>+</w:t>
      </w:r>
      <w:proofErr w:type="spellStart"/>
      <w:r w:rsidR="00C16532" w:rsidRPr="00C16532">
        <w:rPr>
          <w:rFonts w:ascii="黑体" w:eastAsia="黑体" w:hAnsi="黑体"/>
          <w:bCs w:val="0"/>
          <w:szCs w:val="28"/>
        </w:rPr>
        <w:t>寄生虫krythos</w:t>
      </w:r>
      <w:proofErr w:type="spellEnd"/>
      <w:r w:rsidR="00C16532">
        <w:rPr>
          <w:rFonts w:ascii="Arial" w:eastAsia="黑体" w:hAnsi="Arial"/>
          <w:lang w:eastAsia="zh-CN"/>
        </w:rPr>
        <w:t xml:space="preserve"> </w:t>
      </w:r>
      <w:r>
        <w:rPr>
          <w:rFonts w:ascii="Arial" w:eastAsia="黑体" w:hAnsi="Arial"/>
          <w:lang w:eastAsia="zh-CN"/>
        </w:rPr>
        <w:t xml:space="preserve">+ </w:t>
      </w:r>
      <w:r>
        <w:rPr>
          <w:rFonts w:ascii="Arial" w:eastAsia="黑体" w:hAnsi="Arial"/>
          <w:lang w:eastAsia="zh-CN"/>
        </w:rPr>
        <w:t>钩子攻击）</w:t>
      </w:r>
      <w:bookmarkEnd w:id="14"/>
    </w:p>
    <w:p w14:paraId="061BE637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rock_model.gd</w:t>
      </w:r>
      <w:r>
        <w:t xml:space="preserve"> / </w:t>
      </w:r>
      <w:r>
        <w:rPr>
          <w:rFonts w:ascii="Consolas" w:hAnsi="Consolas"/>
          <w:shd w:val="clear" w:color="auto" w:fill="EEEEEE"/>
        </w:rPr>
        <w:t>rock_view.gd</w:t>
      </w:r>
      <w:r>
        <w:t xml:space="preserve"> / </w:t>
      </w:r>
      <w:r>
        <w:rPr>
          <w:rFonts w:ascii="Consolas" w:hAnsi="Consolas"/>
          <w:shd w:val="clear" w:color="auto" w:fill="EEEEEE"/>
        </w:rPr>
        <w:t>rock_controller.gd</w:t>
      </w:r>
      <w:r>
        <w:t xml:space="preserve"> / </w:t>
      </w:r>
      <w:r>
        <w:rPr>
          <w:rFonts w:ascii="Consolas" w:hAnsi="Consolas"/>
          <w:shd w:val="clear" w:color="auto" w:fill="EEEEEE"/>
        </w:rPr>
        <w:t>rock_manager.gd</w:t>
      </w:r>
    </w:p>
    <w:p w14:paraId="775B80E0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RockManager</w:t>
      </w:r>
      <w:r>
        <w:t>：初始铺</w:t>
      </w:r>
      <w:r>
        <w:t xml:space="preserve"> </w:t>
      </w:r>
      <w:r>
        <w:rPr>
          <w:rFonts w:ascii="Consolas" w:hAnsi="Consolas"/>
          <w:shd w:val="clear" w:color="auto" w:fill="EEEEEE"/>
        </w:rPr>
        <w:t>initial_spawn_count</w:t>
      </w:r>
      <w:r>
        <w:t xml:space="preserve"> </w:t>
      </w:r>
      <w:r>
        <w:t>块，玩家周围</w:t>
      </w:r>
      <w:r>
        <w:t xml:space="preserve"> </w:t>
      </w:r>
      <w:r>
        <w:rPr>
          <w:rFonts w:ascii="Consolas" w:hAnsi="Consolas"/>
          <w:shd w:val="clear" w:color="auto" w:fill="EEEEEE"/>
        </w:rPr>
        <w:t>spawn_ring_inner~outer</w:t>
      </w:r>
      <w:r>
        <w:t xml:space="preserve"> </w:t>
      </w:r>
      <w:r>
        <w:t>环形流式补充，超出</w:t>
      </w:r>
      <w:r>
        <w:t xml:space="preserve"> </w:t>
      </w:r>
      <w:r>
        <w:rPr>
          <w:rFonts w:ascii="Consolas" w:hAnsi="Consolas"/>
          <w:shd w:val="clear" w:color="auto" w:fill="EEEEEE"/>
        </w:rPr>
        <w:t>despawn_radius</w:t>
      </w:r>
      <w:r>
        <w:t xml:space="preserve"> </w:t>
      </w:r>
      <w:r>
        <w:t>回收，维持</w:t>
      </w:r>
      <w:r>
        <w:t xml:space="preserve"> </w:t>
      </w:r>
      <w:r>
        <w:rPr>
          <w:rFonts w:ascii="Consolas" w:hAnsi="Consolas"/>
          <w:shd w:val="clear" w:color="auto" w:fill="EEEEEE"/>
        </w:rPr>
        <w:t>max_rocks</w:t>
      </w:r>
      <w:r>
        <w:t>。</w:t>
      </w:r>
    </w:p>
    <w:p w14:paraId="0C6C1AB9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RockController</w:t>
      </w:r>
      <w:r>
        <w:t>：石头做洋流漂移</w:t>
      </w:r>
      <w:r>
        <w:t xml:space="preserve"> + </w:t>
      </w:r>
      <w:r>
        <w:t>小范围飘荡</w:t>
      </w:r>
      <w:r>
        <w:t xml:space="preserve"> + </w:t>
      </w:r>
      <w:r>
        <w:t>自转（</w:t>
      </w:r>
      <w:r>
        <w:t xml:space="preserve">OBB </w:t>
      </w:r>
      <w:r>
        <w:t>碰撞）。</w:t>
      </w:r>
    </w:p>
    <w:p w14:paraId="2A49DCBC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钩子系统（被</w:t>
      </w:r>
      <w:r>
        <w:rPr>
          <w:b/>
        </w:rPr>
        <w:t xml:space="preserve"> Krythos </w:t>
      </w:r>
      <w:r>
        <w:rPr>
          <w:b/>
        </w:rPr>
        <w:t>感染后）</w:t>
      </w:r>
      <w:r>
        <w:t>：感染石头作为攻击主体发射钩子，状态机</w:t>
      </w:r>
      <w:r>
        <w:t xml:space="preserve"> </w:t>
      </w:r>
      <w:r>
        <w:rPr>
          <w:rFonts w:ascii="Consolas" w:hAnsi="Consolas"/>
          <w:shd w:val="clear" w:color="auto" w:fill="EEEEEE"/>
        </w:rPr>
        <w:t>HOOK_IDLE → FLYING → TETHERED → RETRACTING</w:t>
      </w:r>
      <w:r>
        <w:t>：</w:t>
      </w:r>
    </w:p>
    <w:p w14:paraId="6EA5F49B" w14:textId="77777777" w:rsidR="006835FB" w:rsidRDefault="00000000">
      <w:pPr>
        <w:ind w:left="850" w:hanging="283"/>
      </w:pPr>
      <w:r>
        <w:t xml:space="preserve">• </w:t>
      </w:r>
      <w:r>
        <w:t>飞行命中玩家</w:t>
      </w:r>
      <w:r>
        <w:t xml:space="preserve"> → </w:t>
      </w:r>
      <w:r>
        <w:t>拴住（</w:t>
      </w:r>
      <w:r>
        <w:rPr>
          <w:rFonts w:ascii="Consolas" w:hAnsi="Consolas"/>
          <w:shd w:val="clear" w:color="auto" w:fill="EEEEEE"/>
        </w:rPr>
        <w:t>hooked=true</w:t>
      </w:r>
      <w:r>
        <w:t>），造成一次性船壳伤害，限制玩家速度减半、超出</w:t>
      </w:r>
      <w:r>
        <w:t xml:space="preserve"> </w:t>
      </w:r>
      <w:r>
        <w:rPr>
          <w:rFonts w:ascii="Consolas" w:hAnsi="Consolas"/>
          <w:shd w:val="clear" w:color="auto" w:fill="EEEEEE"/>
        </w:rPr>
        <w:t>hook_tether_radius</w:t>
      </w:r>
      <w:r>
        <w:t xml:space="preserve"> </w:t>
      </w:r>
      <w:r>
        <w:t>用弹性回复力拉回，持续</w:t>
      </w:r>
      <w:r>
        <w:t xml:space="preserve"> </w:t>
      </w:r>
      <w:r>
        <w:rPr>
          <w:rFonts w:ascii="Consolas" w:hAnsi="Consolas"/>
          <w:shd w:val="clear" w:color="auto" w:fill="EEEEEE"/>
        </w:rPr>
        <w:t>hold_duration</w:t>
      </w:r>
      <w:r>
        <w:t xml:space="preserve"> </w:t>
      </w:r>
      <w:r>
        <w:t>秒后脱钩。</w:t>
      </w:r>
    </w:p>
    <w:p w14:paraId="6FA5D61E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未命中</w:t>
      </w:r>
      <w:r>
        <w:rPr>
          <w:lang w:eastAsia="zh-CN"/>
        </w:rPr>
        <w:t>/</w:t>
      </w:r>
      <w:r>
        <w:rPr>
          <w:lang w:eastAsia="zh-CN"/>
        </w:rPr>
        <w:t>超距</w:t>
      </w:r>
      <w:r>
        <w:rPr>
          <w:lang w:eastAsia="zh-CN"/>
        </w:rPr>
        <w:t xml:space="preserve"> → </w:t>
      </w:r>
      <w:r>
        <w:rPr>
          <w:lang w:eastAsia="zh-CN"/>
        </w:rPr>
        <w:t>缩回淡出。</w:t>
      </w:r>
    </w:p>
    <w:p w14:paraId="481427D2" w14:textId="77777777" w:rsidR="006835FB" w:rsidRDefault="00000000">
      <w:pPr>
        <w:ind w:left="850" w:hanging="283"/>
      </w:pPr>
      <w:r>
        <w:t xml:space="preserve">• </w:t>
      </w:r>
      <w:proofErr w:type="spellStart"/>
      <w:r>
        <w:t>触发船员语录</w:t>
      </w:r>
      <w:proofErr w:type="spellEnd"/>
      <w:r>
        <w:t xml:space="preserve"> </w:t>
      </w:r>
      <w:proofErr w:type="spellStart"/>
      <w:r>
        <w:rPr>
          <w:rFonts w:ascii="Consolas" w:hAnsi="Consolas"/>
          <w:shd w:val="clear" w:color="auto" w:fill="EEEEEE"/>
        </w:rPr>
        <w:t>parasite_pull</w:t>
      </w:r>
      <w:proofErr w:type="spellEnd"/>
      <w:r>
        <w:t>。</w:t>
      </w:r>
    </w:p>
    <w:p w14:paraId="484884EC" w14:textId="77777777" w:rsidR="006835FB" w:rsidRDefault="00000000">
      <w:pPr>
        <w:ind w:left="425" w:hanging="283"/>
      </w:pPr>
      <w:r>
        <w:lastRenderedPageBreak/>
        <w:t xml:space="preserve">• </w:t>
      </w:r>
      <w:r>
        <w:t>石头有</w:t>
      </w:r>
      <w:r>
        <w:t xml:space="preserve"> </w:t>
      </w:r>
      <w:r>
        <w:rPr>
          <w:rFonts w:ascii="Consolas" w:hAnsi="Consolas"/>
          <w:shd w:val="clear" w:color="auto" w:fill="EEEEEE"/>
        </w:rPr>
        <w:t>infected</w:t>
      </w:r>
      <w:r>
        <w:t xml:space="preserve"> </w:t>
      </w:r>
      <w:r>
        <w:t>标志，</w:t>
      </w:r>
      <w:r>
        <w:rPr>
          <w:rFonts w:ascii="Consolas" w:hAnsi="Consolas"/>
          <w:shd w:val="clear" w:color="auto" w:fill="EEEEEE"/>
        </w:rPr>
        <w:t>fire_hook()</w:t>
      </w:r>
      <w:r>
        <w:t xml:space="preserve"> / </w:t>
      </w:r>
      <w:r>
        <w:rPr>
          <w:rFonts w:ascii="Consolas" w:hAnsi="Consolas"/>
          <w:shd w:val="clear" w:color="auto" w:fill="EEEEEE"/>
        </w:rPr>
        <w:t>retract_all_hooks()</w:t>
      </w:r>
      <w:r>
        <w:t xml:space="preserve"> / </w:t>
      </w:r>
      <w:r>
        <w:rPr>
          <w:rFonts w:ascii="Consolas" w:hAnsi="Consolas"/>
          <w:shd w:val="clear" w:color="auto" w:fill="EEEEEE"/>
        </w:rPr>
        <w:t>clear_infection()</w:t>
      </w:r>
      <w:r>
        <w:t xml:space="preserve"> </w:t>
      </w:r>
      <w:r>
        <w:t>供</w:t>
      </w:r>
      <w:r>
        <w:t xml:space="preserve"> Krythos </w:t>
      </w:r>
      <w:r>
        <w:t>交互。</w:t>
      </w:r>
    </w:p>
    <w:p w14:paraId="21201F36" w14:textId="77777777" w:rsidR="006835FB" w:rsidRDefault="00000000">
      <w:pPr>
        <w:pStyle w:val="21"/>
      </w:pPr>
      <w:bookmarkStart w:id="15" w:name="_Toc239423953"/>
      <w:r>
        <w:rPr>
          <w:rFonts w:ascii="Arial" w:eastAsia="黑体" w:hAnsi="Arial"/>
        </w:rPr>
        <w:t>6.4 monster</w:t>
      </w:r>
      <w:r>
        <w:rPr>
          <w:rFonts w:ascii="Arial" w:eastAsia="黑体" w:hAnsi="Arial"/>
        </w:rPr>
        <w:t>（怪物系统）</w:t>
      </w:r>
      <w:bookmarkEnd w:id="15"/>
    </w:p>
    <w:p w14:paraId="685A2D69" w14:textId="77777777" w:rsidR="006835FB" w:rsidRDefault="00000000">
      <w:pPr>
        <w:pStyle w:val="31"/>
      </w:pPr>
      <w:r>
        <w:rPr>
          <w:rFonts w:ascii="Arial" w:eastAsia="黑体" w:hAnsi="Arial"/>
        </w:rPr>
        <w:t>父类（</w:t>
      </w:r>
      <w:r>
        <w:rPr>
          <w:rFonts w:ascii="Arial" w:eastAsia="黑体" w:hAnsi="Arial"/>
        </w:rPr>
        <w:t>BaseMonster*</w:t>
      </w:r>
      <w:r>
        <w:rPr>
          <w:rFonts w:ascii="Arial" w:eastAsia="黑体" w:hAnsi="Arial"/>
        </w:rPr>
        <w:t>）</w:t>
      </w:r>
    </w:p>
    <w:p w14:paraId="668D0A55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BaseMonsterModel</w:t>
      </w:r>
      <w:r>
        <w:t>（</w:t>
      </w:r>
      <w:r>
        <w:t>RefCounted</w:t>
      </w:r>
      <w:r>
        <w:t>）：纯数据</w:t>
      </w:r>
      <w:r>
        <w:t xml:space="preserve"> + </w:t>
      </w:r>
      <w:r>
        <w:t>计算。</w:t>
      </w:r>
    </w:p>
    <w:p w14:paraId="4BD23C04" w14:textId="77777777" w:rsidR="006835FB" w:rsidRDefault="00000000">
      <w:pPr>
        <w:ind w:left="850" w:hanging="283"/>
      </w:pPr>
      <w:r>
        <w:t xml:space="preserve">• </w:t>
      </w:r>
      <w:r>
        <w:t>物理字段、生命（</w:t>
      </w:r>
      <w:r>
        <w:t>hp/hp_max/alive/display_name/show_health_bar</w:t>
      </w:r>
      <w:r>
        <w:t>）、推力输入、洋流、行为决策输出、碰撞体积。</w:t>
      </w:r>
    </w:p>
    <w:p w14:paraId="5B5536D3" w14:textId="77777777" w:rsidR="006835FB" w:rsidRDefault="00000000">
      <w:pPr>
        <w:ind w:left="850" w:hanging="283"/>
      </w:pPr>
      <w:r>
        <w:t xml:space="preserve">• </w:t>
      </w:r>
      <w:r>
        <w:rPr>
          <w:b/>
        </w:rPr>
        <w:t>模块化身体（刚性点链）</w:t>
      </w:r>
      <w:r>
        <w:t>：</w:t>
      </w:r>
      <w:r>
        <w:rPr>
          <w:rFonts w:ascii="Consolas" w:hAnsi="Consolas"/>
          <w:shd w:val="clear" w:color="auto" w:fill="EEEEEE"/>
        </w:rPr>
        <w:t>body_part_count</w:t>
      </w:r>
      <w:r>
        <w:t xml:space="preserve"> / </w:t>
      </w:r>
      <w:r>
        <w:rPr>
          <w:rFonts w:ascii="Consolas" w:hAnsi="Consolas"/>
          <w:shd w:val="clear" w:color="auto" w:fill="EEEEEE"/>
        </w:rPr>
        <w:t>head_mount_offset</w:t>
      </w:r>
      <w:r>
        <w:t xml:space="preserve"> / </w:t>
      </w:r>
      <w:r>
        <w:rPr>
          <w:rFonts w:ascii="Consolas" w:hAnsi="Consolas"/>
          <w:shd w:val="clear" w:color="auto" w:fill="EEEEEE"/>
        </w:rPr>
        <w:t>body_front_offsets[]</w:t>
      </w:r>
      <w:r>
        <w:t xml:space="preserve"> / </w:t>
      </w:r>
      <w:r>
        <w:rPr>
          <w:rFonts w:ascii="Consolas" w:hAnsi="Consolas"/>
          <w:shd w:val="clear" w:color="auto" w:fill="EEEEEE"/>
        </w:rPr>
        <w:t>body_rear_offsets[]</w:t>
      </w:r>
      <w:r>
        <w:t>；肢体</w:t>
      </w:r>
      <w:r>
        <w:t xml:space="preserve"> </w:t>
      </w:r>
      <w:r>
        <w:rPr>
          <w:rFonts w:ascii="Consolas" w:hAnsi="Consolas"/>
          <w:shd w:val="clear" w:color="auto" w:fill="EEEEEE"/>
        </w:rPr>
        <w:t>limb_count</w:t>
      </w:r>
      <w:r>
        <w:t xml:space="preserve"> / </w:t>
      </w:r>
      <w:r>
        <w:rPr>
          <w:rFonts w:ascii="Consolas" w:hAnsi="Consolas"/>
          <w:shd w:val="clear" w:color="auto" w:fill="EEEEEE"/>
        </w:rPr>
        <w:t>limb_body_index[]</w:t>
      </w:r>
      <w:r>
        <w:t xml:space="preserve"> / </w:t>
      </w:r>
      <w:r>
        <w:rPr>
          <w:rFonts w:ascii="Consolas" w:hAnsi="Consolas"/>
          <w:shd w:val="clear" w:color="auto" w:fill="EEEEEE"/>
        </w:rPr>
        <w:t>body_limb_mount_offsets[]</w:t>
      </w:r>
      <w:r>
        <w:t xml:space="preserve"> / </w:t>
      </w:r>
      <w:r>
        <w:rPr>
          <w:rFonts w:ascii="Consolas" w:hAnsi="Consolas"/>
          <w:shd w:val="clear" w:color="auto" w:fill="EEEEEE"/>
        </w:rPr>
        <w:t>limb_mount_offsets[]</w:t>
      </w:r>
      <w:r>
        <w:t xml:space="preserve"> / </w:t>
      </w:r>
      <w:r>
        <w:rPr>
          <w:rFonts w:ascii="Consolas" w:hAnsi="Consolas"/>
          <w:shd w:val="clear" w:color="auto" w:fill="EEEEEE"/>
        </w:rPr>
        <w:t>limb_rotation_offsets[]</w:t>
      </w:r>
      <w:r>
        <w:t>。</w:t>
      </w:r>
    </w:p>
    <w:p w14:paraId="6F252087" w14:textId="77777777" w:rsidR="006835FB" w:rsidRDefault="00000000">
      <w:pPr>
        <w:ind w:left="850" w:hanging="283"/>
      </w:pPr>
      <w:r>
        <w:t xml:space="preserve">• </w:t>
      </w:r>
      <w:r>
        <w:t>方法：</w:t>
      </w:r>
      <w:r>
        <w:rPr>
          <w:rFonts w:ascii="Consolas" w:hAnsi="Consolas"/>
          <w:shd w:val="clear" w:color="auto" w:fill="EEEEEE"/>
        </w:rPr>
        <w:t>update_physics</w:t>
      </w:r>
      <w:r>
        <w:t>（七步积分）、</w:t>
      </w:r>
      <w:r>
        <w:rPr>
          <w:rFonts w:ascii="Consolas" w:hAnsi="Consolas"/>
          <w:shd w:val="clear" w:color="auto" w:fill="EEEEEE"/>
        </w:rPr>
        <w:t>take_damage/heal/die</w:t>
      </w:r>
      <w:r>
        <w:t>、</w:t>
      </w:r>
      <w:r>
        <w:rPr>
          <w:rFonts w:ascii="Consolas" w:hAnsi="Consolas"/>
          <w:shd w:val="clear" w:color="auto" w:fill="EEEEEE"/>
        </w:rPr>
        <w:t>init_body_chain</w:t>
      </w:r>
      <w:r>
        <w:t>、</w:t>
      </w:r>
      <w:r>
        <w:rPr>
          <w:rFonts w:ascii="Consolas" w:hAnsi="Consolas"/>
          <w:shd w:val="clear" w:color="auto" w:fill="EEEEEE"/>
        </w:rPr>
        <w:t>update_body_chain</w:t>
      </w:r>
      <w:r>
        <w:t>（点带点钉死，头带点、点带点，无间隙无弹性）、</w:t>
      </w:r>
      <w:r>
        <w:rPr>
          <w:rFonts w:ascii="Consolas" w:hAnsi="Consolas"/>
          <w:shd w:val="clear" w:color="auto" w:fill="EEEEEE"/>
        </w:rPr>
        <w:t>_compute_collision_boxes</w:t>
      </w:r>
      <w:r>
        <w:t>（多部位</w:t>
      </w:r>
      <w:r>
        <w:t xml:space="preserve"> OBB </w:t>
      </w:r>
      <w:r>
        <w:t>去重）、静态</w:t>
      </w:r>
      <w:r>
        <w:t xml:space="preserve"> </w:t>
      </w:r>
      <w:r>
        <w:rPr>
          <w:rFonts w:ascii="Consolas" w:hAnsi="Consolas"/>
          <w:shd w:val="clear" w:color="auto" w:fill="EEEEEE"/>
        </w:rPr>
        <w:t>rect_vs_rect_resolve</w:t>
      </w:r>
      <w:r>
        <w:t>（</w:t>
      </w:r>
      <w:r>
        <w:t>SAT</w:t>
      </w:r>
      <w:r>
        <w:t>）。</w:t>
      </w:r>
    </w:p>
    <w:p w14:paraId="7E5DE01D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BaseMonsterView</w:t>
      </w:r>
      <w:r>
        <w:t>（</w:t>
      </w:r>
      <w:r>
        <w:t>Sprite3D</w:t>
      </w:r>
      <w:r>
        <w:t>）：渲染头部</w:t>
      </w:r>
      <w:r>
        <w:t xml:space="preserve"> + </w:t>
      </w:r>
      <w:r>
        <w:t>动态创建身体段</w:t>
      </w:r>
      <w:r>
        <w:t xml:space="preserve"> </w:t>
      </w:r>
      <w:r>
        <w:rPr>
          <w:rFonts w:ascii="Consolas" w:hAnsi="Consolas"/>
          <w:shd w:val="clear" w:color="auto" w:fill="EEEEEE"/>
        </w:rPr>
        <w:t>body_sprites</w:t>
      </w:r>
      <w:r>
        <w:t xml:space="preserve"> + </w:t>
      </w:r>
      <w:r>
        <w:t>肢体</w:t>
      </w:r>
      <w:r>
        <w:t xml:space="preserve"> </w:t>
      </w:r>
      <w:r>
        <w:rPr>
          <w:rFonts w:ascii="Consolas" w:hAnsi="Consolas"/>
          <w:shd w:val="clear" w:color="auto" w:fill="EEEEEE"/>
        </w:rPr>
        <w:t>limb_sprites</w:t>
      </w:r>
      <w:r>
        <w:t>；碰撞框</w:t>
      </w:r>
      <w:r>
        <w:t>/</w:t>
      </w:r>
      <w:r>
        <w:t>挂载点</w:t>
      </w:r>
      <w:r>
        <w:t>/</w:t>
      </w:r>
      <w:r>
        <w:t>链路线调试可视化；受击闪烁</w:t>
      </w:r>
      <w:r>
        <w:t>/</w:t>
      </w:r>
      <w:r>
        <w:t>死亡淡出钩子。</w:t>
      </w:r>
    </w:p>
    <w:p w14:paraId="726BA926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BaseMonsterController</w:t>
      </w:r>
      <w:r>
        <w:t>（</w:t>
      </w:r>
      <w:r>
        <w:t>Node3D, group="monster"</w:t>
      </w:r>
      <w:r>
        <w:t>）：持有</w:t>
      </w:r>
      <w:r>
        <w:t xml:space="preserve"> model+view</w:t>
      </w:r>
      <w:r>
        <w:t>，</w:t>
      </w:r>
      <w:r>
        <w:rPr>
          <w:rFonts w:ascii="Consolas" w:hAnsi="Consolas"/>
          <w:shd w:val="clear" w:color="auto" w:fill="EEEEEE"/>
        </w:rPr>
        <w:t>_process</w:t>
      </w:r>
      <w:r>
        <w:t xml:space="preserve"> </w:t>
      </w:r>
      <w:r>
        <w:t>固定顺序：同步洋流</w:t>
      </w:r>
      <w:r>
        <w:t xml:space="preserve"> → </w:t>
      </w:r>
      <w:r>
        <w:t>行为决策</w:t>
      </w:r>
      <w:r>
        <w:t xml:space="preserve"> → </w:t>
      </w:r>
      <w:r>
        <w:t>头部物理</w:t>
      </w:r>
      <w:r>
        <w:t xml:space="preserve"> → </w:t>
      </w:r>
      <w:r>
        <w:t>碰撞响应</w:t>
      </w:r>
      <w:r>
        <w:t xml:space="preserve"> → </w:t>
      </w:r>
      <w:r>
        <w:t>身体跟随</w:t>
      </w:r>
      <w:r>
        <w:t xml:space="preserve"> → </w:t>
      </w:r>
      <w:r>
        <w:t>视图同步</w:t>
      </w:r>
      <w:r>
        <w:t xml:space="preserve"> → </w:t>
      </w:r>
      <w:r>
        <w:t>死亡处理。预留</w:t>
      </w:r>
      <w:r>
        <w:t xml:space="preserve"> </w:t>
      </w:r>
      <w:r>
        <w:rPr>
          <w:rFonts w:ascii="Consolas" w:hAnsi="Consolas"/>
          <w:shd w:val="clear" w:color="auto" w:fill="EEEEEE"/>
        </w:rPr>
        <w:t>behavior_tree</w:t>
      </w:r>
      <w:r>
        <w:t xml:space="preserve"> / </w:t>
      </w:r>
      <w:r>
        <w:rPr>
          <w:rFonts w:ascii="Consolas" w:hAnsi="Consolas"/>
          <w:shd w:val="clear" w:color="auto" w:fill="EEEEEE"/>
        </w:rPr>
        <w:t>_update_behavior</w:t>
      </w:r>
      <w:r>
        <w:t xml:space="preserve"> / </w:t>
      </w:r>
      <w:r>
        <w:rPr>
          <w:rFonts w:ascii="Consolas" w:hAnsi="Consolas"/>
          <w:shd w:val="clear" w:color="auto" w:fill="EEEEEE"/>
        </w:rPr>
        <w:t>_setup_behavior_tree</w:t>
      </w:r>
      <w:r>
        <w:t xml:space="preserve"> / </w:t>
      </w:r>
      <w:r>
        <w:rPr>
          <w:rFonts w:ascii="Consolas" w:hAnsi="Consolas"/>
          <w:shd w:val="clear" w:color="auto" w:fill="EEEEEE"/>
        </w:rPr>
        <w:t>_on_death</w:t>
      </w:r>
      <w:r>
        <w:t xml:space="preserve"> hook</w:t>
      </w:r>
      <w:r>
        <w:t>。死亡动画：部位炸散</w:t>
      </w:r>
      <w:r>
        <w:t xml:space="preserve"> + </w:t>
      </w:r>
      <w:r>
        <w:t>血雾</w:t>
      </w:r>
      <w:r>
        <w:t xml:space="preserve"> + </w:t>
      </w:r>
      <w:r>
        <w:t>淡出后</w:t>
      </w:r>
      <w:r>
        <w:t xml:space="preserve"> </w:t>
      </w:r>
      <w:r>
        <w:rPr>
          <w:rFonts w:ascii="Consolas" w:hAnsi="Consolas"/>
          <w:shd w:val="clear" w:color="auto" w:fill="EEEEEE"/>
        </w:rPr>
        <w:t>queue_free</w:t>
      </w:r>
      <w:r>
        <w:t>。</w:t>
      </w:r>
    </w:p>
    <w:p w14:paraId="2745174F" w14:textId="77777777" w:rsidR="006835FB" w:rsidRDefault="00000000">
      <w:pPr>
        <w:ind w:firstLine="480"/>
        <w:jc w:val="both"/>
      </w:pPr>
      <w:r>
        <w:rPr>
          <w:b/>
        </w:rPr>
        <w:t>核心原则</w:t>
      </w:r>
      <w:r>
        <w:t>：</w:t>
      </w:r>
      <w:r>
        <w:rPr>
          <w:b/>
        </w:rPr>
        <w:t>头部是唯一主控点</w:t>
      </w:r>
      <w:r>
        <w:t>，物理</w:t>
      </w:r>
      <w:r>
        <w:t>/</w:t>
      </w:r>
      <w:r>
        <w:t>洋流</w:t>
      </w:r>
      <w:r>
        <w:t>/</w:t>
      </w:r>
      <w:r>
        <w:t>行为只驱动头部；身体部位纯被动跟随（点连点钉死，无弹簧无阻尼）。</w:t>
      </w:r>
    </w:p>
    <w:p w14:paraId="209BF8F5" w14:textId="27D0D3BA" w:rsidR="006835FB" w:rsidRDefault="00000000">
      <w:pPr>
        <w:pStyle w:val="31"/>
      </w:pPr>
      <w:proofErr w:type="spellStart"/>
      <w:r>
        <w:rPr>
          <w:rFonts w:ascii="Arial" w:eastAsia="黑体" w:hAnsi="Arial"/>
        </w:rPr>
        <w:t>子类：</w:t>
      </w:r>
      <w:r>
        <w:rPr>
          <w:rFonts w:ascii="Arial" w:eastAsia="黑体" w:hAnsi="Arial"/>
        </w:rPr>
        <w:t>Vyrthakk</w:t>
      </w:r>
      <w:r>
        <w:rPr>
          <w:rFonts w:ascii="Arial" w:eastAsia="黑体" w:hAnsi="Arial"/>
        </w:rPr>
        <w:t>（海怪</w:t>
      </w:r>
      <w:proofErr w:type="spellEnd"/>
      <w:r>
        <w:rPr>
          <w:rFonts w:ascii="Arial" w:eastAsia="黑体" w:hAnsi="Arial"/>
        </w:rPr>
        <w:t>）</w:t>
      </w:r>
    </w:p>
    <w:p w14:paraId="1AAA9EE1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vyrthakk_model.gd</w:t>
      </w:r>
      <w:r>
        <w:t>：追击</w:t>
      </w:r>
      <w:r>
        <w:t>/</w:t>
      </w:r>
      <w:r>
        <w:t>行为字段</w:t>
      </w:r>
      <w:r>
        <w:t xml:space="preserve"> + </w:t>
      </w:r>
      <w:r>
        <w:t>行为树黑板变量（</w:t>
      </w:r>
      <w:r>
        <w:t>aggro_range/attack_range/attack_damage/attack_cooldown</w:t>
      </w:r>
      <w:r>
        <w:t>、</w:t>
      </w:r>
      <w:r>
        <w:lastRenderedPageBreak/>
        <w:t>detection_range/attack_tendency</w:t>
      </w:r>
      <w:r>
        <w:t>、攻击冷却</w:t>
      </w:r>
      <w:r>
        <w:t>/</w:t>
      </w:r>
      <w:r>
        <w:t>逃离</w:t>
      </w:r>
      <w:r>
        <w:t>/</w:t>
      </w:r>
      <w:r>
        <w:t>随机移动</w:t>
      </w:r>
      <w:r>
        <w:t>/</w:t>
      </w:r>
      <w:r>
        <w:t>扎堆</w:t>
      </w:r>
      <w:r>
        <w:t>/</w:t>
      </w:r>
      <w:r>
        <w:t>位置汇报</w:t>
      </w:r>
      <w:r>
        <w:t>/</w:t>
      </w:r>
      <w:r>
        <w:t>追炸弹状态、嘴部切换</w:t>
      </w:r>
      <w:r>
        <w:t xml:space="preserve"> mouth_open</w:t>
      </w:r>
      <w:r>
        <w:t>）。</w:t>
      </w:r>
    </w:p>
    <w:p w14:paraId="1E9DE95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行为决策（见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content/text/</w:t>
      </w:r>
      <w:r>
        <w:rPr>
          <w:rFonts w:ascii="Consolas" w:hAnsi="Consolas"/>
          <w:shd w:val="clear" w:color="auto" w:fill="EEEEEE"/>
          <w:lang w:eastAsia="zh-CN"/>
        </w:rPr>
        <w:t>行为树</w:t>
      </w:r>
      <w:r>
        <w:rPr>
          <w:rFonts w:ascii="Consolas" w:hAnsi="Consolas"/>
          <w:shd w:val="clear" w:color="auto" w:fill="EEEEEE"/>
          <w:lang w:eastAsia="zh-CN"/>
        </w:rPr>
        <w:t>/Vyrthakk.txt</w:t>
      </w:r>
      <w:r>
        <w:rPr>
          <w:lang w:eastAsia="zh-CN"/>
        </w:rPr>
        <w:t>）：优先级从高到低：</w:t>
      </w:r>
      <w:r>
        <w:rPr>
          <w:lang w:eastAsia="zh-CN"/>
        </w:rPr>
        <w:t xml:space="preserve"> 1</w:t>
      </w:r>
      <w:proofErr w:type="gramStart"/>
      <w:r>
        <w:rPr>
          <w:lang w:eastAsia="zh-CN"/>
        </w:rPr>
        <w:t>.</w:t>
      </w:r>
      <w:proofErr w:type="gramEnd"/>
      <w:r>
        <w:rPr>
          <w:lang w:eastAsia="zh-CN"/>
        </w:rPr>
        <w:t xml:space="preserve"> </w:t>
      </w:r>
      <w:r>
        <w:rPr>
          <w:b/>
          <w:lang w:eastAsia="zh-CN"/>
        </w:rPr>
        <w:t>追击深水炸弹</w:t>
      </w:r>
      <w:r>
        <w:rPr>
          <w:lang w:eastAsia="zh-CN"/>
        </w:rPr>
        <w:t>（范围内有炸弹，</w:t>
      </w:r>
      <w:r>
        <w:rPr>
          <w:lang w:eastAsia="zh-CN"/>
        </w:rPr>
        <w:t xml:space="preserve">90% </w:t>
      </w:r>
      <w:r>
        <w:rPr>
          <w:lang w:eastAsia="zh-CN"/>
        </w:rPr>
        <w:t>追</w:t>
      </w:r>
      <w:r>
        <w:rPr>
          <w:lang w:eastAsia="zh-CN"/>
        </w:rPr>
        <w:t xml:space="preserve"> / 10% </w:t>
      </w:r>
      <w:r>
        <w:rPr>
          <w:lang w:eastAsia="zh-CN"/>
        </w:rPr>
        <w:t>忽略）</w:t>
      </w:r>
      <w:r>
        <w:rPr>
          <w:lang w:eastAsia="zh-CN"/>
        </w:rPr>
        <w:t xml:space="preserve"> 2. </w:t>
      </w:r>
      <w:r>
        <w:rPr>
          <w:b/>
          <w:lang w:eastAsia="zh-CN"/>
        </w:rPr>
        <w:t>攻击</w:t>
      </w:r>
      <w:r>
        <w:rPr>
          <w:lang w:eastAsia="zh-CN"/>
        </w:rPr>
        <w:t>（玩家在攻击范围，</w:t>
      </w:r>
      <w:r>
        <w:rPr>
          <w:lang w:eastAsia="zh-CN"/>
        </w:rPr>
        <w:t xml:space="preserve">80% </w:t>
      </w:r>
      <w:r>
        <w:rPr>
          <w:lang w:eastAsia="zh-CN"/>
        </w:rPr>
        <w:t>撞击</w:t>
      </w:r>
      <w:r>
        <w:rPr>
          <w:lang w:eastAsia="zh-CN"/>
        </w:rPr>
        <w:t xml:space="preserve"> / 20% </w:t>
      </w:r>
      <w:r>
        <w:rPr>
          <w:lang w:eastAsia="zh-CN"/>
        </w:rPr>
        <w:t>逃离）</w:t>
      </w:r>
      <w:r>
        <w:rPr>
          <w:lang w:eastAsia="zh-CN"/>
        </w:rPr>
        <w:t xml:space="preserve"> 3. </w:t>
      </w:r>
      <w:r>
        <w:rPr>
          <w:b/>
          <w:lang w:eastAsia="zh-CN"/>
        </w:rPr>
        <w:t>追踪</w:t>
      </w:r>
      <w:r>
        <w:rPr>
          <w:lang w:eastAsia="zh-CN"/>
        </w:rPr>
        <w:t>（玩家在检测范围）</w:t>
      </w:r>
      <w:r>
        <w:rPr>
          <w:lang w:eastAsia="zh-CN"/>
        </w:rPr>
        <w:t xml:space="preserve"> 4. </w:t>
      </w:r>
      <w:r>
        <w:rPr>
          <w:b/>
          <w:lang w:eastAsia="zh-CN"/>
        </w:rPr>
        <w:t>扎堆</w:t>
      </w:r>
      <w:r>
        <w:rPr>
          <w:lang w:eastAsia="zh-CN"/>
        </w:rPr>
        <w:t>（游向最近怪物，</w:t>
      </w:r>
      <w:r>
        <w:rPr>
          <w:lang w:eastAsia="zh-CN"/>
        </w:rPr>
        <w:t xml:space="preserve">8 </w:t>
      </w:r>
      <w:r>
        <w:rPr>
          <w:lang w:eastAsia="zh-CN"/>
        </w:rPr>
        <w:t>秒周期）</w:t>
      </w:r>
      <w:r>
        <w:rPr>
          <w:lang w:eastAsia="zh-CN"/>
        </w:rPr>
        <w:t xml:space="preserve"> 5. </w:t>
      </w:r>
      <w:r>
        <w:rPr>
          <w:b/>
          <w:lang w:eastAsia="zh-CN"/>
        </w:rPr>
        <w:t>随机移动</w:t>
      </w:r>
    </w:p>
    <w:p w14:paraId="2B0D930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声纳增强：玩家开声纳时检测范围</w:t>
      </w:r>
      <w:r>
        <w:rPr>
          <w:lang w:eastAsia="zh-CN"/>
        </w:rPr>
        <w:t xml:space="preserve"> ×1.5</w:t>
      </w:r>
      <w:r>
        <w:rPr>
          <w:lang w:eastAsia="zh-CN"/>
        </w:rPr>
        <w:t>、攻击倾向</w:t>
      </w:r>
      <w:r>
        <w:rPr>
          <w:lang w:eastAsia="zh-CN"/>
        </w:rPr>
        <w:t xml:space="preserve"> →100%</w:t>
      </w:r>
      <w:r>
        <w:rPr>
          <w:lang w:eastAsia="zh-CN"/>
        </w:rPr>
        <w:t>。</w:t>
      </w:r>
    </w:p>
    <w:p w14:paraId="42CD9CDA" w14:textId="77777777" w:rsidR="006835FB" w:rsidRDefault="00000000">
      <w:pPr>
        <w:pStyle w:val="31"/>
      </w:pPr>
      <w:proofErr w:type="spellStart"/>
      <w:r>
        <w:rPr>
          <w:rFonts w:ascii="Arial" w:eastAsia="黑体" w:hAnsi="Arial"/>
        </w:rPr>
        <w:t>子类：</w:t>
      </w:r>
      <w:r>
        <w:rPr>
          <w:rFonts w:ascii="Arial" w:eastAsia="黑体" w:hAnsi="Arial"/>
        </w:rPr>
        <w:t>Krythos</w:t>
      </w:r>
      <w:r>
        <w:rPr>
          <w:rFonts w:ascii="Arial" w:eastAsia="黑体" w:hAnsi="Arial"/>
        </w:rPr>
        <w:t>（寄生虫</w:t>
      </w:r>
      <w:proofErr w:type="spellEnd"/>
      <w:r>
        <w:rPr>
          <w:rFonts w:ascii="Arial" w:eastAsia="黑体" w:hAnsi="Arial"/>
        </w:rPr>
        <w:t>）</w:t>
      </w:r>
    </w:p>
    <w:p w14:paraId="65072AF7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krythos_model.gd</w:t>
      </w:r>
      <w:r>
        <w:t>：纯视觉怪物，</w:t>
      </w:r>
      <w:r>
        <w:rPr>
          <w:rFonts w:ascii="Consolas" w:hAnsi="Consolas"/>
          <w:shd w:val="clear" w:color="auto" w:fill="EEEEEE"/>
        </w:rPr>
        <w:t>body_part_count=0</w:t>
      </w:r>
      <w:r>
        <w:t>、</w:t>
      </w:r>
      <w:r>
        <w:rPr>
          <w:rFonts w:ascii="Consolas" w:hAnsi="Consolas"/>
          <w:shd w:val="clear" w:color="auto" w:fill="EEEEEE"/>
        </w:rPr>
        <w:t>limb_count=0</w:t>
      </w:r>
      <w:r>
        <w:t>，</w:t>
      </w:r>
      <w:r>
        <w:rPr>
          <w:rFonts w:ascii="Consolas" w:hAnsi="Consolas"/>
          <w:shd w:val="clear" w:color="auto" w:fill="EEEEEE"/>
        </w:rPr>
        <w:t>display_name="Krythos"</w:t>
      </w:r>
      <w:r>
        <w:t>，不显示血条。</w:t>
      </w:r>
    </w:p>
    <w:p w14:paraId="5F08226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rFonts w:ascii="Consolas" w:hAnsi="Consolas"/>
          <w:shd w:val="clear" w:color="auto" w:fill="EEEEEE"/>
          <w:lang w:eastAsia="zh-CN"/>
        </w:rPr>
        <w:t>krythos_controller.gd</w:t>
      </w:r>
      <w:r>
        <w:rPr>
          <w:lang w:eastAsia="zh-CN"/>
        </w:rPr>
        <w:t>：作为石头子节点生成，附着在石头上（随机偏移</w:t>
      </w:r>
      <w:r>
        <w:rPr>
          <w:lang w:eastAsia="zh-CN"/>
        </w:rPr>
        <w:t>+</w:t>
      </w:r>
      <w:r>
        <w:rPr>
          <w:lang w:eastAsia="zh-CN"/>
        </w:rPr>
        <w:t>缩放</w:t>
      </w:r>
      <w:r>
        <w:rPr>
          <w:lang w:eastAsia="zh-CN"/>
        </w:rPr>
        <w:t>+</w:t>
      </w:r>
      <w:r>
        <w:rPr>
          <w:lang w:eastAsia="zh-CN"/>
        </w:rPr>
        <w:t>旋转），每帧跟随石头位置与自转；受击后显示血条，概率放开一个钩子（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fire_hook</w:t>
      </w:r>
      <w:proofErr w:type="spellEnd"/>
      <w:r>
        <w:rPr>
          <w:lang w:eastAsia="zh-CN"/>
        </w:rPr>
        <w:t>）；死亡时收回所有钩子</w:t>
      </w:r>
      <w:r>
        <w:rPr>
          <w:lang w:eastAsia="zh-CN"/>
        </w:rPr>
        <w:t xml:space="preserve"> + </w:t>
      </w:r>
      <w:r>
        <w:rPr>
          <w:lang w:eastAsia="zh-CN"/>
        </w:rPr>
        <w:t>清除石头感染。</w:t>
      </w:r>
    </w:p>
    <w:p w14:paraId="561D30CC" w14:textId="77777777" w:rsidR="006835FB" w:rsidRDefault="00000000">
      <w:pPr>
        <w:pStyle w:val="31"/>
      </w:pPr>
      <w:proofErr w:type="spellStart"/>
      <w:r>
        <w:rPr>
          <w:rFonts w:ascii="Arial" w:eastAsia="黑体" w:hAnsi="Arial"/>
        </w:rPr>
        <w:t>MonsterManager</w:t>
      </w:r>
      <w:proofErr w:type="spellEnd"/>
    </w:p>
    <w:p w14:paraId="38E5D85A" w14:textId="77777777" w:rsidR="006835FB" w:rsidRDefault="00000000">
      <w:pPr>
        <w:ind w:left="425" w:hanging="283"/>
      </w:pPr>
      <w:r>
        <w:t xml:space="preserve">• </w:t>
      </w:r>
      <w:r>
        <w:t>开局延迟</w:t>
      </w:r>
      <w:r>
        <w:t xml:space="preserve"> </w:t>
      </w:r>
      <w:r>
        <w:rPr>
          <w:rFonts w:ascii="Consolas" w:hAnsi="Consolas"/>
          <w:shd w:val="clear" w:color="auto" w:fill="EEEEEE"/>
        </w:rPr>
        <w:t>spawn_delay</w:t>
      </w:r>
      <w:r>
        <w:t>（默认</w:t>
      </w:r>
      <w:r>
        <w:t xml:space="preserve"> 25s</w:t>
      </w:r>
      <w:r>
        <w:t>）后一次性生成怪物群（</w:t>
      </w:r>
      <w:r>
        <w:rPr>
          <w:rFonts w:ascii="Consolas" w:hAnsi="Consolas"/>
          <w:shd w:val="clear" w:color="auto" w:fill="EEEEEE"/>
        </w:rPr>
        <w:t>group_count × group_size</w:t>
      </w:r>
      <w:r>
        <w:t>），不做流式补充；引导期间冻结倒计时。</w:t>
      </w:r>
    </w:p>
    <w:p w14:paraId="64A9D128" w14:textId="77777777" w:rsidR="006835FB" w:rsidRDefault="00000000">
      <w:pPr>
        <w:ind w:left="425" w:hanging="283"/>
      </w:pPr>
      <w:r>
        <w:t xml:space="preserve">• </w:t>
      </w:r>
      <w:r>
        <w:t>生成范围从</w:t>
      </w:r>
      <w:r>
        <w:t xml:space="preserve"> MapConfig </w:t>
      </w:r>
      <w:r>
        <w:t>读取（地图边界内扣除边距）。</w:t>
      </w:r>
    </w:p>
    <w:p w14:paraId="61C9CAEA" w14:textId="77777777" w:rsidR="006835FB" w:rsidRDefault="00000000">
      <w:pPr>
        <w:pStyle w:val="21"/>
        <w:rPr>
          <w:lang w:eastAsia="zh-CN"/>
        </w:rPr>
      </w:pPr>
      <w:bookmarkStart w:id="16" w:name="_Toc239423954"/>
      <w:r>
        <w:rPr>
          <w:rFonts w:ascii="Arial" w:eastAsia="黑体" w:hAnsi="Arial"/>
          <w:lang w:eastAsia="zh-CN"/>
        </w:rPr>
        <w:t>6.5 sonar</w:t>
      </w:r>
      <w:r>
        <w:rPr>
          <w:rFonts w:ascii="Arial" w:eastAsia="黑体" w:hAnsi="Arial"/>
          <w:lang w:eastAsia="zh-CN"/>
        </w:rPr>
        <w:t>（声纳视觉系统，核心玩法）</w:t>
      </w:r>
      <w:bookmarkEnd w:id="16"/>
    </w:p>
    <w:p w14:paraId="157A559E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sonar_controller.gd</w:t>
      </w:r>
      <w:r>
        <w:t xml:space="preserve"> + </w:t>
      </w:r>
      <w:proofErr w:type="spellStart"/>
      <w:r>
        <w:rPr>
          <w:rFonts w:ascii="Consolas" w:hAnsi="Consolas"/>
          <w:shd w:val="clear" w:color="auto" w:fill="EEEEEE"/>
        </w:rPr>
        <w:t>sonar_</w:t>
      </w:r>
      <w:proofErr w:type="gramStart"/>
      <w:r>
        <w:rPr>
          <w:rFonts w:ascii="Consolas" w:hAnsi="Consolas"/>
          <w:shd w:val="clear" w:color="auto" w:fill="EEEEEE"/>
        </w:rPr>
        <w:t>vision.gdshader</w:t>
      </w:r>
      <w:proofErr w:type="spellEnd"/>
      <w:proofErr w:type="gramEnd"/>
      <w:r>
        <w:t xml:space="preserve"> + </w:t>
      </w:r>
      <w:r>
        <w:rPr>
          <w:rFonts w:ascii="Consolas" w:hAnsi="Consolas"/>
          <w:shd w:val="clear" w:color="auto" w:fill="EEEEEE"/>
        </w:rPr>
        <w:t>radar_view.gd</w:t>
      </w:r>
      <w:r>
        <w:t xml:space="preserve"> + </w:t>
      </w:r>
      <w:r>
        <w:rPr>
          <w:rFonts w:ascii="Consolas" w:hAnsi="Consolas"/>
          <w:shd w:val="clear" w:color="auto" w:fill="EEEEEE"/>
        </w:rPr>
        <w:t>scan_ring.gd</w:t>
      </w:r>
      <w:r>
        <w:t xml:space="preserve"> + </w:t>
      </w:r>
      <w:r>
        <w:rPr>
          <w:rFonts w:ascii="Consolas" w:hAnsi="Consolas"/>
          <w:shd w:val="clear" w:color="auto" w:fill="EEEEEE"/>
        </w:rPr>
        <w:t>blip_layer.gd</w:t>
      </w:r>
      <w:r>
        <w:t xml:space="preserve"> + </w:t>
      </w:r>
      <w:r>
        <w:rPr>
          <w:rFonts w:ascii="Consolas" w:hAnsi="Consolas"/>
          <w:shd w:val="clear" w:color="auto" w:fill="EEEEEE"/>
        </w:rPr>
        <w:t>bomb_blip_layer.gd</w:t>
      </w:r>
      <w:r>
        <w:t xml:space="preserve"> + </w:t>
      </w:r>
      <w:r>
        <w:rPr>
          <w:rFonts w:ascii="Consolas" w:hAnsi="Consolas"/>
          <w:shd w:val="clear" w:color="auto" w:fill="EEEEEE"/>
        </w:rPr>
        <w:t>sonar_marker_layer.gd</w:t>
      </w:r>
    </w:p>
    <w:p w14:paraId="11334360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视野限制</w:t>
      </w:r>
      <w:r>
        <w:t>：全屏</w:t>
      </w:r>
      <w:r>
        <w:t xml:space="preserve"> ColorRect + shader</w:t>
      </w:r>
      <w:r>
        <w:t>，以玩家屏幕位置为圆心的清晰圆，越远越黑。参数</w:t>
      </w:r>
      <w:r>
        <w:t xml:space="preserve"> </w:t>
      </w:r>
      <w:r>
        <w:rPr>
          <w:rFonts w:ascii="Consolas" w:hAnsi="Consolas"/>
          <w:shd w:val="clear" w:color="auto" w:fill="EEEEEE"/>
        </w:rPr>
        <w:t>clear_radius_world</w:t>
      </w:r>
      <w:r>
        <w:t>（</w:t>
      </w:r>
      <w:r>
        <w:t>0.3</w:t>
      </w:r>
      <w:r>
        <w:t>）、</w:t>
      </w:r>
      <w:r>
        <w:rPr>
          <w:rFonts w:ascii="Consolas" w:hAnsi="Consolas"/>
          <w:shd w:val="clear" w:color="auto" w:fill="EEEEEE"/>
        </w:rPr>
        <w:t>dark_radius_world</w:t>
      </w:r>
      <w:r>
        <w:t>（</w:t>
      </w:r>
      <w:r>
        <w:t>3.0</w:t>
      </w:r>
      <w:r>
        <w:t>）、</w:t>
      </w:r>
      <w:r>
        <w:rPr>
          <w:rFonts w:ascii="Consolas" w:hAnsi="Consolas"/>
          <w:shd w:val="clear" w:color="auto" w:fill="EEEEEE"/>
        </w:rPr>
        <w:t>max_darkness</w:t>
      </w:r>
      <w:r>
        <w:t>（</w:t>
      </w:r>
      <w:r>
        <w:t>1</w:t>
      </w:r>
      <w:r>
        <w:t>）。</w:t>
      </w:r>
    </w:p>
    <w:p w14:paraId="76AC7D75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声纳开关</w:t>
      </w:r>
      <w:r>
        <w:rPr>
          <w:b/>
          <w:lang w:eastAsia="zh-CN"/>
        </w:rPr>
        <w:t xml:space="preserve"> D </w:t>
      </w:r>
      <w:r>
        <w:rPr>
          <w:b/>
          <w:lang w:eastAsia="zh-CN"/>
        </w:rPr>
        <w:t>键</w:t>
      </w:r>
      <w:r>
        <w:rPr>
          <w:lang w:eastAsia="zh-CN"/>
        </w:rPr>
        <w:t>：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sonar_active</w:t>
      </w:r>
      <w:proofErr w:type="spellEnd"/>
      <w:r>
        <w:rPr>
          <w:lang w:eastAsia="zh-CN"/>
        </w:rPr>
        <w:t xml:space="preserve"> </w:t>
      </w:r>
      <w:r>
        <w:rPr>
          <w:lang w:eastAsia="zh-CN"/>
        </w:rPr>
        <w:t>切换；开启时雷达盘强制显示、相机自动缩放到最远；按钮有变黑</w:t>
      </w:r>
      <w:r>
        <w:rPr>
          <w:lang w:eastAsia="zh-CN"/>
        </w:rPr>
        <w:t>→</w:t>
      </w:r>
      <w:r>
        <w:rPr>
          <w:lang w:eastAsia="zh-CN"/>
        </w:rPr>
        <w:t>回弹动画。</w:t>
      </w:r>
    </w:p>
    <w:p w14:paraId="5255EB90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雷达盘</w:t>
      </w:r>
      <w:r>
        <w:rPr>
          <w:lang w:eastAsia="zh-CN"/>
        </w:rPr>
        <w:t>（屏幕中央，范围</w:t>
      </w:r>
      <w:r>
        <w:rPr>
          <w:lang w:eastAsia="zh-CN"/>
        </w:rPr>
        <w:t xml:space="preserve"> 8 </w:t>
      </w:r>
      <w:r>
        <w:rPr>
          <w:lang w:eastAsia="zh-CN"/>
        </w:rPr>
        <w:t>世界单位）</w:t>
      </w:r>
      <w:r>
        <w:rPr>
          <w:lang w:eastAsia="zh-CN"/>
        </w:rPr>
        <w:t xml:space="preserve">+ </w:t>
      </w:r>
      <w:r>
        <w:rPr>
          <w:b/>
          <w:lang w:eastAsia="zh-CN"/>
        </w:rPr>
        <w:t>扫描波</w:t>
      </w:r>
      <w:r>
        <w:rPr>
          <w:lang w:eastAsia="zh-CN"/>
        </w:rPr>
        <w:t>（青绿色，约</w:t>
      </w:r>
      <w:r>
        <w:rPr>
          <w:lang w:eastAsia="zh-CN"/>
        </w:rPr>
        <w:t xml:space="preserve"> 3 </w:t>
      </w:r>
      <w:r>
        <w:rPr>
          <w:lang w:eastAsia="zh-CN"/>
        </w:rPr>
        <w:t>秒一圈）</w:t>
      </w:r>
      <w:r>
        <w:rPr>
          <w:lang w:eastAsia="zh-CN"/>
        </w:rPr>
        <w:t xml:space="preserve">+ </w:t>
      </w:r>
      <w:r>
        <w:rPr>
          <w:b/>
          <w:lang w:eastAsia="zh-CN"/>
        </w:rPr>
        <w:t>光斑</w:t>
      </w:r>
      <w:r>
        <w:rPr>
          <w:lang w:eastAsia="zh-CN"/>
        </w:rPr>
        <w:t>：</w:t>
      </w:r>
    </w:p>
    <w:p w14:paraId="453AC91B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礁石光斑（金黄，</w:t>
      </w:r>
      <w:r>
        <w:rPr>
          <w:lang w:eastAsia="zh-CN"/>
        </w:rPr>
        <w:t xml:space="preserve">8–10 </w:t>
      </w:r>
      <w:r>
        <w:rPr>
          <w:lang w:eastAsia="zh-CN"/>
        </w:rPr>
        <w:t>个</w:t>
      </w:r>
      <w:r>
        <w:rPr>
          <w:lang w:eastAsia="zh-CN"/>
        </w:rPr>
        <w:t>/</w:t>
      </w:r>
      <w:r>
        <w:rPr>
          <w:lang w:eastAsia="zh-CN"/>
        </w:rPr>
        <w:t>块）</w:t>
      </w:r>
    </w:p>
    <w:p w14:paraId="7B41E9D2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lastRenderedPageBreak/>
        <w:t xml:space="preserve">• </w:t>
      </w:r>
      <w:r>
        <w:rPr>
          <w:lang w:eastAsia="zh-CN"/>
        </w:rPr>
        <w:t>怪物光斑（红，小而急促）</w:t>
      </w:r>
    </w:p>
    <w:p w14:paraId="2AB41567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深水炸弹光斑（红，随引信越闪越急）</w:t>
      </w:r>
    </w:p>
    <w:p w14:paraId="59A5CA7C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终点站标记（常亮</w:t>
      </w:r>
      <w:r>
        <w:rPr>
          <w:lang w:eastAsia="zh-CN"/>
        </w:rPr>
        <w:t xml:space="preserve"> + </w:t>
      </w:r>
      <w:r>
        <w:rPr>
          <w:lang w:eastAsia="zh-CN"/>
        </w:rPr>
        <w:t>距离）</w:t>
      </w:r>
    </w:p>
    <w:p w14:paraId="4855EE7B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停电联动</w:t>
      </w:r>
      <w:r>
        <w:rPr>
          <w:lang w:eastAsia="zh-CN"/>
        </w:rPr>
        <w:t>：停电时扫描停止、雷达变暗。</w:t>
      </w:r>
    </w:p>
    <w:p w14:paraId="23AAD30E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怪物联动</w:t>
      </w:r>
      <w:r>
        <w:rPr>
          <w:lang w:eastAsia="zh-CN"/>
        </w:rPr>
        <w:t>：开声纳放大怪物探测范围（声纳暴露自己）。</w:t>
      </w:r>
    </w:p>
    <w:p w14:paraId="6B6F88EA" w14:textId="77777777" w:rsidR="006835FB" w:rsidRDefault="00000000">
      <w:pPr>
        <w:ind w:left="425" w:hanging="283"/>
      </w:pPr>
      <w:r>
        <w:t xml:space="preserve">• </w:t>
      </w:r>
      <w:proofErr w:type="spellStart"/>
      <w:r>
        <w:t>遮罩挂到</w:t>
      </w:r>
      <w:proofErr w:type="spellEnd"/>
      <w:r>
        <w:t xml:space="preserve"> UI </w:t>
      </w:r>
      <w:proofErr w:type="spellStart"/>
      <w:r>
        <w:t>CanvasLayer</w:t>
      </w:r>
      <w:proofErr w:type="spellEnd"/>
      <w:r>
        <w:t xml:space="preserve"> </w:t>
      </w:r>
      <w:r>
        <w:t>最前（</w:t>
      </w:r>
      <w:r>
        <w:t>index 0</w:t>
      </w:r>
      <w:r>
        <w:t>），不挡血量</w:t>
      </w:r>
      <w:r>
        <w:t>/</w:t>
      </w:r>
      <w:r>
        <w:t>氧气</w:t>
      </w:r>
      <w:r>
        <w:t xml:space="preserve"> UI</w:t>
      </w:r>
      <w:r>
        <w:t>；</w:t>
      </w:r>
      <w:r>
        <w:rPr>
          <w:rFonts w:ascii="Consolas" w:hAnsi="Consolas"/>
          <w:shd w:val="clear" w:color="auto" w:fill="EEEEEE"/>
        </w:rPr>
        <w:t>mouse_filter=IGNORE</w:t>
      </w:r>
      <w:r>
        <w:t xml:space="preserve"> </w:t>
      </w:r>
      <w:r>
        <w:t>不拦截鼠标。</w:t>
      </w:r>
    </w:p>
    <w:p w14:paraId="30E46821" w14:textId="77777777" w:rsidR="006835FB" w:rsidRDefault="00000000">
      <w:pPr>
        <w:pStyle w:val="21"/>
      </w:pPr>
      <w:bookmarkStart w:id="17" w:name="_Toc239423955"/>
      <w:r>
        <w:rPr>
          <w:rFonts w:ascii="Arial" w:eastAsia="黑体" w:hAnsi="Arial"/>
        </w:rPr>
        <w:t>6.6 bomb</w:t>
      </w:r>
      <w:r>
        <w:rPr>
          <w:rFonts w:ascii="Arial" w:eastAsia="黑体" w:hAnsi="Arial"/>
        </w:rPr>
        <w:t>（深水炸弹）</w:t>
      </w:r>
      <w:bookmarkEnd w:id="17"/>
    </w:p>
    <w:p w14:paraId="457B7BDA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depth_charge.gd</w:t>
      </w:r>
      <w:r>
        <w:t xml:space="preserve"> / </w:t>
      </w:r>
      <w:r>
        <w:rPr>
          <w:rFonts w:ascii="Consolas" w:hAnsi="Consolas"/>
          <w:shd w:val="clear" w:color="auto" w:fill="EEEEEE"/>
        </w:rPr>
        <w:t>depth_charge_effect.gd</w:t>
      </w:r>
      <w:r>
        <w:t xml:space="preserve"> / </w:t>
      </w:r>
      <w:r>
        <w:rPr>
          <w:rFonts w:ascii="Consolas" w:hAnsi="Consolas"/>
          <w:shd w:val="clear" w:color="auto" w:fill="EEEEEE"/>
        </w:rPr>
        <w:t>explosion_effect.gd</w:t>
      </w:r>
    </w:p>
    <w:p w14:paraId="2D4B2713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DepthCharge</w:t>
      </w:r>
      <w:r>
        <w:t>（</w:t>
      </w:r>
      <w:r>
        <w:t>Sprite3D, group="bomb"</w:t>
      </w:r>
      <w:r>
        <w:t>）：从潜艇下方发射，缓慢下沉</w:t>
      </w:r>
      <w:r>
        <w:t xml:space="preserve"> + </w:t>
      </w:r>
      <w:r>
        <w:t>冒气泡。</w:t>
      </w:r>
    </w:p>
    <w:p w14:paraId="3726C551" w14:textId="77777777" w:rsidR="006835FB" w:rsidRDefault="00000000">
      <w:pPr>
        <w:ind w:left="850" w:hanging="283"/>
      </w:pPr>
      <w:r>
        <w:t xml:space="preserve">• </w:t>
      </w:r>
      <w:r>
        <w:t>延时引信</w:t>
      </w:r>
      <w:r>
        <w:t xml:space="preserve"> </w:t>
      </w:r>
      <w:r>
        <w:rPr>
          <w:rFonts w:ascii="Consolas" w:hAnsi="Consolas"/>
          <w:shd w:val="clear" w:color="auto" w:fill="EEEEEE"/>
        </w:rPr>
        <w:t>fuse_delay</w:t>
      </w:r>
      <w:r>
        <w:t>（默认</w:t>
      </w:r>
      <w:r>
        <w:t xml:space="preserve"> 6s</w:t>
      </w:r>
      <w:r>
        <w:t>），前段是哑弹（缓慢碰撞推开，不爆炸），到时间自动爆炸。</w:t>
      </w:r>
    </w:p>
    <w:p w14:paraId="656C7DDB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洋流横向漂移</w:t>
      </w:r>
      <w:r>
        <w:rPr>
          <w:lang w:eastAsia="zh-CN"/>
        </w:rPr>
        <w:t xml:space="preserve"> + </w:t>
      </w:r>
      <w:r>
        <w:rPr>
          <w:lang w:eastAsia="zh-CN"/>
        </w:rPr>
        <w:t>重力下坠</w:t>
      </w:r>
      <w:r>
        <w:rPr>
          <w:lang w:eastAsia="zh-CN"/>
        </w:rPr>
        <w:t xml:space="preserve"> + </w:t>
      </w:r>
      <w:r>
        <w:rPr>
          <w:lang w:eastAsia="zh-CN"/>
        </w:rPr>
        <w:t>限速</w:t>
      </w:r>
      <w:r>
        <w:rPr>
          <w:lang w:eastAsia="zh-CN"/>
        </w:rPr>
        <w:t xml:space="preserve"> + </w:t>
      </w:r>
      <w:r>
        <w:rPr>
          <w:lang w:eastAsia="zh-CN"/>
        </w:rPr>
        <w:t>碰撞翻转。</w:t>
      </w:r>
    </w:p>
    <w:p w14:paraId="0E2514B3" w14:textId="77777777" w:rsidR="006835FB" w:rsidRDefault="00000000">
      <w:pPr>
        <w:ind w:left="850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爆炸：范围伤害（玩家</w:t>
      </w:r>
      <w:r>
        <w:rPr>
          <w:lang w:eastAsia="zh-CN"/>
        </w:rPr>
        <w:t>/</w:t>
      </w:r>
      <w:r>
        <w:rPr>
          <w:lang w:eastAsia="zh-CN"/>
        </w:rPr>
        <w:t>怪物，越近越重）</w:t>
      </w:r>
      <w:r>
        <w:rPr>
          <w:lang w:eastAsia="zh-CN"/>
        </w:rPr>
        <w:t xml:space="preserve">+ </w:t>
      </w:r>
      <w:r>
        <w:rPr>
          <w:lang w:eastAsia="zh-CN"/>
        </w:rPr>
        <w:t>冲击波震动</w:t>
      </w:r>
      <w:r>
        <w:rPr>
          <w:lang w:eastAsia="zh-CN"/>
        </w:rPr>
        <w:t xml:space="preserve"> + </w:t>
      </w:r>
      <w:r>
        <w:rPr>
          <w:lang w:eastAsia="zh-CN"/>
        </w:rPr>
        <w:t>音效（音量随距离衰减）</w:t>
      </w:r>
      <w:r>
        <w:rPr>
          <w:lang w:eastAsia="zh-CN"/>
        </w:rPr>
        <w:t xml:space="preserve">+ </w:t>
      </w:r>
      <w:r>
        <w:rPr>
          <w:lang w:eastAsia="zh-CN"/>
        </w:rPr>
        <w:t>程序生成特效（火光</w:t>
      </w:r>
      <w:r>
        <w:rPr>
          <w:lang w:eastAsia="zh-CN"/>
        </w:rPr>
        <w:t>/</w:t>
      </w:r>
      <w:r>
        <w:rPr>
          <w:lang w:eastAsia="zh-CN"/>
        </w:rPr>
        <w:t>碎沫</w:t>
      </w:r>
      <w:r>
        <w:rPr>
          <w:lang w:eastAsia="zh-CN"/>
        </w:rPr>
        <w:t>/</w:t>
      </w:r>
      <w:r>
        <w:rPr>
          <w:lang w:eastAsia="zh-CN"/>
        </w:rPr>
        <w:t>弹片</w:t>
      </w:r>
      <w:r>
        <w:rPr>
          <w:lang w:eastAsia="zh-CN"/>
        </w:rPr>
        <w:t>/</w:t>
      </w:r>
      <w:r>
        <w:rPr>
          <w:lang w:eastAsia="zh-CN"/>
        </w:rPr>
        <w:t>水波环）。</w:t>
      </w:r>
    </w:p>
    <w:p w14:paraId="3F97DE36" w14:textId="77777777" w:rsidR="006835FB" w:rsidRDefault="00000000">
      <w:pPr>
        <w:ind w:left="850" w:hanging="283"/>
      </w:pPr>
      <w:r>
        <w:t xml:space="preserve">• </w:t>
      </w:r>
      <w:proofErr w:type="spellStart"/>
      <w:r>
        <w:rPr>
          <w:rFonts w:ascii="Consolas" w:hAnsi="Consolas"/>
          <w:shd w:val="clear" w:color="auto" w:fill="EEEEEE"/>
        </w:rPr>
        <w:t>get_fuse_</w:t>
      </w:r>
      <w:proofErr w:type="gramStart"/>
      <w:r>
        <w:rPr>
          <w:rFonts w:ascii="Consolas" w:hAnsi="Consolas"/>
          <w:shd w:val="clear" w:color="auto" w:fill="EEEEEE"/>
        </w:rPr>
        <w:t>progress</w:t>
      </w:r>
      <w:proofErr w:type="spellEnd"/>
      <w:r>
        <w:rPr>
          <w:rFonts w:ascii="Consolas" w:hAnsi="Consolas"/>
          <w:shd w:val="clear" w:color="auto" w:fill="EEEEEE"/>
        </w:rPr>
        <w:t>(</w:t>
      </w:r>
      <w:proofErr w:type="gramEnd"/>
      <w:r>
        <w:rPr>
          <w:rFonts w:ascii="Consolas" w:hAnsi="Consolas"/>
          <w:shd w:val="clear" w:color="auto" w:fill="EEEEEE"/>
        </w:rPr>
        <w:t>)</w:t>
      </w:r>
      <w:r>
        <w:t xml:space="preserve"> </w:t>
      </w:r>
      <w:proofErr w:type="spellStart"/>
      <w:r>
        <w:t>供声纳光斑计算红色闪烁相位</w:t>
      </w:r>
      <w:proofErr w:type="spellEnd"/>
      <w:r>
        <w:t>。</w:t>
      </w:r>
    </w:p>
    <w:p w14:paraId="40348686" w14:textId="77777777" w:rsidR="006835FB" w:rsidRDefault="00000000">
      <w:pPr>
        <w:pStyle w:val="21"/>
      </w:pPr>
      <w:bookmarkStart w:id="18" w:name="_Toc239423956"/>
      <w:r>
        <w:rPr>
          <w:rFonts w:ascii="Arial" w:eastAsia="黑体" w:hAnsi="Arial"/>
        </w:rPr>
        <w:t>6.7 turret</w:t>
      </w:r>
      <w:r>
        <w:rPr>
          <w:rFonts w:ascii="Arial" w:eastAsia="黑体" w:hAnsi="Arial"/>
        </w:rPr>
        <w:t>（连射炮台）</w:t>
      </w:r>
      <w:bookmarkEnd w:id="18"/>
    </w:p>
    <w:p w14:paraId="3A199267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turret_controller.gd</w:t>
      </w:r>
      <w:r>
        <w:t xml:space="preserve"> / </w:t>
      </w:r>
      <w:r>
        <w:rPr>
          <w:rFonts w:ascii="Consolas" w:hAnsi="Consolas"/>
          <w:shd w:val="clear" w:color="auto" w:fill="EEEEEE"/>
        </w:rPr>
        <w:t>rapid_bullet.gd</w:t>
      </w:r>
    </w:p>
    <w:p w14:paraId="02125D74" w14:textId="77777777" w:rsidR="006835FB" w:rsidRDefault="00000000">
      <w:pPr>
        <w:ind w:left="425" w:hanging="283"/>
      </w:pPr>
      <w:r>
        <w:t xml:space="preserve">• </w:t>
      </w:r>
      <w:r>
        <w:t>底座</w:t>
      </w:r>
      <w:r>
        <w:t xml:space="preserve"> + </w:t>
      </w:r>
      <w:r>
        <w:t>炮台各一个</w:t>
      </w:r>
      <w:r>
        <w:t xml:space="preserve"> Sprite3D</w:t>
      </w:r>
      <w:r>
        <w:t>，用</w:t>
      </w:r>
      <w:r>
        <w:rPr>
          <w:b/>
        </w:rPr>
        <w:t>挂载点刚性钉死</w:t>
      </w:r>
      <w:r>
        <w:t>（同怪物身体连接模式）贴在玩家身上。</w:t>
      </w:r>
    </w:p>
    <w:p w14:paraId="1597CB10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射击模式（</w:t>
      </w:r>
      <w:r>
        <w:rPr>
          <w:lang w:eastAsia="zh-CN"/>
        </w:rPr>
        <w:t xml:space="preserve">A </w:t>
      </w:r>
      <w:r>
        <w:rPr>
          <w:lang w:eastAsia="zh-CN"/>
        </w:rPr>
        <w:t>键）：鼠标瞄准（准星平滑跟随</w:t>
      </w:r>
      <w:r>
        <w:rPr>
          <w:lang w:eastAsia="zh-CN"/>
        </w:rPr>
        <w:t xml:space="preserve"> + </w:t>
      </w:r>
      <w:r>
        <w:rPr>
          <w:lang w:eastAsia="zh-CN"/>
        </w:rPr>
        <w:t>移动放大</w:t>
      </w:r>
      <w:r>
        <w:rPr>
          <w:lang w:eastAsia="zh-CN"/>
        </w:rPr>
        <w:t>/</w:t>
      </w:r>
      <w:r>
        <w:rPr>
          <w:lang w:eastAsia="zh-CN"/>
        </w:rPr>
        <w:t>静止缩小），左键连射；炮台朝鼠标旋转（前后角度受限）。</w:t>
      </w:r>
    </w:p>
    <w:p w14:paraId="7B55E6D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枪管</w:t>
      </w:r>
      <w:r>
        <w:rPr>
          <w:b/>
          <w:lang w:eastAsia="zh-CN"/>
        </w:rPr>
        <w:t>过热</w:t>
      </w:r>
      <w:r>
        <w:rPr>
          <w:lang w:eastAsia="zh-CN"/>
        </w:rPr>
        <w:t>：连射升温变红，过热需冷却；过热</w:t>
      </w:r>
      <w:r>
        <w:rPr>
          <w:lang w:eastAsia="zh-CN"/>
        </w:rPr>
        <w:t>/</w:t>
      </w:r>
      <w:r>
        <w:rPr>
          <w:lang w:eastAsia="zh-CN"/>
        </w:rPr>
        <w:t>断电时无法射击。</w:t>
      </w:r>
    </w:p>
    <w:p w14:paraId="29851E7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子弹</w:t>
      </w:r>
      <w:r>
        <w:rPr>
          <w:lang w:eastAsia="zh-CN"/>
        </w:rPr>
        <w:t xml:space="preserve"> 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RapidBullet</w:t>
      </w:r>
      <w:proofErr w:type="spellEnd"/>
      <w:r>
        <w:rPr>
          <w:lang w:eastAsia="zh-CN"/>
        </w:rPr>
        <w:t>：从炮口沿瞄准方向直线射出；断电时发射消耗电池。</w:t>
      </w:r>
    </w:p>
    <w:p w14:paraId="72EEB822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射击</w:t>
      </w:r>
      <w:r>
        <w:rPr>
          <w:lang w:eastAsia="zh-CN"/>
        </w:rPr>
        <w:t>/</w:t>
      </w:r>
      <w:r>
        <w:rPr>
          <w:lang w:eastAsia="zh-CN"/>
        </w:rPr>
        <w:t>旋转音效</w:t>
      </w:r>
      <w:r>
        <w:rPr>
          <w:lang w:eastAsia="zh-CN"/>
        </w:rPr>
        <w:t xml:space="preserve"> + </w:t>
      </w:r>
      <w:r>
        <w:rPr>
          <w:lang w:eastAsia="zh-CN"/>
        </w:rPr>
        <w:t>射击闪光特效。</w:t>
      </w:r>
    </w:p>
    <w:p w14:paraId="4B1AE8B0" w14:textId="77777777" w:rsidR="006835FB" w:rsidRDefault="00000000">
      <w:pPr>
        <w:pStyle w:val="21"/>
      </w:pPr>
      <w:bookmarkStart w:id="19" w:name="_Toc239423957"/>
      <w:r>
        <w:rPr>
          <w:rFonts w:ascii="Arial" w:eastAsia="黑体" w:hAnsi="Arial"/>
        </w:rPr>
        <w:lastRenderedPageBreak/>
        <w:t>6.8 boundary / background / camera / bubble</w:t>
      </w:r>
      <w:bookmarkEnd w:id="19"/>
    </w:p>
    <w:p w14:paraId="625D76FC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boundary</w:t>
      </w:r>
      <w:r>
        <w:t>：</w:t>
      </w:r>
      <w:r>
        <w:rPr>
          <w:rFonts w:ascii="Consolas" w:hAnsi="Consolas"/>
          <w:shd w:val="clear" w:color="auto" w:fill="EEEEEE"/>
        </w:rPr>
        <w:t>BoundaryManager</w:t>
      </w:r>
      <w:r>
        <w:t xml:space="preserve"> </w:t>
      </w:r>
      <w:r>
        <w:t>沿</w:t>
      </w:r>
      <w:r>
        <w:t xml:space="preserve"> </w:t>
      </w:r>
      <w:r>
        <w:rPr>
          <w:rFonts w:ascii="Consolas" w:hAnsi="Consolas"/>
          <w:shd w:val="clear" w:color="auto" w:fill="EEEEEE"/>
        </w:rPr>
        <w:t>map_size</w:t>
      </w:r>
      <w:r>
        <w:t xml:space="preserve"> </w:t>
      </w:r>
      <w:r>
        <w:t>矩形四条边铺静态石头墙（</w:t>
      </w:r>
      <w:r>
        <w:rPr>
          <w:rFonts w:ascii="Consolas" w:hAnsi="Consolas"/>
          <w:shd w:val="clear" w:color="auto" w:fill="EEEEEE"/>
        </w:rPr>
        <w:t>BoundarySegment</w:t>
      </w:r>
      <w:r>
        <w:t>, group="boundary"</w:t>
      </w:r>
      <w:r>
        <w:t>），静态碰撞只推玩家</w:t>
      </w:r>
      <w:r>
        <w:t>/</w:t>
      </w:r>
      <w:r>
        <w:t>怪物。</w:t>
      </w:r>
    </w:p>
    <w:p w14:paraId="36AA9397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background</w:t>
      </w:r>
      <w:r>
        <w:t>：</w:t>
      </w:r>
      <w:r>
        <w:rPr>
          <w:rFonts w:ascii="Consolas" w:hAnsi="Consolas"/>
          <w:shd w:val="clear" w:color="auto" w:fill="EEEEEE"/>
        </w:rPr>
        <w:t>BackgroundManager</w:t>
      </w:r>
      <w:r>
        <w:t xml:space="preserve"> </w:t>
      </w:r>
      <w:r>
        <w:t>流式</w:t>
      </w:r>
      <w:r>
        <w:t xml:space="preserve"> N×N </w:t>
      </w:r>
      <w:r>
        <w:t>瓦片，按格子检查玩家位置，周围</w:t>
      </w:r>
      <w:r>
        <w:t xml:space="preserve"> </w:t>
      </w:r>
      <w:r>
        <w:rPr>
          <w:rFonts w:ascii="Consolas" w:hAnsi="Consolas"/>
          <w:shd w:val="clear" w:color="auto" w:fill="EEEEEE"/>
        </w:rPr>
        <w:t>(view_range*2+1)²</w:t>
      </w:r>
      <w:r>
        <w:t xml:space="preserve"> </w:t>
      </w:r>
      <w:r>
        <w:t>瓦片常驻；瓦片世界尺寸</w:t>
      </w:r>
      <w:r>
        <w:t xml:space="preserve"> = </w:t>
      </w:r>
      <w:r>
        <w:t>贴图像素</w:t>
      </w:r>
      <w:r>
        <w:t xml:space="preserve"> × pixel_size</w:t>
      </w:r>
      <w:r>
        <w:t>，</w:t>
      </w:r>
      <w:r>
        <w:t xml:space="preserve">scale </w:t>
      </w:r>
      <w:r>
        <w:t>保持</w:t>
      </w:r>
      <w:r>
        <w:t xml:space="preserve"> (1,1,1) </w:t>
      </w:r>
      <w:r>
        <w:t>不拉伸。</w:t>
      </w:r>
    </w:p>
    <w:p w14:paraId="48ECCCDD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camera</w:t>
      </w:r>
      <w:r>
        <w:t>：跟随玩家</w:t>
      </w:r>
      <w:r>
        <w:t xml:space="preserve"> + trauma </w:t>
      </w:r>
      <w:r>
        <w:t>指数衰减屏幕震动</w:t>
      </w:r>
      <w:r>
        <w:t xml:space="preserve"> + </w:t>
      </w:r>
      <w:r>
        <w:t>滑轮缩放（</w:t>
      </w:r>
      <w:r>
        <w:t xml:space="preserve">ZoomBar </w:t>
      </w:r>
      <w:r>
        <w:t>联动）。</w:t>
      </w:r>
    </w:p>
    <w:p w14:paraId="3F7C1F4A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bubble</w:t>
      </w:r>
      <w:r>
        <w:t>：</w:t>
      </w:r>
      <w:r>
        <w:rPr>
          <w:rFonts w:ascii="Consolas" w:hAnsi="Consolas"/>
          <w:shd w:val="clear" w:color="auto" w:fill="EEEEEE"/>
        </w:rPr>
        <w:t>Bubble</w:t>
      </w:r>
      <w:r>
        <w:t>（</w:t>
      </w:r>
      <w:r>
        <w:t>Sprite3D</w:t>
      </w:r>
      <w:r>
        <w:t>），生命周期结束</w:t>
      </w:r>
      <w:r>
        <w:t xml:space="preserve"> queue_free</w:t>
      </w:r>
      <w:r>
        <w:t>，淡出。</w:t>
      </w:r>
    </w:p>
    <w:p w14:paraId="17C92E08" w14:textId="77777777" w:rsidR="006835FB" w:rsidRDefault="00000000">
      <w:pPr>
        <w:pStyle w:val="21"/>
      </w:pPr>
      <w:bookmarkStart w:id="20" w:name="_Toc239423958"/>
      <w:r>
        <w:rPr>
          <w:rFonts w:ascii="Arial" w:eastAsia="黑体" w:hAnsi="Arial"/>
        </w:rPr>
        <w:t>6.9 cheat</w:t>
      </w:r>
      <w:r>
        <w:rPr>
          <w:rFonts w:ascii="Arial" w:eastAsia="黑体" w:hAnsi="Arial"/>
        </w:rPr>
        <w:t>（作弊系统）</w:t>
      </w:r>
      <w:bookmarkEnd w:id="20"/>
    </w:p>
    <w:p w14:paraId="1BF79BB6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cheat_model.gd</w:t>
      </w:r>
      <w:r>
        <w:t xml:space="preserve"> / </w:t>
      </w:r>
      <w:r>
        <w:rPr>
          <w:rFonts w:ascii="Consolas" w:hAnsi="Consolas"/>
          <w:shd w:val="clear" w:color="auto" w:fill="EEEEEE"/>
        </w:rPr>
        <w:t>cheat_controller.gd</w:t>
      </w:r>
    </w:p>
    <w:p w14:paraId="051D4E71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CheatModel</w:t>
      </w:r>
      <w:r>
        <w:t xml:space="preserve"> </w:t>
      </w:r>
      <w:r>
        <w:t>存开关：</w:t>
      </w:r>
      <w:r>
        <w:rPr>
          <w:rFonts w:ascii="Consolas" w:hAnsi="Consolas"/>
          <w:shd w:val="clear" w:color="auto" w:fill="EEEEEE"/>
        </w:rPr>
        <w:t>cheats_enabled / godmod / ghost / show_collision</w:t>
      </w:r>
      <w:r>
        <w:t>。</w:t>
      </w:r>
    </w:p>
    <w:p w14:paraId="5056F6CD" w14:textId="77777777" w:rsidR="006835FB" w:rsidRDefault="00000000">
      <w:pPr>
        <w:ind w:left="425" w:hanging="283"/>
      </w:pPr>
      <w:r>
        <w:t xml:space="preserve">• </w:t>
      </w:r>
      <w:r>
        <w:t>指令（详见</w:t>
      </w:r>
      <w:r>
        <w:t xml:space="preserve">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作弊码说明</w:t>
      </w:r>
      <w:r>
        <w:rPr>
          <w:rFonts w:ascii="Consolas" w:hAnsi="Consolas"/>
          <w:shd w:val="clear" w:color="auto" w:fill="EEEEEE"/>
        </w:rPr>
        <w:t>.txt</w:t>
      </w:r>
      <w:r>
        <w:t>）：</w:t>
      </w:r>
      <w:r>
        <w:rPr>
          <w:rFonts w:ascii="Consolas" w:hAnsi="Consolas"/>
          <w:shd w:val="clear" w:color="auto" w:fill="EEEEEE"/>
        </w:rPr>
        <w:t>&gt;Cheats</w:t>
      </w:r>
      <w:r>
        <w:t>、</w:t>
      </w:r>
      <w:r>
        <w:rPr>
          <w:rFonts w:ascii="Consolas" w:hAnsi="Consolas"/>
          <w:shd w:val="clear" w:color="auto" w:fill="EEEEEE"/>
        </w:rPr>
        <w:t>&gt;Disable cheats</w:t>
      </w:r>
      <w:r>
        <w:t>、</w:t>
      </w:r>
      <w:r>
        <w:rPr>
          <w:rFonts w:ascii="Consolas" w:hAnsi="Consolas"/>
          <w:shd w:val="clear" w:color="auto" w:fill="EEEEEE"/>
        </w:rPr>
        <w:t>&gt;Godmod</w:t>
      </w:r>
      <w:r>
        <w:t>、</w:t>
      </w:r>
      <w:r>
        <w:rPr>
          <w:rFonts w:ascii="Consolas" w:hAnsi="Consolas"/>
          <w:shd w:val="clear" w:color="auto" w:fill="EEEEEE"/>
        </w:rPr>
        <w:t>&gt;Clear</w:t>
      </w:r>
      <w:r>
        <w:t>、</w:t>
      </w:r>
      <w:r>
        <w:rPr>
          <w:rFonts w:ascii="Consolas" w:hAnsi="Consolas"/>
          <w:shd w:val="clear" w:color="auto" w:fill="EEEEEE"/>
        </w:rPr>
        <w:t>&gt;Rotten</w:t>
      </w:r>
      <w:r>
        <w:t>、</w:t>
      </w:r>
      <w:r>
        <w:rPr>
          <w:rFonts w:ascii="Consolas" w:hAnsi="Consolas"/>
          <w:shd w:val="clear" w:color="auto" w:fill="EEEEEE"/>
        </w:rPr>
        <w:t>&gt;Item tool/electricFix set|add x</w:t>
      </w:r>
      <w:r>
        <w:t>、</w:t>
      </w:r>
      <w:r>
        <w:rPr>
          <w:rFonts w:ascii="Consolas" w:hAnsi="Consolas"/>
          <w:shd w:val="clear" w:color="auto" w:fill="EEEEEE"/>
        </w:rPr>
        <w:t>&gt;Ghost</w:t>
      </w:r>
      <w:r>
        <w:t>、</w:t>
      </w:r>
      <w:r>
        <w:rPr>
          <w:rFonts w:ascii="Consolas" w:hAnsi="Consolas"/>
          <w:shd w:val="clear" w:color="auto" w:fill="EEEEEE"/>
        </w:rPr>
        <w:t>&gt;speed set x</w:t>
      </w:r>
      <w:r>
        <w:t>、</w:t>
      </w:r>
      <w:r>
        <w:rPr>
          <w:rFonts w:ascii="Consolas" w:hAnsi="Consolas"/>
          <w:shd w:val="clear" w:color="auto" w:fill="EEEEEE"/>
        </w:rPr>
        <w:t>&gt;Collision volume Show|NOT</w:t>
      </w:r>
      <w:r>
        <w:t>、</w:t>
      </w:r>
      <w:r>
        <w:rPr>
          <w:rFonts w:ascii="Consolas" w:hAnsi="Consolas"/>
          <w:shd w:val="clear" w:color="auto" w:fill="EEEEEE"/>
        </w:rPr>
        <w:t>&gt;Default</w:t>
      </w:r>
      <w:r>
        <w:t>、</w:t>
      </w:r>
      <w:r>
        <w:rPr>
          <w:rFonts w:ascii="Consolas" w:hAnsi="Consolas"/>
          <w:shd w:val="clear" w:color="auto" w:fill="EEEEEE"/>
        </w:rPr>
        <w:t>&gt;Spawn XXX</w:t>
      </w:r>
      <w:r>
        <w:t>。</w:t>
      </w:r>
    </w:p>
    <w:p w14:paraId="334707B1" w14:textId="77777777" w:rsidR="006835FB" w:rsidRDefault="00000000">
      <w:pPr>
        <w:pStyle w:val="21"/>
      </w:pPr>
      <w:bookmarkStart w:id="21" w:name="_Toc239423959"/>
      <w:r>
        <w:rPr>
          <w:rFonts w:ascii="Arial" w:eastAsia="黑体" w:hAnsi="Arial"/>
        </w:rPr>
        <w:t>6.10 crew</w:t>
      </w:r>
      <w:r>
        <w:rPr>
          <w:rFonts w:ascii="Arial" w:eastAsia="黑体" w:hAnsi="Arial"/>
        </w:rPr>
        <w:t>（船员语录）</w:t>
      </w:r>
      <w:bookmarkEnd w:id="21"/>
    </w:p>
    <w:p w14:paraId="46FED662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crew_quotes.gd</w:t>
      </w:r>
      <w:r>
        <w:t xml:space="preserve"> + </w:t>
      </w:r>
      <w:r>
        <w:rPr>
          <w:rFonts w:ascii="Consolas" w:hAnsi="Consolas"/>
          <w:shd w:val="clear" w:color="auto" w:fill="EEEEEE"/>
        </w:rPr>
        <w:t>content/text/submarine_crew_quotes.json</w:t>
      </w:r>
    </w:p>
    <w:p w14:paraId="39735993" w14:textId="77777777" w:rsidR="006835FB" w:rsidRDefault="00000000">
      <w:pPr>
        <w:ind w:left="425" w:hanging="283"/>
      </w:pPr>
      <w:r>
        <w:t xml:space="preserve">• </w:t>
      </w:r>
      <w:r>
        <w:t>事件触发时在聊天框显示随机船员语录（机修</w:t>
      </w:r>
      <w:r>
        <w:t>/</w:t>
      </w:r>
      <w:r>
        <w:t>助理</w:t>
      </w:r>
      <w:r>
        <w:t>/</w:t>
      </w:r>
      <w:r>
        <w:t>电工</w:t>
      </w:r>
      <w:r>
        <w:t>/</w:t>
      </w:r>
      <w:r>
        <w:t>医生四种人设）。</w:t>
      </w:r>
    </w:p>
    <w:p w14:paraId="19402C6E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trigger(event_id, sub_event)</w:t>
      </w:r>
      <w:r>
        <w:t xml:space="preserve"> </w:t>
      </w:r>
      <w:r>
        <w:t>单句</w:t>
      </w:r>
      <w:r>
        <w:t xml:space="preserve"> + </w:t>
      </w:r>
      <w:r>
        <w:rPr>
          <w:rFonts w:ascii="Consolas" w:hAnsi="Consolas"/>
          <w:shd w:val="clear" w:color="auto" w:fill="EEEEEE"/>
        </w:rPr>
        <w:t>trigger_chain()</w:t>
      </w:r>
      <w:r>
        <w:t xml:space="preserve"> </w:t>
      </w:r>
      <w:r>
        <w:t>应急对话链。</w:t>
      </w:r>
    </w:p>
    <w:p w14:paraId="4DF52B23" w14:textId="77777777" w:rsidR="006835FB" w:rsidRDefault="00000000">
      <w:pPr>
        <w:ind w:left="425" w:hanging="283"/>
      </w:pPr>
      <w:r>
        <w:t xml:space="preserve">• </w:t>
      </w:r>
      <w:r>
        <w:t>事件：</w:t>
      </w:r>
      <w:r>
        <w:t>hull_breach</w:t>
      </w:r>
      <w:r>
        <w:t>（进水）、</w:t>
      </w:r>
      <w:r>
        <w:t>power_outage</w:t>
      </w:r>
      <w:r>
        <w:t>（停电）、</w:t>
      </w:r>
      <w:r>
        <w:t>weapon_system</w:t>
      </w:r>
      <w:r>
        <w:t>（过热</w:t>
      </w:r>
      <w:r>
        <w:t>/</w:t>
      </w:r>
      <w:r>
        <w:t>投弹）、</w:t>
      </w:r>
      <w:r>
        <w:t>dragon_swarm</w:t>
      </w:r>
      <w:r>
        <w:t>（龙群）、</w:t>
      </w:r>
      <w:r>
        <w:t>parasite_pull</w:t>
      </w:r>
      <w:r>
        <w:t>（被拖拽）、</w:t>
      </w:r>
      <w:r>
        <w:t>under_attack</w:t>
      </w:r>
      <w:r>
        <w:t>、</w:t>
      </w:r>
      <w:r>
        <w:t>oxygen_low</w:t>
      </w:r>
      <w:r>
        <w:t>（缺氧）。</w:t>
      </w:r>
    </w:p>
    <w:p w14:paraId="5184B9E0" w14:textId="77777777" w:rsidR="006835FB" w:rsidRDefault="00000000">
      <w:pPr>
        <w:pStyle w:val="21"/>
      </w:pPr>
      <w:bookmarkStart w:id="22" w:name="_Toc239423960"/>
      <w:r>
        <w:rPr>
          <w:rFonts w:ascii="Arial" w:eastAsia="黑体" w:hAnsi="Arial"/>
        </w:rPr>
        <w:t>6.11 endsite</w:t>
      </w:r>
      <w:r>
        <w:rPr>
          <w:rFonts w:ascii="Arial" w:eastAsia="黑体" w:hAnsi="Arial"/>
        </w:rPr>
        <w:t>（终点站）</w:t>
      </w:r>
      <w:bookmarkEnd w:id="22"/>
    </w:p>
    <w:p w14:paraId="6BDBB03F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end_site.gd</w:t>
      </w:r>
    </w:p>
    <w:p w14:paraId="660553F9" w14:textId="77777777" w:rsidR="006835FB" w:rsidRDefault="00000000">
      <w:pPr>
        <w:ind w:left="425" w:hanging="283"/>
      </w:pPr>
      <w:r>
        <w:t xml:space="preserve">• </w:t>
      </w:r>
      <w:r>
        <w:t>静态物体：贴图</w:t>
      </w:r>
      <w:r>
        <w:t xml:space="preserve"> + </w:t>
      </w:r>
      <w:r>
        <w:t>多个可调矩形碰撞体积</w:t>
      </w:r>
      <w:r>
        <w:t xml:space="preserve"> + </w:t>
      </w:r>
      <w:r>
        <w:t>声纳标记（</w:t>
      </w:r>
      <w:r>
        <w:t>group="sonar_marker"</w:t>
      </w:r>
      <w:r>
        <w:t>）。</w:t>
      </w:r>
    </w:p>
    <w:p w14:paraId="757377A8" w14:textId="77777777" w:rsidR="006835FB" w:rsidRDefault="00000000">
      <w:pPr>
        <w:ind w:left="425" w:hanging="283"/>
      </w:pPr>
      <w:r>
        <w:t xml:space="preserve">• </w:t>
      </w:r>
      <w:r>
        <w:t>玩家距离标记点低于</w:t>
      </w:r>
      <w:r>
        <w:t xml:space="preserve"> </w:t>
      </w:r>
      <w:r>
        <w:rPr>
          <w:rFonts w:ascii="Consolas" w:hAnsi="Consolas"/>
          <w:shd w:val="clear" w:color="auto" w:fill="EEEEEE"/>
        </w:rPr>
        <w:t>win_distance</w:t>
      </w:r>
      <w:r>
        <w:t>（米）时触发胜利：淡出</w:t>
      </w:r>
      <w:r>
        <w:t xml:space="preserve"> Music/SFX </w:t>
      </w:r>
      <w:r>
        <w:t>总线音量</w:t>
      </w:r>
      <w:r>
        <w:t xml:space="preserve"> + </w:t>
      </w:r>
      <w:r>
        <w:rPr>
          <w:rFonts w:ascii="Consolas" w:hAnsi="Consolas"/>
          <w:shd w:val="clear" w:color="auto" w:fill="EEEEEE"/>
        </w:rPr>
        <w:t>Transition.switch_scene(win_scene)</w:t>
      </w:r>
      <w:r>
        <w:t>。</w:t>
      </w:r>
    </w:p>
    <w:p w14:paraId="69C26010" w14:textId="77777777" w:rsidR="006835FB" w:rsidRDefault="00000000">
      <w:pPr>
        <w:pStyle w:val="21"/>
      </w:pPr>
      <w:bookmarkStart w:id="23" w:name="_Toc239423961"/>
      <w:r>
        <w:rPr>
          <w:rFonts w:ascii="Arial" w:eastAsia="黑体" w:hAnsi="Arial"/>
        </w:rPr>
        <w:lastRenderedPageBreak/>
        <w:t>6.12 map_config</w:t>
      </w:r>
      <w:r>
        <w:rPr>
          <w:rFonts w:ascii="Arial" w:eastAsia="黑体" w:hAnsi="Arial"/>
        </w:rPr>
        <w:t>（地图配置）</w:t>
      </w:r>
      <w:bookmarkEnd w:id="23"/>
    </w:p>
    <w:p w14:paraId="60EC45B7" w14:textId="77777777" w:rsidR="006835FB" w:rsidRDefault="00000000">
      <w:pPr>
        <w:ind w:firstLine="480"/>
        <w:jc w:val="both"/>
      </w:pPr>
      <w:r>
        <w:t>文件：</w:t>
      </w:r>
      <w:r>
        <w:rPr>
          <w:rFonts w:ascii="Consolas" w:hAnsi="Consolas"/>
          <w:shd w:val="clear" w:color="auto" w:fill="EEEEEE"/>
        </w:rPr>
        <w:t>map_config.gd</w:t>
      </w:r>
      <w:r>
        <w:t>（</w:t>
      </w:r>
      <w:r>
        <w:t>group="map_config"</w:t>
      </w:r>
      <w:r>
        <w:t>）</w:t>
      </w:r>
    </w:p>
    <w:p w14:paraId="633B59A4" w14:textId="77777777" w:rsidR="006835FB" w:rsidRDefault="00000000">
      <w:pPr>
        <w:ind w:left="425" w:hanging="283"/>
      </w:pPr>
      <w:r>
        <w:t xml:space="preserve">• </w:t>
      </w:r>
      <w:r>
        <w:t>地图尺寸唯一来源：</w:t>
      </w:r>
      <w:r>
        <w:rPr>
          <w:rFonts w:ascii="Consolas" w:hAnsi="Consolas"/>
          <w:shd w:val="clear" w:color="auto" w:fill="EEEEEE"/>
        </w:rPr>
        <w:t>map_size</w:t>
      </w:r>
      <w:r>
        <w:t>（默认</w:t>
      </w:r>
      <w:r>
        <w:t xml:space="preserve"> 300×200</w:t>
      </w:r>
      <w:r>
        <w:t>）、</w:t>
      </w:r>
      <w:r>
        <w:rPr>
          <w:rFonts w:ascii="Consolas" w:hAnsi="Consolas"/>
          <w:shd w:val="clear" w:color="auto" w:fill="EEEEEE"/>
        </w:rPr>
        <w:t>spawn_inset</w:t>
      </w:r>
      <w:r>
        <w:t>、</w:t>
      </w:r>
      <w:r>
        <w:rPr>
          <w:rFonts w:ascii="Consolas" w:hAnsi="Consolas"/>
          <w:shd w:val="clear" w:color="auto" w:fill="EEEEEE"/>
        </w:rPr>
        <w:t>monster_margin</w:t>
      </w:r>
      <w:r>
        <w:t>。</w:t>
      </w:r>
    </w:p>
    <w:p w14:paraId="76EAD27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联动：边界墙范围、怪物生成范围、玩家出生点。</w:t>
      </w:r>
    </w:p>
    <w:p w14:paraId="299878DE" w14:textId="77777777" w:rsidR="006835FB" w:rsidRDefault="00000000">
      <w:pPr>
        <w:pStyle w:val="21"/>
      </w:pPr>
      <w:bookmarkStart w:id="24" w:name="_Toc239423962"/>
      <w:r>
        <w:rPr>
          <w:rFonts w:ascii="Arial" w:eastAsia="黑体" w:hAnsi="Arial"/>
        </w:rPr>
        <w:t xml:space="preserve">6.13 </w:t>
      </w:r>
      <w:proofErr w:type="spellStart"/>
      <w:r>
        <w:rPr>
          <w:rFonts w:ascii="Arial" w:eastAsia="黑体" w:hAnsi="Arial"/>
        </w:rPr>
        <w:t>ui</w:t>
      </w:r>
      <w:r>
        <w:rPr>
          <w:rFonts w:ascii="Arial" w:eastAsia="黑体" w:hAnsi="Arial"/>
        </w:rPr>
        <w:t>（</w:t>
      </w:r>
      <w:r>
        <w:rPr>
          <w:rFonts w:ascii="Arial" w:eastAsia="黑体" w:hAnsi="Arial"/>
        </w:rPr>
        <w:t>UI</w:t>
      </w:r>
      <w:proofErr w:type="spellEnd"/>
      <w:r>
        <w:rPr>
          <w:rFonts w:ascii="Arial" w:eastAsia="黑体" w:hAnsi="Arial"/>
        </w:rPr>
        <w:t xml:space="preserve"> </w:t>
      </w:r>
      <w:proofErr w:type="spellStart"/>
      <w:r>
        <w:rPr>
          <w:rFonts w:ascii="Arial" w:eastAsia="黑体" w:hAnsi="Arial"/>
        </w:rPr>
        <w:t>与场景流程</w:t>
      </w:r>
      <w:proofErr w:type="spellEnd"/>
      <w:r>
        <w:rPr>
          <w:rFonts w:ascii="Arial" w:eastAsia="黑体" w:hAnsi="Arial"/>
        </w:rPr>
        <w:t>）</w:t>
      </w:r>
      <w:bookmarkEnd w:id="24"/>
    </w:p>
    <w:p w14:paraId="5961B67C" w14:textId="77777777" w:rsidR="006835FB" w:rsidRDefault="00000000">
      <w:pPr>
        <w:ind w:firstLine="480"/>
        <w:jc w:val="both"/>
      </w:pPr>
      <w:r>
        <w:t>主要脚本：</w:t>
      </w:r>
      <w:r>
        <w:rPr>
          <w:rFonts w:ascii="Consolas" w:hAnsi="Consolas"/>
          <w:shd w:val="clear" w:color="auto" w:fill="EEEEEE"/>
        </w:rPr>
        <w:t>transition.gd</w:t>
      </w:r>
      <w:r>
        <w:t>（</w:t>
      </w:r>
      <w:r>
        <w:t xml:space="preserve">Autoload </w:t>
      </w:r>
      <w:r>
        <w:t>场景切换）、</w:t>
      </w:r>
      <w:r>
        <w:rPr>
          <w:rFonts w:ascii="Consolas" w:hAnsi="Consolas"/>
          <w:shd w:val="clear" w:color="auto" w:fill="EEEEEE"/>
        </w:rPr>
        <w:t>page_screen.gd</w:t>
      </w:r>
      <w:r>
        <w:t>、</w:t>
      </w:r>
      <w:r>
        <w:rPr>
          <w:rFonts w:ascii="Consolas" w:hAnsi="Consolas"/>
          <w:shd w:val="clear" w:color="auto" w:fill="EEEEEE"/>
        </w:rPr>
        <w:t>menu_screen.gd</w:t>
      </w:r>
      <w:r>
        <w:t>、</w:t>
      </w:r>
      <w:r>
        <w:rPr>
          <w:rFonts w:ascii="Consolas" w:hAnsi="Consolas"/>
          <w:shd w:val="clear" w:color="auto" w:fill="EEEEEE"/>
        </w:rPr>
        <w:t>splash_screen.gd</w:t>
      </w:r>
      <w:r>
        <w:t>、</w:t>
      </w:r>
      <w:r>
        <w:rPr>
          <w:rFonts w:ascii="Consolas" w:hAnsi="Consolas"/>
          <w:shd w:val="clear" w:color="auto" w:fill="EEEEEE"/>
        </w:rPr>
        <w:t>loading_screen.gd</w:t>
      </w:r>
      <w:r>
        <w:t>、</w:t>
      </w:r>
      <w:r>
        <w:rPr>
          <w:rFonts w:ascii="Consolas" w:hAnsi="Consolas"/>
          <w:shd w:val="clear" w:color="auto" w:fill="EEEEEE"/>
        </w:rPr>
        <w:t>instructions_screen.gd</w:t>
      </w:r>
      <w:r>
        <w:t>、</w:t>
      </w:r>
      <w:r>
        <w:rPr>
          <w:rFonts w:ascii="Consolas" w:hAnsi="Consolas"/>
          <w:shd w:val="clear" w:color="auto" w:fill="EEEEEE"/>
        </w:rPr>
        <w:t>tutorial_controller.gd</w:t>
      </w:r>
      <w:r>
        <w:t>（新手引导）、</w:t>
      </w:r>
      <w:r>
        <w:rPr>
          <w:rFonts w:ascii="Consolas" w:hAnsi="Consolas"/>
          <w:shd w:val="clear" w:color="auto" w:fill="EEEEEE"/>
        </w:rPr>
        <w:t>pause_menu.gd</w:t>
      </w:r>
      <w:r>
        <w:t>、</w:t>
      </w:r>
      <w:r>
        <w:rPr>
          <w:rFonts w:ascii="Consolas" w:hAnsi="Consolas"/>
          <w:shd w:val="clear" w:color="auto" w:fill="EEEEEE"/>
        </w:rPr>
        <w:t>end_screen.gd</w:t>
      </w:r>
      <w:r>
        <w:t>、</w:t>
      </w:r>
      <w:r>
        <w:rPr>
          <w:rFonts w:ascii="Consolas" w:hAnsi="Consolas"/>
          <w:shd w:val="clear" w:color="auto" w:fill="EEEEEE"/>
        </w:rPr>
        <w:t>win_end_screen.gd</w:t>
      </w:r>
      <w:r>
        <w:t>、</w:t>
      </w:r>
      <w:r>
        <w:rPr>
          <w:rFonts w:ascii="Consolas" w:hAnsi="Consolas"/>
          <w:shd w:val="clear" w:color="auto" w:fill="EEEEEE"/>
        </w:rPr>
        <w:t>ui_controller.gd</w:t>
      </w:r>
      <w:r>
        <w:t>、</w:t>
      </w:r>
      <w:r>
        <w:rPr>
          <w:rFonts w:ascii="Consolas" w:hAnsi="Consolas"/>
          <w:shd w:val="clear" w:color="auto" w:fill="EEEEEE"/>
        </w:rPr>
        <w:t>text_label.gd</w:t>
      </w:r>
      <w:r>
        <w:t>、</w:t>
      </w:r>
      <w:r>
        <w:rPr>
          <w:rFonts w:ascii="Consolas" w:hAnsi="Consolas"/>
          <w:shd w:val="clear" w:color="auto" w:fill="EEEEEE"/>
        </w:rPr>
        <w:t>warning_icon.gd</w:t>
      </w:r>
      <w:r>
        <w:t>、</w:t>
      </w:r>
      <w:r>
        <w:rPr>
          <w:rFonts w:ascii="Consolas" w:hAnsi="Consolas"/>
          <w:shd w:val="clear" w:color="auto" w:fill="EEEEEE"/>
        </w:rPr>
        <w:t>oxygen_ring.gd</w:t>
      </w:r>
      <w:r>
        <w:t>、</w:t>
      </w:r>
      <w:r>
        <w:rPr>
          <w:rFonts w:ascii="Consolas" w:hAnsi="Consolas"/>
          <w:shd w:val="clear" w:color="auto" w:fill="EEEEEE"/>
        </w:rPr>
        <w:t>weld_ring.gd</w:t>
      </w:r>
      <w:r>
        <w:t>、</w:t>
      </w:r>
      <w:r>
        <w:rPr>
          <w:rFonts w:ascii="Consolas" w:hAnsi="Consolas"/>
          <w:shd w:val="clear" w:color="auto" w:fill="EEEEEE"/>
        </w:rPr>
        <w:t>zoom_bar.gd</w:t>
      </w:r>
      <w:r>
        <w:t>、</w:t>
      </w:r>
      <w:r>
        <w:rPr>
          <w:rFonts w:ascii="Consolas" w:hAnsi="Consolas"/>
          <w:shd w:val="clear" w:color="auto" w:fill="EEEEEE"/>
        </w:rPr>
        <w:t>info_panel.gd</w:t>
      </w:r>
      <w:r>
        <w:t>、</w:t>
      </w:r>
      <w:r>
        <w:rPr>
          <w:rFonts w:ascii="Consolas" w:hAnsi="Consolas"/>
          <w:shd w:val="clear" w:color="auto" w:fill="EEEEEE"/>
        </w:rPr>
        <w:t>chat_ui.gd</w:t>
      </w:r>
      <w:r>
        <w:t>、</w:t>
      </w:r>
      <w:r>
        <w:rPr>
          <w:rFonts w:ascii="Consolas" w:hAnsi="Consolas"/>
          <w:shd w:val="clear" w:color="auto" w:fill="EEEEEE"/>
        </w:rPr>
        <w:t>battery_ui.gd</w:t>
      </w:r>
      <w:r>
        <w:t>、</w:t>
      </w:r>
      <w:r>
        <w:rPr>
          <w:rFonts w:ascii="Consolas" w:hAnsi="Consolas"/>
          <w:shd w:val="clear" w:color="auto" w:fill="EEEEEE"/>
        </w:rPr>
        <w:t>monster_health_bar.gd</w:t>
      </w:r>
      <w:r>
        <w:t>、</w:t>
      </w:r>
      <w:r>
        <w:rPr>
          <w:rFonts w:ascii="Consolas" w:hAnsi="Consolas"/>
          <w:shd w:val="clear" w:color="auto" w:fill="EEEEEE"/>
        </w:rPr>
        <w:t>water_fill.gdshader</w:t>
      </w:r>
      <w:r>
        <w:t>。</w:t>
      </w:r>
    </w:p>
    <w:p w14:paraId="14A2AB16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新手引导</w:t>
      </w:r>
      <w:r>
        <w:t>（</w:t>
      </w:r>
      <w:r>
        <w:t>TutorialController</w:t>
      </w:r>
      <w:r>
        <w:t>，</w:t>
      </w:r>
      <w:r>
        <w:t>layer=900</w:t>
      </w:r>
      <w:r>
        <w:t>）：分阶段（开局停电</w:t>
      </w:r>
      <w:r>
        <w:t xml:space="preserve"> → </w:t>
      </w:r>
      <w:r>
        <w:t>修船壳</w:t>
      </w:r>
      <w:r>
        <w:t xml:space="preserve"> Q → </w:t>
      </w:r>
      <w:r>
        <w:t>修电</w:t>
      </w:r>
      <w:r>
        <w:t xml:space="preserve"> W → </w:t>
      </w:r>
      <w:r>
        <w:t>声纳</w:t>
      </w:r>
      <w:r>
        <w:t xml:space="preserve"> D</w:t>
      </w:r>
      <w:r>
        <w:t>），只放行当前引导按键，长按</w:t>
      </w:r>
      <w:r>
        <w:t xml:space="preserve"> G </w:t>
      </w:r>
      <w:r>
        <w:t>跳过。</w:t>
      </w:r>
    </w:p>
    <w:p w14:paraId="3F8A1E05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30AE740B" w14:textId="77777777" w:rsidR="006835FB" w:rsidRDefault="00000000">
      <w:pPr>
        <w:pStyle w:val="1"/>
        <w:rPr>
          <w:lang w:eastAsia="zh-CN"/>
        </w:rPr>
      </w:pPr>
      <w:bookmarkStart w:id="25" w:name="_Toc239423963"/>
      <w:r>
        <w:rPr>
          <w:rFonts w:ascii="Arial" w:eastAsia="黑体" w:hAnsi="Arial"/>
          <w:lang w:eastAsia="zh-CN"/>
        </w:rPr>
        <w:t>七、核心系统原理</w:t>
      </w:r>
      <w:bookmarkEnd w:id="25"/>
    </w:p>
    <w:p w14:paraId="2FA695C0" w14:textId="26684D6A" w:rsidR="006835FB" w:rsidRDefault="00000000">
      <w:pPr>
        <w:pStyle w:val="21"/>
        <w:rPr>
          <w:lang w:eastAsia="zh-CN"/>
        </w:rPr>
      </w:pPr>
      <w:bookmarkStart w:id="26" w:name="_Toc239423964"/>
      <w:r>
        <w:rPr>
          <w:rFonts w:ascii="Arial" w:eastAsia="黑体" w:hAnsi="Arial"/>
          <w:lang w:eastAsia="zh-CN"/>
        </w:rPr>
        <w:t xml:space="preserve">7.1 </w:t>
      </w:r>
      <w:r>
        <w:rPr>
          <w:rFonts w:ascii="Arial" w:eastAsia="黑体" w:hAnsi="Arial"/>
          <w:lang w:eastAsia="zh-CN"/>
        </w:rPr>
        <w:t>怪物刚性点链</w:t>
      </w:r>
      <w:bookmarkEnd w:id="26"/>
    </w:p>
    <w:p w14:paraId="24CBB2BB" w14:textId="77777777" w:rsidR="006835FB" w:rsidRDefault="00000000">
      <w:pPr>
        <w:ind w:left="425" w:hanging="283"/>
      </w:pPr>
      <w:r>
        <w:t xml:space="preserve">• </w:t>
      </w:r>
      <w:r>
        <w:t>头</w:t>
      </w:r>
      <w:r>
        <w:t xml:space="preserve"> pivot = </w:t>
      </w:r>
      <w:proofErr w:type="spellStart"/>
      <w:proofErr w:type="gramStart"/>
      <w:r>
        <w:rPr>
          <w:rFonts w:ascii="Consolas" w:hAnsi="Consolas"/>
          <w:shd w:val="clear" w:color="auto" w:fill="EEEEEE"/>
        </w:rPr>
        <w:t>model.position</w:t>
      </w:r>
      <w:proofErr w:type="gramEnd"/>
      <w:r>
        <w:t>，由物理驱动</w:t>
      </w:r>
      <w:proofErr w:type="spellEnd"/>
      <w:r>
        <w:t>。</w:t>
      </w:r>
    </w:p>
    <w:p w14:paraId="35946A74" w14:textId="77777777" w:rsidR="006835FB" w:rsidRDefault="00000000">
      <w:pPr>
        <w:ind w:left="425" w:hanging="283"/>
      </w:pPr>
      <w:r>
        <w:t xml:space="preserve">• </w:t>
      </w:r>
      <w:r>
        <w:t>头</w:t>
      </w:r>
      <w:r>
        <w:t xml:space="preserve"> rear </w:t>
      </w:r>
      <w:r>
        <w:t>挂载点</w:t>
      </w:r>
      <w:r>
        <w:t xml:space="preserve"> = </w:t>
      </w:r>
      <w:r>
        <w:t>头</w:t>
      </w:r>
      <w:r>
        <w:t xml:space="preserve"> pivot + </w:t>
      </w:r>
      <w:r>
        <w:t>旋转后的</w:t>
      </w:r>
      <w:r>
        <w:t xml:space="preserve"> </w:t>
      </w:r>
      <w:r>
        <w:rPr>
          <w:rFonts w:ascii="Consolas" w:hAnsi="Consolas"/>
          <w:shd w:val="clear" w:color="auto" w:fill="EEEEEE"/>
        </w:rPr>
        <w:t>head_mount_offset</w:t>
      </w:r>
      <w:r>
        <w:t>。</w:t>
      </w:r>
    </w:p>
    <w:p w14:paraId="19C4B8AA" w14:textId="77777777" w:rsidR="006835FB" w:rsidRDefault="00000000">
      <w:pPr>
        <w:ind w:left="425" w:hanging="283"/>
      </w:pPr>
      <w:r>
        <w:t xml:space="preserve">• </w:t>
      </w:r>
      <w:r>
        <w:t>每个身体部位：</w:t>
      </w:r>
      <w:r>
        <w:t xml:space="preserve">front </w:t>
      </w:r>
      <w:r>
        <w:t>被上一个点</w:t>
      </w:r>
      <w:r>
        <w:t>"</w:t>
      </w:r>
      <w:r>
        <w:t>钉</w:t>
      </w:r>
      <w:r>
        <w:t>"</w:t>
      </w:r>
      <w:r>
        <w:t>住，</w:t>
      </w:r>
      <w:r>
        <w:t xml:space="preserve">rear </w:t>
      </w:r>
      <w:r>
        <w:t>按部位长度在链方向定位，把下一个部位的</w:t>
      </w:r>
      <w:r>
        <w:t xml:space="preserve"> front </w:t>
      </w:r>
      <w:r>
        <w:t>带过去。</w:t>
      </w:r>
    </w:p>
    <w:p w14:paraId="2AED010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相邻部位「前部位</w:t>
      </w:r>
      <w:r>
        <w:rPr>
          <w:lang w:eastAsia="zh-CN"/>
        </w:rPr>
        <w:t xml:space="preserve"> rear</w:t>
      </w:r>
      <w:r>
        <w:rPr>
          <w:lang w:eastAsia="zh-CN"/>
        </w:rPr>
        <w:t>」</w:t>
      </w:r>
      <w:r>
        <w:rPr>
          <w:lang w:eastAsia="zh-CN"/>
        </w:rPr>
        <w:t>≡</w:t>
      </w:r>
      <w:r>
        <w:rPr>
          <w:lang w:eastAsia="zh-CN"/>
        </w:rPr>
        <w:t>「后部位</w:t>
      </w:r>
      <w:r>
        <w:rPr>
          <w:lang w:eastAsia="zh-CN"/>
        </w:rPr>
        <w:t xml:space="preserve"> front</w:t>
      </w:r>
      <w:r>
        <w:rPr>
          <w:lang w:eastAsia="zh-CN"/>
        </w:rPr>
        <w:t>」（同一世界点，无间隙、无弹性）。</w:t>
      </w:r>
    </w:p>
    <w:p w14:paraId="614DA7B6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部位朝向</w:t>
      </w:r>
      <w:r>
        <w:rPr>
          <w:lang w:eastAsia="zh-CN"/>
        </w:rPr>
        <w:t xml:space="preserve"> = </w:t>
      </w:r>
      <w:proofErr w:type="spellStart"/>
      <w:r>
        <w:rPr>
          <w:lang w:eastAsia="zh-CN"/>
        </w:rPr>
        <w:t>front→rear</w:t>
      </w:r>
      <w:proofErr w:type="spellEnd"/>
      <w:r>
        <w:rPr>
          <w:lang w:eastAsia="zh-CN"/>
        </w:rPr>
        <w:t xml:space="preserve"> </w:t>
      </w:r>
      <w:r>
        <w:rPr>
          <w:lang w:eastAsia="zh-CN"/>
        </w:rPr>
        <w:t>连线方向（</w:t>
      </w:r>
      <w:r>
        <w:rPr>
          <w:lang w:eastAsia="zh-CN"/>
        </w:rPr>
        <w:t>atan2</w:t>
      </w:r>
      <w:r>
        <w:rPr>
          <w:lang w:eastAsia="zh-CN"/>
        </w:rPr>
        <w:t>），无弹簧无阻尼无质量。</w:t>
      </w:r>
    </w:p>
    <w:p w14:paraId="7B27CB1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肢体挂在指定身体部位上，随速度正弦摆动（前后肢反相）。</w:t>
      </w:r>
    </w:p>
    <w:p w14:paraId="40A7AA6B" w14:textId="77777777" w:rsidR="006835FB" w:rsidRDefault="00000000">
      <w:pPr>
        <w:pStyle w:val="21"/>
        <w:rPr>
          <w:lang w:eastAsia="zh-CN"/>
        </w:rPr>
      </w:pPr>
      <w:bookmarkStart w:id="27" w:name="_Toc239423965"/>
      <w:r>
        <w:rPr>
          <w:rFonts w:ascii="Arial" w:eastAsia="黑体" w:hAnsi="Arial"/>
          <w:lang w:eastAsia="zh-CN"/>
        </w:rPr>
        <w:lastRenderedPageBreak/>
        <w:t xml:space="preserve">7.2 </w:t>
      </w:r>
      <w:r>
        <w:rPr>
          <w:rFonts w:ascii="Arial" w:eastAsia="黑体" w:hAnsi="Arial"/>
          <w:lang w:eastAsia="zh-CN"/>
        </w:rPr>
        <w:t>电力</w:t>
      </w:r>
      <w:r>
        <w:rPr>
          <w:rFonts w:ascii="Arial" w:eastAsia="黑体" w:hAnsi="Arial"/>
          <w:lang w:eastAsia="zh-CN"/>
        </w:rPr>
        <w:t>/</w:t>
      </w:r>
      <w:r>
        <w:rPr>
          <w:rFonts w:ascii="Arial" w:eastAsia="黑体" w:hAnsi="Arial"/>
          <w:lang w:eastAsia="zh-CN"/>
        </w:rPr>
        <w:t>停电</w:t>
      </w:r>
      <w:r>
        <w:rPr>
          <w:rFonts w:ascii="Arial" w:eastAsia="黑体" w:hAnsi="Arial"/>
          <w:lang w:eastAsia="zh-CN"/>
        </w:rPr>
        <w:t>/</w:t>
      </w:r>
      <w:r>
        <w:rPr>
          <w:rFonts w:ascii="Arial" w:eastAsia="黑体" w:hAnsi="Arial"/>
          <w:lang w:eastAsia="zh-CN"/>
        </w:rPr>
        <w:t>进水灯光状态机</w:t>
      </w:r>
      <w:bookmarkEnd w:id="27"/>
    </w:p>
    <w:p w14:paraId="7B419C04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进水比例决定灯光主图：</w:t>
      </w:r>
    </w:p>
    <w:p w14:paraId="1F0B3ACB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&lt; 40%</w:t>
      </w:r>
      <w:r>
        <w:t>：正常图（</w:t>
      </w:r>
      <w:r>
        <w:t>Player_1</w:t>
      </w:r>
      <w:r>
        <w:t>）</w:t>
      </w:r>
    </w:p>
    <w:p w14:paraId="0CDB429C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40–60%</w:t>
      </w:r>
      <w:r>
        <w:t>：正常</w:t>
      </w:r>
      <w:r>
        <w:t xml:space="preserve"> + </w:t>
      </w:r>
      <w:r>
        <w:t>概率闪烁</w:t>
      </w:r>
    </w:p>
    <w:p w14:paraId="52970B60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60–90%</w:t>
      </w:r>
      <w:r>
        <w:t>：较暗图（</w:t>
      </w:r>
      <w:r>
        <w:t>Player_2</w:t>
      </w:r>
      <w:r>
        <w:t>）</w:t>
      </w:r>
      <w:r>
        <w:t xml:space="preserve">+ </w:t>
      </w:r>
      <w:r>
        <w:t>概率停电闪烁</w:t>
      </w:r>
    </w:p>
    <w:p w14:paraId="079C3E44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≥ 90%</w:t>
      </w:r>
      <w:r>
        <w:t>：必停电，永久锁定无灯图（</w:t>
      </w:r>
      <w:r>
        <w:t>Player_3</w:t>
      </w:r>
      <w:r>
        <w:t>）</w:t>
      </w:r>
    </w:p>
    <w:p w14:paraId="100D68C2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停电判定</w:t>
      </w:r>
      <w:r>
        <w:rPr>
          <w:lang w:eastAsia="zh-CN"/>
        </w:rPr>
        <w:t xml:space="preserve"> 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is_in_blackout</w:t>
      </w:r>
      <w:proofErr w:type="spellEnd"/>
      <w:r>
        <w:rPr>
          <w:rFonts w:ascii="Consolas" w:hAnsi="Consolas"/>
          <w:shd w:val="clear" w:color="auto" w:fill="EEEEEE"/>
          <w:lang w:eastAsia="zh-CN"/>
        </w:rPr>
        <w:t>()</w:t>
      </w:r>
      <w:r>
        <w:rPr>
          <w:lang w:eastAsia="zh-CN"/>
        </w:rPr>
        <w:t>：进水</w:t>
      </w:r>
      <w:r>
        <w:rPr>
          <w:lang w:eastAsia="zh-CN"/>
        </w:rPr>
        <w:t xml:space="preserve"> ≥90% </w:t>
      </w:r>
      <w:r>
        <w:rPr>
          <w:lang w:eastAsia="zh-CN"/>
        </w:rPr>
        <w:t>或</w:t>
      </w:r>
      <w:r>
        <w:rPr>
          <w:lang w:eastAsia="zh-CN"/>
        </w:rPr>
        <w:t xml:space="preserve"> </w:t>
      </w:r>
      <w:r>
        <w:rPr>
          <w:lang w:eastAsia="zh-CN"/>
        </w:rPr>
        <w:t>停电闪烁中</w:t>
      </w:r>
      <w:r>
        <w:rPr>
          <w:lang w:eastAsia="zh-CN"/>
        </w:rPr>
        <w:t xml:space="preserve"> </w:t>
      </w:r>
      <w:r>
        <w:rPr>
          <w:lang w:eastAsia="zh-CN"/>
        </w:rPr>
        <w:t>或</w:t>
      </w:r>
      <w:r>
        <w:rPr>
          <w:lang w:eastAsia="zh-CN"/>
        </w:rPr>
        <w:t xml:space="preserve"> </w:t>
      </w:r>
      <w:r>
        <w:rPr>
          <w:lang w:eastAsia="zh-CN"/>
        </w:rPr>
        <w:t>恢复动画中（电力保护期内不算停电）。修电后进入电力保护期（排水加速</w:t>
      </w:r>
      <w:r>
        <w:rPr>
          <w:lang w:eastAsia="zh-CN"/>
        </w:rPr>
        <w:t xml:space="preserve"> + </w:t>
      </w:r>
      <w:r>
        <w:rPr>
          <w:lang w:eastAsia="zh-CN"/>
        </w:rPr>
        <w:t>锁定正常图</w:t>
      </w:r>
      <w:r>
        <w:rPr>
          <w:lang w:eastAsia="zh-CN"/>
        </w:rPr>
        <w:t xml:space="preserve"> + </w:t>
      </w:r>
      <w:r>
        <w:rPr>
          <w:lang w:eastAsia="zh-CN"/>
        </w:rPr>
        <w:t>屏蔽停电）。</w:t>
      </w:r>
    </w:p>
    <w:p w14:paraId="6D789AD6" w14:textId="77777777" w:rsidR="006835FB" w:rsidRDefault="00000000">
      <w:pPr>
        <w:pStyle w:val="21"/>
        <w:rPr>
          <w:lang w:eastAsia="zh-CN"/>
        </w:rPr>
      </w:pPr>
      <w:bookmarkStart w:id="28" w:name="_Toc239423966"/>
      <w:r>
        <w:rPr>
          <w:rFonts w:ascii="Arial" w:eastAsia="黑体" w:hAnsi="Arial"/>
          <w:lang w:eastAsia="zh-CN"/>
        </w:rPr>
        <w:t xml:space="preserve">7.3 </w:t>
      </w:r>
      <w:r>
        <w:rPr>
          <w:rFonts w:ascii="Arial" w:eastAsia="黑体" w:hAnsi="Arial"/>
          <w:lang w:eastAsia="zh-CN"/>
        </w:rPr>
        <w:t>进水</w:t>
      </w:r>
      <w:r>
        <w:rPr>
          <w:rFonts w:ascii="Arial" w:eastAsia="黑体" w:hAnsi="Arial"/>
          <w:lang w:eastAsia="zh-CN"/>
        </w:rPr>
        <w:t xml:space="preserve"> → </w:t>
      </w:r>
      <w:r>
        <w:rPr>
          <w:rFonts w:ascii="Arial" w:eastAsia="黑体" w:hAnsi="Arial"/>
          <w:lang w:eastAsia="zh-CN"/>
        </w:rPr>
        <w:t>下沉</w:t>
      </w:r>
      <w:r>
        <w:rPr>
          <w:rFonts w:ascii="Arial" w:eastAsia="黑体" w:hAnsi="Arial"/>
          <w:lang w:eastAsia="zh-CN"/>
        </w:rPr>
        <w:t xml:space="preserve"> → </w:t>
      </w:r>
      <w:r>
        <w:rPr>
          <w:rFonts w:ascii="Arial" w:eastAsia="黑体" w:hAnsi="Arial"/>
          <w:lang w:eastAsia="zh-CN"/>
        </w:rPr>
        <w:t>缺氧</w:t>
      </w:r>
      <w:r>
        <w:rPr>
          <w:rFonts w:ascii="Arial" w:eastAsia="黑体" w:hAnsi="Arial"/>
          <w:lang w:eastAsia="zh-CN"/>
        </w:rPr>
        <w:t xml:space="preserve"> → </w:t>
      </w:r>
      <w:r>
        <w:rPr>
          <w:rFonts w:ascii="Arial" w:eastAsia="黑体" w:hAnsi="Arial"/>
          <w:lang w:eastAsia="zh-CN"/>
        </w:rPr>
        <w:t>失败的连锁</w:t>
      </w:r>
      <w:bookmarkEnd w:id="28"/>
    </w:p>
    <w:p w14:paraId="46D90511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船壳破损</w:t>
      </w:r>
      <w:r>
        <w:rPr>
          <w:lang w:eastAsia="zh-CN"/>
        </w:rPr>
        <w:t xml:space="preserve"> → </w:t>
      </w:r>
      <w:r>
        <w:rPr>
          <w:lang w:eastAsia="zh-CN"/>
        </w:rPr>
        <w:t>进水加速</w:t>
      </w:r>
      <w:r>
        <w:rPr>
          <w:lang w:eastAsia="zh-CN"/>
        </w:rPr>
        <w:t xml:space="preserve"> → </w:t>
      </w:r>
      <w:r>
        <w:rPr>
          <w:lang w:eastAsia="zh-CN"/>
        </w:rPr>
        <w:t>进水越多越下沉（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inflow_sink_force</w:t>
      </w:r>
      <w:proofErr w:type="spellEnd"/>
      <w:r>
        <w:rPr>
          <w:lang w:eastAsia="zh-CN"/>
        </w:rPr>
        <w:t>）</w:t>
      </w:r>
      <w:r>
        <w:rPr>
          <w:lang w:eastAsia="zh-CN"/>
        </w:rPr>
        <w:t xml:space="preserve">→ </w:t>
      </w:r>
      <w:r>
        <w:rPr>
          <w:lang w:eastAsia="zh-CN"/>
        </w:rPr>
        <w:t>进水超</w:t>
      </w:r>
      <w:r>
        <w:rPr>
          <w:lang w:eastAsia="zh-CN"/>
        </w:rPr>
        <w:t xml:space="preserve"> 60% </w:t>
      </w:r>
      <w:r>
        <w:rPr>
          <w:lang w:eastAsia="zh-CN"/>
        </w:rPr>
        <w:t>开始耗氧</w:t>
      </w:r>
      <w:r>
        <w:rPr>
          <w:lang w:eastAsia="zh-CN"/>
        </w:rPr>
        <w:t xml:space="preserve"> → </w:t>
      </w:r>
      <w:r>
        <w:rPr>
          <w:lang w:eastAsia="zh-CN"/>
        </w:rPr>
        <w:t>氧气耗尽</w:t>
      </w:r>
      <w:r>
        <w:rPr>
          <w:lang w:eastAsia="zh-CN"/>
        </w:rPr>
        <w:t xml:space="preserve"> → </w:t>
      </w:r>
      <w:r>
        <w:rPr>
          <w:lang w:eastAsia="zh-CN"/>
        </w:rPr>
        <w:t>失败结束页。</w:t>
      </w:r>
    </w:p>
    <w:p w14:paraId="0EA44ACD" w14:textId="77777777" w:rsidR="006835FB" w:rsidRDefault="006835FB">
      <w:pPr>
        <w:pBdr>
          <w:bottom w:val="single" w:sz="6" w:space="1" w:color="AAAAAA"/>
        </w:pBdr>
        <w:spacing w:before="120" w:after="120"/>
        <w:rPr>
          <w:lang w:eastAsia="zh-CN"/>
        </w:rPr>
      </w:pPr>
    </w:p>
    <w:p w14:paraId="4FD643FB" w14:textId="77777777" w:rsidR="006835FB" w:rsidRDefault="00000000">
      <w:pPr>
        <w:pStyle w:val="1"/>
        <w:rPr>
          <w:lang w:eastAsia="zh-CN"/>
        </w:rPr>
      </w:pPr>
      <w:bookmarkStart w:id="29" w:name="_Toc239423967"/>
      <w:r>
        <w:rPr>
          <w:rFonts w:ascii="Arial" w:eastAsia="黑体" w:hAnsi="Arial"/>
          <w:lang w:eastAsia="zh-CN"/>
        </w:rPr>
        <w:t>八、数值配置概要</w:t>
      </w:r>
      <w:bookmarkEnd w:id="29"/>
    </w:p>
    <w:p w14:paraId="69FAE626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全部可在</w:t>
      </w:r>
      <w:r>
        <w:rPr>
          <w:lang w:eastAsia="zh-CN"/>
        </w:rPr>
        <w:t xml:space="preserve"> Inspector </w:t>
      </w:r>
      <w:r>
        <w:rPr>
          <w:lang w:eastAsia="zh-CN"/>
        </w:rPr>
        <w:t>调整的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@export</w:t>
      </w:r>
      <w:r>
        <w:rPr>
          <w:lang w:eastAsia="zh-CN"/>
        </w:rPr>
        <w:t xml:space="preserve"> </w:t>
      </w:r>
      <w:r>
        <w:rPr>
          <w:lang w:eastAsia="zh-CN"/>
        </w:rPr>
        <w:t>数值汇总在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content/text/</w:t>
      </w:r>
      <w:r>
        <w:rPr>
          <w:rFonts w:ascii="Consolas" w:hAnsi="Consolas"/>
          <w:shd w:val="clear" w:color="auto" w:fill="EEEEEE"/>
          <w:lang w:eastAsia="zh-CN"/>
        </w:rPr>
        <w:t>游戏数值配置表</w:t>
      </w:r>
      <w:r>
        <w:rPr>
          <w:rFonts w:ascii="Consolas" w:hAnsi="Consolas"/>
          <w:shd w:val="clear" w:color="auto" w:fill="EEEEEE"/>
          <w:lang w:eastAsia="zh-CN"/>
        </w:rPr>
        <w:t>.txt</w:t>
      </w:r>
      <w:r>
        <w:rPr>
          <w:lang w:eastAsia="zh-CN"/>
        </w:rPr>
        <w:t>，共二十节，覆盖：玩家物理</w:t>
      </w:r>
      <w:r>
        <w:rPr>
          <w:lang w:eastAsia="zh-CN"/>
        </w:rPr>
        <w:t>/</w:t>
      </w:r>
      <w:r>
        <w:rPr>
          <w:lang w:eastAsia="zh-CN"/>
        </w:rPr>
        <w:t>碰撞</w:t>
      </w:r>
      <w:r>
        <w:rPr>
          <w:lang w:eastAsia="zh-CN"/>
        </w:rPr>
        <w:t>/</w:t>
      </w:r>
      <w:r>
        <w:rPr>
          <w:lang w:eastAsia="zh-CN"/>
        </w:rPr>
        <w:t>灯光</w:t>
      </w:r>
      <w:r>
        <w:rPr>
          <w:lang w:eastAsia="zh-CN"/>
        </w:rPr>
        <w:t>/</w:t>
      </w:r>
      <w:r>
        <w:rPr>
          <w:lang w:eastAsia="zh-CN"/>
        </w:rPr>
        <w:t>血量进水氧气深度</w:t>
      </w:r>
      <w:r>
        <w:rPr>
          <w:lang w:eastAsia="zh-CN"/>
        </w:rPr>
        <w:t>/</w:t>
      </w:r>
      <w:r>
        <w:rPr>
          <w:lang w:eastAsia="zh-CN"/>
        </w:rPr>
        <w:t>工具</w:t>
      </w:r>
      <w:r>
        <w:rPr>
          <w:lang w:eastAsia="zh-CN"/>
        </w:rPr>
        <w:t>/</w:t>
      </w:r>
      <w:r>
        <w:rPr>
          <w:lang w:eastAsia="zh-CN"/>
        </w:rPr>
        <w:t>音效、石头、相机、箭头、背景、气泡、声纳、</w:t>
      </w:r>
      <w:r>
        <w:rPr>
          <w:lang w:eastAsia="zh-CN"/>
        </w:rPr>
        <w:t xml:space="preserve">UI </w:t>
      </w:r>
      <w:r>
        <w:rPr>
          <w:lang w:eastAsia="zh-CN"/>
        </w:rPr>
        <w:t>通用元素、氧气圆环、信息面板、电焊圆环、缩放条、警告图标、文本标签、开场页等。</w:t>
      </w:r>
    </w:p>
    <w:p w14:paraId="595C2435" w14:textId="77777777" w:rsidR="006835FB" w:rsidRDefault="00000000">
      <w:pPr>
        <w:ind w:firstLine="480"/>
        <w:jc w:val="both"/>
        <w:rPr>
          <w:lang w:eastAsia="zh-CN"/>
        </w:rPr>
      </w:pPr>
      <w:r>
        <w:rPr>
          <w:b/>
          <w:lang w:eastAsia="zh-CN"/>
        </w:rPr>
        <w:t>关键默认值</w:t>
      </w:r>
      <w:r>
        <w:rPr>
          <w:lang w:eastAsia="zh-CN"/>
        </w:rPr>
        <w:t>：玩家缩放固定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(0.05,0.05,</w:t>
      </w:r>
      <w:proofErr w:type="gramStart"/>
      <w:r>
        <w:rPr>
          <w:rFonts w:ascii="Consolas" w:hAnsi="Consolas"/>
          <w:shd w:val="clear" w:color="auto" w:fill="EEEEEE"/>
          <w:lang w:eastAsia="zh-CN"/>
        </w:rPr>
        <w:t>0.05)</w:t>
      </w:r>
      <w:proofErr w:type="gramEnd"/>
      <w:r>
        <w:rPr>
          <w:lang w:eastAsia="zh-CN"/>
        </w:rPr>
        <w:t>；质量</w:t>
      </w:r>
      <w:r>
        <w:rPr>
          <w:lang w:eastAsia="zh-CN"/>
        </w:rPr>
        <w:t xml:space="preserve"> 10</w:t>
      </w:r>
      <w:r>
        <w:rPr>
          <w:lang w:eastAsia="zh-CN"/>
        </w:rPr>
        <w:t>；推力</w:t>
      </w:r>
      <w:r>
        <w:rPr>
          <w:lang w:eastAsia="zh-CN"/>
        </w:rPr>
        <w:t xml:space="preserve"> 8</w:t>
      </w:r>
      <w:r>
        <w:rPr>
          <w:lang w:eastAsia="zh-CN"/>
        </w:rPr>
        <w:t>；水阻</w:t>
      </w:r>
      <w:r>
        <w:rPr>
          <w:lang w:eastAsia="zh-CN"/>
        </w:rPr>
        <w:t xml:space="preserve"> 2</w:t>
      </w:r>
      <w:r>
        <w:rPr>
          <w:lang w:eastAsia="zh-CN"/>
        </w:rPr>
        <w:t>；</w:t>
      </w:r>
      <w:proofErr w:type="spellStart"/>
      <w:r>
        <w:rPr>
          <w:lang w:eastAsia="zh-CN"/>
        </w:rPr>
        <w:t>max_speed</w:t>
      </w:r>
      <w:proofErr w:type="spellEnd"/>
      <w:r>
        <w:rPr>
          <w:lang w:eastAsia="zh-CN"/>
        </w:rPr>
        <w:t xml:space="preserve"> 3</w:t>
      </w:r>
      <w:r>
        <w:rPr>
          <w:lang w:eastAsia="zh-CN"/>
        </w:rPr>
        <w:t>；船壳</w:t>
      </w:r>
      <w:r>
        <w:rPr>
          <w:lang w:eastAsia="zh-CN"/>
        </w:rPr>
        <w:t xml:space="preserve"> 100</w:t>
      </w:r>
      <w:r>
        <w:rPr>
          <w:lang w:eastAsia="zh-CN"/>
        </w:rPr>
        <w:t>；氧气</w:t>
      </w:r>
      <w:r>
        <w:rPr>
          <w:lang w:eastAsia="zh-CN"/>
        </w:rPr>
        <w:t xml:space="preserve"> 100</w:t>
      </w:r>
      <w:r>
        <w:rPr>
          <w:lang w:eastAsia="zh-CN"/>
        </w:rPr>
        <w:t>；开局深度</w:t>
      </w:r>
      <w:r>
        <w:rPr>
          <w:lang w:eastAsia="zh-CN"/>
        </w:rPr>
        <w:t xml:space="preserve"> 4235 </w:t>
      </w:r>
      <w:r>
        <w:rPr>
          <w:lang w:eastAsia="zh-CN"/>
        </w:rPr>
        <w:t>米；声纳清晰半径</w:t>
      </w:r>
      <w:r>
        <w:rPr>
          <w:lang w:eastAsia="zh-CN"/>
        </w:rPr>
        <w:t xml:space="preserve"> 0.3</w:t>
      </w:r>
      <w:r>
        <w:rPr>
          <w:lang w:eastAsia="zh-CN"/>
        </w:rPr>
        <w:t>、黑暗半径</w:t>
      </w:r>
      <w:r>
        <w:rPr>
          <w:lang w:eastAsia="zh-CN"/>
        </w:rPr>
        <w:t xml:space="preserve"> 3.0</w:t>
      </w:r>
      <w:r>
        <w:rPr>
          <w:lang w:eastAsia="zh-CN"/>
        </w:rPr>
        <w:t>。</w:t>
      </w:r>
    </w:p>
    <w:p w14:paraId="3EE5EE61" w14:textId="77777777" w:rsidR="006835FB" w:rsidRDefault="006835FB">
      <w:pPr>
        <w:pBdr>
          <w:bottom w:val="single" w:sz="6" w:space="1" w:color="AAAAAA"/>
        </w:pBdr>
        <w:spacing w:before="120" w:after="120"/>
        <w:rPr>
          <w:lang w:eastAsia="zh-CN"/>
        </w:rPr>
      </w:pPr>
    </w:p>
    <w:p w14:paraId="15F6D303" w14:textId="77777777" w:rsidR="006835FB" w:rsidRDefault="00000000">
      <w:pPr>
        <w:pStyle w:val="1"/>
        <w:rPr>
          <w:lang w:eastAsia="zh-CN"/>
        </w:rPr>
      </w:pPr>
      <w:bookmarkStart w:id="30" w:name="_Toc239423968"/>
      <w:r>
        <w:rPr>
          <w:rFonts w:ascii="Arial" w:eastAsia="黑体" w:hAnsi="Arial"/>
          <w:lang w:eastAsia="zh-CN"/>
        </w:rPr>
        <w:t>九、模块间通信约定</w:t>
      </w:r>
      <w:bookmarkEnd w:id="30"/>
    </w:p>
    <w:p w14:paraId="3909D06A" w14:textId="77777777" w:rsidR="006835FB" w:rsidRDefault="00000000">
      <w:pPr>
        <w:ind w:firstLine="480"/>
        <w:jc w:val="both"/>
        <w:rPr>
          <w:lang w:eastAsia="zh-CN"/>
        </w:rPr>
      </w:pPr>
      <w:r>
        <w:rPr>
          <w:b/>
          <w:lang w:eastAsia="zh-CN"/>
        </w:rPr>
        <w:t>通过</w:t>
      </w:r>
      <w:r>
        <w:rPr>
          <w:b/>
          <w:lang w:eastAsia="zh-CN"/>
        </w:rPr>
        <w:t xml:space="preserve"> group </w:t>
      </w:r>
      <w:r>
        <w:rPr>
          <w:b/>
          <w:lang w:eastAsia="zh-CN"/>
        </w:rPr>
        <w:t>查找，禁止硬编码路径</w:t>
      </w:r>
      <w:r>
        <w:rPr>
          <w:lang w:eastAsia="zh-CN"/>
        </w:rPr>
        <w:t>：</w:t>
      </w:r>
    </w:p>
    <w:p w14:paraId="488D406F" w14:textId="77777777" w:rsidR="006835FB" w:rsidRDefault="00000000">
      <w:pPr>
        <w:ind w:left="425" w:hanging="283"/>
      </w:pPr>
      <w:r>
        <w:t xml:space="preserve">• </w:t>
      </w:r>
      <w:proofErr w:type="spellStart"/>
      <w:r>
        <w:t>玩家：</w:t>
      </w:r>
      <w:r>
        <w:rPr>
          <w:rFonts w:ascii="Consolas" w:hAnsi="Consolas"/>
          <w:shd w:val="clear" w:color="auto" w:fill="EEEEEE"/>
        </w:rPr>
        <w:t>get_tree</w:t>
      </w:r>
      <w:proofErr w:type="spellEnd"/>
      <w:r>
        <w:rPr>
          <w:rFonts w:ascii="Consolas" w:hAnsi="Consolas"/>
          <w:shd w:val="clear" w:color="auto" w:fill="EEEEEE"/>
        </w:rPr>
        <w:t>(</w:t>
      </w:r>
      <w:proofErr w:type="gramStart"/>
      <w:r>
        <w:rPr>
          <w:rFonts w:ascii="Consolas" w:hAnsi="Consolas"/>
          <w:shd w:val="clear" w:color="auto" w:fill="EEEEEE"/>
        </w:rPr>
        <w:t>).</w:t>
      </w:r>
      <w:proofErr w:type="spellStart"/>
      <w:r>
        <w:rPr>
          <w:rFonts w:ascii="Consolas" w:hAnsi="Consolas"/>
          <w:shd w:val="clear" w:color="auto" w:fill="EEEEEE"/>
        </w:rPr>
        <w:t>get</w:t>
      </w:r>
      <w:proofErr w:type="gramEnd"/>
      <w:r>
        <w:rPr>
          <w:rFonts w:ascii="Consolas" w:hAnsi="Consolas"/>
          <w:shd w:val="clear" w:color="auto" w:fill="EEEEEE"/>
        </w:rPr>
        <w:t>_first_node_in_group</w:t>
      </w:r>
      <w:proofErr w:type="spellEnd"/>
      <w:r>
        <w:rPr>
          <w:rFonts w:ascii="Consolas" w:hAnsi="Consolas"/>
          <w:shd w:val="clear" w:color="auto" w:fill="EEEEEE"/>
        </w:rPr>
        <w:t>("player")</w:t>
      </w:r>
      <w:r>
        <w:t xml:space="preserve"> → </w:t>
      </w:r>
      <w:proofErr w:type="spellStart"/>
      <w:r>
        <w:t>PlayerController</w:t>
      </w:r>
      <w:proofErr w:type="spellEnd"/>
    </w:p>
    <w:p w14:paraId="6DEDB890" w14:textId="77777777" w:rsidR="006835FB" w:rsidRDefault="00000000">
      <w:pPr>
        <w:ind w:left="425" w:hanging="283"/>
      </w:pPr>
      <w:r>
        <w:t xml:space="preserve">• </w:t>
      </w:r>
      <w:r>
        <w:t>石头：</w:t>
      </w:r>
      <w:r>
        <w:rPr>
          <w:rFonts w:ascii="Consolas" w:hAnsi="Consolas"/>
          <w:shd w:val="clear" w:color="auto" w:fill="EEEEEE"/>
        </w:rPr>
        <w:t>get_nodes_in_group("rock")</w:t>
      </w:r>
      <w:r>
        <w:t xml:space="preserve"> → RockController</w:t>
      </w:r>
    </w:p>
    <w:p w14:paraId="53CE6F23" w14:textId="77777777" w:rsidR="006835FB" w:rsidRDefault="00000000">
      <w:pPr>
        <w:ind w:left="425" w:hanging="283"/>
      </w:pPr>
      <w:r>
        <w:t xml:space="preserve">• </w:t>
      </w:r>
      <w:r>
        <w:t>怪物：</w:t>
      </w:r>
      <w:r>
        <w:rPr>
          <w:rFonts w:ascii="Consolas" w:hAnsi="Consolas"/>
          <w:shd w:val="clear" w:color="auto" w:fill="EEEEEE"/>
        </w:rPr>
        <w:t>get_nodes_in_group("monster")</w:t>
      </w:r>
      <w:r>
        <w:t xml:space="preserve"> → BaseMonsterController</w:t>
      </w:r>
    </w:p>
    <w:p w14:paraId="318A7140" w14:textId="77777777" w:rsidR="006835FB" w:rsidRDefault="00000000">
      <w:pPr>
        <w:ind w:left="425" w:hanging="283"/>
      </w:pPr>
      <w:r>
        <w:lastRenderedPageBreak/>
        <w:t xml:space="preserve">• </w:t>
      </w:r>
      <w:r>
        <w:t>声纳：</w:t>
      </w:r>
      <w:r>
        <w:rPr>
          <w:rFonts w:ascii="Consolas" w:hAnsi="Consolas"/>
          <w:shd w:val="clear" w:color="auto" w:fill="EEEEEE"/>
        </w:rPr>
        <w:t>get_first_node_in_group("sonar")</w:t>
      </w:r>
      <w:r>
        <w:t xml:space="preserve"> → SonarController</w:t>
      </w:r>
    </w:p>
    <w:p w14:paraId="27276E6E" w14:textId="77777777" w:rsidR="006835FB" w:rsidRDefault="00000000">
      <w:pPr>
        <w:ind w:left="425" w:hanging="283"/>
      </w:pPr>
      <w:r>
        <w:t xml:space="preserve">• </w:t>
      </w:r>
      <w:r>
        <w:t>作弊：</w:t>
      </w:r>
      <w:r>
        <w:rPr>
          <w:rFonts w:ascii="Consolas" w:hAnsi="Consolas"/>
          <w:shd w:val="clear" w:color="auto" w:fill="EEEEEE"/>
        </w:rPr>
        <w:t>get_first_node_in_group("cheat")</w:t>
      </w:r>
      <w:r>
        <w:t xml:space="preserve"> → CheatController</w:t>
      </w:r>
    </w:p>
    <w:p w14:paraId="2EC4450F" w14:textId="77777777" w:rsidR="006835FB" w:rsidRDefault="00000000">
      <w:pPr>
        <w:ind w:left="425" w:hanging="283"/>
      </w:pPr>
      <w:r>
        <w:t xml:space="preserve">• </w:t>
      </w:r>
      <w:r>
        <w:t>边界：</w:t>
      </w:r>
      <w:r>
        <w:rPr>
          <w:rFonts w:ascii="Consolas" w:hAnsi="Consolas"/>
          <w:shd w:val="clear" w:color="auto" w:fill="EEEEEE"/>
        </w:rPr>
        <w:t>get_nodes_in_group("boundary")</w:t>
      </w:r>
      <w:r>
        <w:t xml:space="preserve"> → BoundarySegment</w:t>
      </w:r>
    </w:p>
    <w:p w14:paraId="3A9A14C9" w14:textId="77777777" w:rsidR="006835FB" w:rsidRDefault="00000000">
      <w:pPr>
        <w:ind w:left="425" w:hanging="283"/>
      </w:pPr>
      <w:r>
        <w:t xml:space="preserve">• </w:t>
      </w:r>
      <w:r>
        <w:t>地图配置：</w:t>
      </w:r>
      <w:r>
        <w:rPr>
          <w:rFonts w:ascii="Consolas" w:hAnsi="Consolas"/>
          <w:shd w:val="clear" w:color="auto" w:fill="EEEEEE"/>
        </w:rPr>
        <w:t>get_first_node_in_group("map_config")</w:t>
      </w:r>
      <w:r>
        <w:t xml:space="preserve"> → MapConfig</w:t>
      </w:r>
    </w:p>
    <w:p w14:paraId="441C2FAC" w14:textId="77777777" w:rsidR="006835FB" w:rsidRDefault="00000000">
      <w:pPr>
        <w:ind w:left="425" w:hanging="283"/>
      </w:pPr>
      <w:r>
        <w:t xml:space="preserve">• </w:t>
      </w:r>
      <w:r>
        <w:t>船员语录：</w:t>
      </w:r>
      <w:r>
        <w:rPr>
          <w:rFonts w:ascii="Consolas" w:hAnsi="Consolas"/>
          <w:shd w:val="clear" w:color="auto" w:fill="EEEEEE"/>
        </w:rPr>
        <w:t>get_first_node_in_group("crew_quotes")</w:t>
      </w:r>
      <w:r>
        <w:t xml:space="preserve"> → CrewQuotes</w:t>
      </w:r>
    </w:p>
    <w:p w14:paraId="085DAC5C" w14:textId="77777777" w:rsidR="006835FB" w:rsidRDefault="00000000">
      <w:pPr>
        <w:ind w:left="425" w:hanging="283"/>
      </w:pPr>
      <w:r>
        <w:t xml:space="preserve">• </w:t>
      </w:r>
      <w:r>
        <w:t>深水炸弹：</w:t>
      </w:r>
      <w:r>
        <w:rPr>
          <w:rFonts w:ascii="Consolas" w:hAnsi="Consolas"/>
          <w:shd w:val="clear" w:color="auto" w:fill="EEEEEE"/>
        </w:rPr>
        <w:t>get_nodes_in_group("bomb")</w:t>
      </w:r>
    </w:p>
    <w:p w14:paraId="0CA9F4DB" w14:textId="77777777" w:rsidR="006835FB" w:rsidRDefault="00000000">
      <w:pPr>
        <w:ind w:left="425" w:hanging="283"/>
      </w:pPr>
      <w:r>
        <w:t xml:space="preserve">• </w:t>
      </w:r>
      <w:r>
        <w:t>终点站：</w:t>
      </w:r>
      <w:r>
        <w:rPr>
          <w:rFonts w:ascii="Consolas" w:hAnsi="Consolas"/>
          <w:shd w:val="clear" w:color="auto" w:fill="EEEEEE"/>
        </w:rPr>
        <w:t>get_nodes_in_group("endsite")</w:t>
      </w:r>
      <w:r>
        <w:t xml:space="preserve"> / </w:t>
      </w:r>
      <w:r>
        <w:rPr>
          <w:rFonts w:ascii="Consolas" w:hAnsi="Consolas"/>
          <w:shd w:val="clear" w:color="auto" w:fill="EEEEEE"/>
        </w:rPr>
        <w:t>sonar_marker</w:t>
      </w:r>
    </w:p>
    <w:p w14:paraId="6F232835" w14:textId="77777777" w:rsidR="006835FB" w:rsidRDefault="00000000">
      <w:pPr>
        <w:ind w:firstLine="480"/>
        <w:jc w:val="both"/>
      </w:pPr>
      <w:proofErr w:type="spellStart"/>
      <w:r>
        <w:rPr>
          <w:b/>
        </w:rPr>
        <w:t>跨模块数据访问</w:t>
      </w:r>
      <w:r>
        <w:t>：只读</w:t>
      </w:r>
      <w:proofErr w:type="spellEnd"/>
      <w:r>
        <w:t xml:space="preserve"> </w:t>
      </w:r>
      <w:proofErr w:type="spellStart"/>
      <w:r>
        <w:rPr>
          <w:rFonts w:ascii="Consolas" w:hAnsi="Consolas"/>
          <w:shd w:val="clear" w:color="auto" w:fill="EEEEEE"/>
        </w:rPr>
        <w:t>Controller.model</w:t>
      </w:r>
      <w:proofErr w:type="spellEnd"/>
      <w:r>
        <w:t xml:space="preserve"> </w:t>
      </w:r>
      <w:proofErr w:type="spellStart"/>
      <w:r>
        <w:t>上的公开字段（如</w:t>
      </w:r>
      <w:proofErr w:type="spellEnd"/>
      <w:r>
        <w:t xml:space="preserve"> </w:t>
      </w:r>
      <w:proofErr w:type="gramStart"/>
      <w:r>
        <w:rPr>
          <w:rFonts w:ascii="Consolas" w:hAnsi="Consolas"/>
          <w:shd w:val="clear" w:color="auto" w:fill="EEEEEE"/>
        </w:rPr>
        <w:t>player.model</w:t>
      </w:r>
      <w:proofErr w:type="gramEnd"/>
      <w:r>
        <w:rPr>
          <w:rFonts w:ascii="Consolas" w:hAnsi="Consolas"/>
          <w:shd w:val="clear" w:color="auto" w:fill="EEEEEE"/>
        </w:rPr>
        <w:t>.current_direction/current_force/position/velocity</w:t>
      </w:r>
      <w:r>
        <w:t>、</w:t>
      </w:r>
      <w:proofErr w:type="gramStart"/>
      <w:r>
        <w:rPr>
          <w:rFonts w:ascii="Consolas" w:hAnsi="Consolas"/>
          <w:shd w:val="clear" w:color="auto" w:fill="EEEEEE"/>
        </w:rPr>
        <w:t>monster.model</w:t>
      </w:r>
      <w:proofErr w:type="gramEnd"/>
      <w:r>
        <w:rPr>
          <w:rFonts w:ascii="Consolas" w:hAnsi="Consolas"/>
          <w:shd w:val="clear" w:color="auto" w:fill="EEEEEE"/>
        </w:rPr>
        <w:t>.collision_boxes</w:t>
      </w:r>
      <w:r>
        <w:t>、</w:t>
      </w:r>
      <w:proofErr w:type="gramStart"/>
      <w:r>
        <w:rPr>
          <w:rFonts w:ascii="Consolas" w:hAnsi="Consolas"/>
          <w:shd w:val="clear" w:color="auto" w:fill="EEEEEE"/>
        </w:rPr>
        <w:t>sonar.sonar</w:t>
      </w:r>
      <w:proofErr w:type="gramEnd"/>
      <w:r>
        <w:rPr>
          <w:rFonts w:ascii="Consolas" w:hAnsi="Consolas"/>
          <w:shd w:val="clear" w:color="auto" w:fill="EEEEEE"/>
        </w:rPr>
        <w:t>_active</w:t>
      </w:r>
      <w:r>
        <w:t>）。</w:t>
      </w:r>
    </w:p>
    <w:p w14:paraId="34CF4F12" w14:textId="77777777" w:rsidR="003E5E2E" w:rsidRDefault="003E5E2E">
      <w:pPr>
        <w:ind w:firstLine="480"/>
        <w:jc w:val="both"/>
        <w:rPr>
          <w:b/>
          <w:spacing w:val="-20"/>
          <w:lang w:eastAsia="zh-CN"/>
        </w:rPr>
      </w:pPr>
      <w:r>
        <w:rPr>
          <w:rFonts w:hint="eastAsia"/>
          <w:b/>
          <w:spacing w:val="-20"/>
          <w:lang w:eastAsia="zh-CN"/>
        </w:rPr>
        <w:t>信号：</w:t>
      </w:r>
    </w:p>
    <w:p w14:paraId="53FDD56F" w14:textId="1072CF0C" w:rsidR="00C91267" w:rsidRPr="007A35AC" w:rsidRDefault="003E5E2E" w:rsidP="007A35AC">
      <w:pPr>
        <w:ind w:firstLine="480"/>
        <w:jc w:val="both"/>
        <w:rPr>
          <w:b/>
          <w:spacing w:val="-20"/>
          <w:lang w:eastAsia="zh-CN"/>
        </w:rPr>
      </w:pPr>
      <w:r>
        <w:rPr>
          <w:rFonts w:ascii="Consolas" w:hAnsi="Consolas"/>
          <w:shd w:val="clear" w:color="auto" w:fill="EEEEEE"/>
        </w:rPr>
        <w:t>PlayerModel</w:t>
      </w:r>
      <w:bookmarkStart w:id="31" w:name="OLE_LINK1"/>
      <w:r w:rsidR="00C91267">
        <w:rPr>
          <w:rFonts w:hint="eastAsia"/>
          <w:lang w:eastAsia="zh-CN"/>
        </w:rPr>
        <w:t>(</w:t>
      </w:r>
      <w:r w:rsidR="00000000">
        <w:t>position_changed/hull_hp_changed/inflow_hp_changed/oxygen_changed</w:t>
      </w:r>
      <w:bookmarkEnd w:id="31"/>
      <w:r w:rsidR="00C91267">
        <w:rPr>
          <w:rFonts w:hint="eastAsia"/>
          <w:lang w:eastAsia="zh-CN"/>
        </w:rPr>
        <w:t>)</w:t>
      </w:r>
    </w:p>
    <w:p w14:paraId="32CA715D" w14:textId="6879BA86" w:rsidR="006835FB" w:rsidRPr="007A35AC" w:rsidRDefault="00000000" w:rsidP="007A35AC">
      <w:pPr>
        <w:ind w:leftChars="200" w:left="480"/>
        <w:jc w:val="both"/>
        <w:rPr>
          <w:rFonts w:ascii="Consolas" w:hAnsi="Consolas" w:hint="eastAsia"/>
          <w:shd w:val="clear" w:color="auto" w:fill="EEEEEE"/>
        </w:rPr>
      </w:pPr>
      <w:proofErr w:type="spellStart"/>
      <w:r>
        <w:rPr>
          <w:rFonts w:ascii="Consolas" w:hAnsi="Consolas"/>
          <w:shd w:val="clear" w:color="auto" w:fill="EEEEEE"/>
        </w:rPr>
        <w:t>BaseMonsterModel</w:t>
      </w:r>
      <w:proofErr w:type="spellEnd"/>
      <w:r w:rsidR="00C91267">
        <w:rPr>
          <w:rFonts w:hint="eastAsia"/>
          <w:lang w:eastAsia="zh-CN"/>
        </w:rPr>
        <w:t>(</w:t>
      </w:r>
      <w:proofErr w:type="spellStart"/>
      <w:r>
        <w:t>position_changed</w:t>
      </w:r>
      <w:proofErr w:type="spellEnd"/>
      <w:r>
        <w:t>/</w:t>
      </w:r>
      <w:proofErr w:type="spellStart"/>
      <w:r>
        <w:t>hp_changed</w:t>
      </w:r>
      <w:proofErr w:type="spellEnd"/>
      <w:r>
        <w:t>/died</w:t>
      </w:r>
      <w:r w:rsidR="00C91267">
        <w:rPr>
          <w:rFonts w:hint="eastAsia"/>
          <w:lang w:eastAsia="zh-CN"/>
        </w:rPr>
        <w:t>)</w:t>
      </w:r>
    </w:p>
    <w:p w14:paraId="1B6BDD38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14127E6B" w14:textId="03A2AF3D" w:rsidR="006835FB" w:rsidRDefault="00000000">
      <w:pPr>
        <w:pStyle w:val="1"/>
        <w:rPr>
          <w:lang w:eastAsia="zh-CN"/>
        </w:rPr>
      </w:pPr>
      <w:bookmarkStart w:id="32" w:name="_Toc239423969"/>
      <w:r>
        <w:rPr>
          <w:rFonts w:ascii="Arial" w:eastAsia="黑体" w:hAnsi="Arial"/>
          <w:lang w:eastAsia="zh-CN"/>
        </w:rPr>
        <w:t>十、硬约束清单</w:t>
      </w:r>
      <w:bookmarkEnd w:id="32"/>
    </w:p>
    <w:p w14:paraId="248896E1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1. </w:t>
      </w:r>
      <w:r>
        <w:rPr>
          <w:lang w:eastAsia="zh-CN"/>
        </w:rPr>
        <w:t>玩家缩放固定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Vector3(0.05,0.05,</w:t>
      </w:r>
      <w:proofErr w:type="gramStart"/>
      <w:r>
        <w:rPr>
          <w:rFonts w:ascii="Consolas" w:hAnsi="Consolas"/>
          <w:shd w:val="clear" w:color="auto" w:fill="EEEEEE"/>
          <w:lang w:eastAsia="zh-CN"/>
        </w:rPr>
        <w:t>0.05)</w:t>
      </w:r>
      <w:r>
        <w:rPr>
          <w:lang w:eastAsia="zh-CN"/>
        </w:rPr>
        <w:t>。</w:t>
      </w:r>
      <w:proofErr w:type="gramEnd"/>
    </w:p>
    <w:p w14:paraId="2710FE92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2. </w:t>
      </w:r>
      <w:r>
        <w:rPr>
          <w:lang w:eastAsia="zh-CN"/>
        </w:rPr>
        <w:t>无箭头输入时推力归零（仅惯性</w:t>
      </w:r>
      <w:r>
        <w:rPr>
          <w:lang w:eastAsia="zh-CN"/>
        </w:rPr>
        <w:t xml:space="preserve"> + </w:t>
      </w:r>
      <w:r>
        <w:rPr>
          <w:lang w:eastAsia="zh-CN"/>
        </w:rPr>
        <w:t>摩擦</w:t>
      </w:r>
      <w:r>
        <w:rPr>
          <w:lang w:eastAsia="zh-CN"/>
        </w:rPr>
        <w:t xml:space="preserve"> + </w:t>
      </w:r>
      <w:r>
        <w:rPr>
          <w:lang w:eastAsia="zh-CN"/>
        </w:rPr>
        <w:t>洋流）。</w:t>
      </w:r>
    </w:p>
    <w:p w14:paraId="5202EFCB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3. </w:t>
      </w:r>
      <w:r>
        <w:rPr>
          <w:lang w:eastAsia="zh-CN"/>
        </w:rPr>
        <w:t>进水</w:t>
      </w:r>
      <w:r>
        <w:rPr>
          <w:lang w:eastAsia="zh-CN"/>
        </w:rPr>
        <w:t xml:space="preserve"> ≥90% </w:t>
      </w:r>
      <w:r>
        <w:rPr>
          <w:lang w:eastAsia="zh-CN"/>
        </w:rPr>
        <w:t>永久锁定无灯图，屏蔽所有闪烁</w:t>
      </w:r>
      <w:r>
        <w:rPr>
          <w:lang w:eastAsia="zh-CN"/>
        </w:rPr>
        <w:t>/</w:t>
      </w:r>
      <w:r>
        <w:rPr>
          <w:lang w:eastAsia="zh-CN"/>
        </w:rPr>
        <w:t>停电触发。</w:t>
      </w:r>
    </w:p>
    <w:p w14:paraId="55B626E5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4. </w:t>
      </w:r>
      <w:r>
        <w:rPr>
          <w:lang w:eastAsia="zh-CN"/>
        </w:rPr>
        <w:t>修电动作只在停电时可用。</w:t>
      </w:r>
    </w:p>
    <w:p w14:paraId="47FF0B76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5. </w:t>
      </w:r>
      <w:r>
        <w:rPr>
          <w:lang w:eastAsia="zh-CN"/>
        </w:rPr>
        <w:t>工具使用</w:t>
      </w:r>
      <w:proofErr w:type="gramStart"/>
      <w:r>
        <w:rPr>
          <w:lang w:eastAsia="zh-CN"/>
        </w:rPr>
        <w:t>次数</w:t>
      </w:r>
      <w:r>
        <w:rPr>
          <w:lang w:eastAsia="zh-CN"/>
        </w:rPr>
        <w:t xml:space="preserve"> &gt;</w:t>
      </w:r>
      <w:proofErr w:type="gramEnd"/>
      <w:r>
        <w:rPr>
          <w:lang w:eastAsia="zh-CN"/>
        </w:rPr>
        <w:t xml:space="preserve">0 </w:t>
      </w:r>
      <w:r>
        <w:rPr>
          <w:lang w:eastAsia="zh-CN"/>
        </w:rPr>
        <w:t>才能开始电焊</w:t>
      </w:r>
      <w:r>
        <w:rPr>
          <w:lang w:eastAsia="zh-CN"/>
        </w:rPr>
        <w:t>/</w:t>
      </w:r>
      <w:r>
        <w:rPr>
          <w:lang w:eastAsia="zh-CN"/>
        </w:rPr>
        <w:t>修电；完成动作才消耗次数。</w:t>
      </w:r>
    </w:p>
    <w:p w14:paraId="1E6799C4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6. </w:t>
      </w:r>
      <w:r>
        <w:rPr>
          <w:lang w:eastAsia="zh-CN"/>
        </w:rPr>
        <w:t>电力保护期内不算停电。</w:t>
      </w:r>
    </w:p>
    <w:p w14:paraId="0782BD4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7. MVC </w:t>
      </w:r>
      <w:r>
        <w:rPr>
          <w:lang w:eastAsia="zh-CN"/>
        </w:rPr>
        <w:t>数据流不得跳层。</w:t>
      </w:r>
    </w:p>
    <w:p w14:paraId="3DA36AA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8. </w:t>
      </w:r>
      <w:r>
        <w:rPr>
          <w:lang w:eastAsia="zh-CN"/>
        </w:rPr>
        <w:t>碰撞用</w:t>
      </w:r>
      <w:r>
        <w:rPr>
          <w:lang w:eastAsia="zh-CN"/>
        </w:rPr>
        <w:t xml:space="preserve"> group </w:t>
      </w:r>
      <w:r>
        <w:rPr>
          <w:lang w:eastAsia="zh-CN"/>
        </w:rPr>
        <w:t>查找，禁止硬编码节点路径。</w:t>
      </w:r>
    </w:p>
    <w:p w14:paraId="413ECB01" w14:textId="77777777" w:rsidR="006835FB" w:rsidRDefault="00000000">
      <w:pPr>
        <w:ind w:left="425" w:hanging="283"/>
      </w:pPr>
      <w:r>
        <w:t xml:space="preserve">9. </w:t>
      </w:r>
      <w:proofErr w:type="spellStart"/>
      <w:r>
        <w:t>怪物硬约束：必须继承</w:t>
      </w:r>
      <w:proofErr w:type="spellEnd"/>
      <w:r>
        <w:t xml:space="preserve"> </w:t>
      </w:r>
      <w:proofErr w:type="spellStart"/>
      <w:r>
        <w:t>BaseMonster</w:t>
      </w:r>
      <w:proofErr w:type="spellEnd"/>
      <w:r>
        <w:t>*</w:t>
      </w:r>
      <w:r>
        <w:t>、</w:t>
      </w:r>
      <w:r>
        <w:t>group="monster"</w:t>
      </w:r>
      <w:r>
        <w:t>、</w:t>
      </w:r>
      <w:proofErr w:type="spellStart"/>
      <w:r>
        <w:t>头部唯一主控点、死亡</w:t>
      </w:r>
      <w:proofErr w:type="spellEnd"/>
      <w:r>
        <w:t xml:space="preserve"> </w:t>
      </w:r>
      <w:proofErr w:type="spellStart"/>
      <w:r>
        <w:t>queue_free</w:t>
      </w:r>
      <w:r>
        <w:t>、洋流始终作用</w:t>
      </w:r>
      <w:proofErr w:type="spellEnd"/>
      <w:r>
        <w:t>。</w:t>
      </w:r>
    </w:p>
    <w:p w14:paraId="20FEAC66" w14:textId="77777777" w:rsidR="006835FB" w:rsidRDefault="00000000">
      <w:pPr>
        <w:ind w:left="425" w:hanging="283"/>
      </w:pPr>
      <w:r>
        <w:t xml:space="preserve">10. </w:t>
      </w:r>
      <w:r>
        <w:t>聊天框打开期间禁用潜艇操作与快捷键（</w:t>
      </w:r>
      <w:r>
        <w:t>Q/W/</w:t>
      </w:r>
      <w:r>
        <w:t>左键</w:t>
      </w:r>
      <w:r>
        <w:t>/</w:t>
      </w:r>
      <w:r>
        <w:t>右键</w:t>
      </w:r>
      <w:r>
        <w:t>/D/ESC/</w:t>
      </w:r>
      <w:r>
        <w:t>滚轮</w:t>
      </w:r>
      <w:r>
        <w:t>/</w:t>
      </w:r>
      <w:r>
        <w:t>任意键切场景）。</w:t>
      </w:r>
    </w:p>
    <w:p w14:paraId="65288005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11. </w:t>
      </w:r>
      <w:r>
        <w:rPr>
          <w:lang w:eastAsia="zh-CN"/>
        </w:rPr>
        <w:t>身体部位更新顺序固定：头部物理</w:t>
      </w:r>
      <w:r>
        <w:rPr>
          <w:lang w:eastAsia="zh-CN"/>
        </w:rPr>
        <w:t xml:space="preserve"> → </w:t>
      </w:r>
      <w:r>
        <w:rPr>
          <w:lang w:eastAsia="zh-CN"/>
        </w:rPr>
        <w:t>身体点链跟随</w:t>
      </w:r>
      <w:r>
        <w:rPr>
          <w:lang w:eastAsia="zh-CN"/>
        </w:rPr>
        <w:t xml:space="preserve"> → </w:t>
      </w:r>
      <w:r>
        <w:rPr>
          <w:lang w:eastAsia="zh-CN"/>
        </w:rPr>
        <w:t>视图同步。</w:t>
      </w:r>
    </w:p>
    <w:p w14:paraId="5DC43E25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lastRenderedPageBreak/>
        <w:t xml:space="preserve">12. </w:t>
      </w:r>
      <w:r>
        <w:rPr>
          <w:lang w:eastAsia="zh-CN"/>
        </w:rPr>
        <w:t>怪物碰撞可视化：头</w:t>
      </w:r>
      <w:r>
        <w:rPr>
          <w:lang w:eastAsia="zh-CN"/>
        </w:rPr>
        <w:t>/</w:t>
      </w:r>
      <w:r>
        <w:rPr>
          <w:lang w:eastAsia="zh-CN"/>
        </w:rPr>
        <w:t>身体</w:t>
      </w:r>
      <w:r>
        <w:rPr>
          <w:lang w:eastAsia="zh-CN"/>
        </w:rPr>
        <w:t>/</w:t>
      </w:r>
      <w:r>
        <w:rPr>
          <w:lang w:eastAsia="zh-CN"/>
        </w:rPr>
        <w:t>肢体</w:t>
      </w:r>
      <w:r>
        <w:rPr>
          <w:lang w:eastAsia="zh-CN"/>
        </w:rPr>
        <w:t xml:space="preserve"> OBB </w:t>
      </w:r>
      <w:r>
        <w:rPr>
          <w:lang w:eastAsia="zh-CN"/>
        </w:rPr>
        <w:t>重叠去重存入</w:t>
      </w:r>
      <w:r>
        <w:rPr>
          <w:lang w:eastAsia="zh-CN"/>
        </w:rPr>
        <w:t xml:space="preserve"> 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collision_boxes</w:t>
      </w:r>
      <w:proofErr w:type="spellEnd"/>
      <w:r>
        <w:rPr>
          <w:lang w:eastAsia="zh-CN"/>
        </w:rPr>
        <w:t>。</w:t>
      </w:r>
    </w:p>
    <w:p w14:paraId="4C90F4B9" w14:textId="77777777" w:rsidR="006835FB" w:rsidRDefault="006835FB">
      <w:pPr>
        <w:pBdr>
          <w:bottom w:val="single" w:sz="6" w:space="1" w:color="AAAAAA"/>
        </w:pBdr>
        <w:spacing w:before="120" w:after="120"/>
        <w:rPr>
          <w:lang w:eastAsia="zh-CN"/>
        </w:rPr>
      </w:pPr>
    </w:p>
    <w:p w14:paraId="70092A88" w14:textId="77777777" w:rsidR="006835FB" w:rsidRDefault="00000000">
      <w:pPr>
        <w:pStyle w:val="1"/>
        <w:rPr>
          <w:lang w:eastAsia="zh-CN"/>
        </w:rPr>
      </w:pPr>
      <w:bookmarkStart w:id="33" w:name="_Toc239423970"/>
      <w:r>
        <w:rPr>
          <w:rFonts w:ascii="Arial" w:eastAsia="黑体" w:hAnsi="Arial"/>
          <w:lang w:eastAsia="zh-CN"/>
        </w:rPr>
        <w:t>十一、开发规则文件说明</w:t>
      </w:r>
      <w:bookmarkEnd w:id="33"/>
    </w:p>
    <w:p w14:paraId="2AB18EA1" w14:textId="77777777" w:rsidR="006835FB" w:rsidRDefault="00000000">
      <w:pPr>
        <w:ind w:firstLine="480"/>
        <w:jc w:val="both"/>
        <w:rPr>
          <w:lang w:eastAsia="zh-CN"/>
        </w:rPr>
      </w:pPr>
      <w:r>
        <w:rPr>
          <w:rFonts w:ascii="Consolas" w:hAnsi="Consolas"/>
          <w:shd w:val="clear" w:color="auto" w:fill="EEEEEE"/>
          <w:lang w:eastAsia="zh-CN"/>
        </w:rPr>
        <w:t>.</w:t>
      </w:r>
      <w:proofErr w:type="spellStart"/>
      <w:r>
        <w:rPr>
          <w:rFonts w:ascii="Consolas" w:hAnsi="Consolas"/>
          <w:shd w:val="clear" w:color="auto" w:fill="EEEEEE"/>
          <w:lang w:eastAsia="zh-CN"/>
        </w:rPr>
        <w:t>trae</w:t>
      </w:r>
      <w:proofErr w:type="spellEnd"/>
      <w:r>
        <w:rPr>
          <w:rFonts w:ascii="Consolas" w:hAnsi="Consolas"/>
          <w:shd w:val="clear" w:color="auto" w:fill="EEEEEE"/>
          <w:lang w:eastAsia="zh-CN"/>
        </w:rPr>
        <w:t>/rules/</w:t>
      </w:r>
      <w:r>
        <w:rPr>
          <w:lang w:eastAsia="zh-CN"/>
        </w:rPr>
        <w:t xml:space="preserve"> </w:t>
      </w:r>
      <w:r>
        <w:rPr>
          <w:lang w:eastAsia="zh-CN"/>
        </w:rPr>
        <w:t>下</w:t>
      </w:r>
      <w:r>
        <w:rPr>
          <w:lang w:eastAsia="zh-CN"/>
        </w:rPr>
        <w:t xml:space="preserve"> 4 </w:t>
      </w:r>
      <w:r>
        <w:rPr>
          <w:lang w:eastAsia="zh-CN"/>
        </w:rPr>
        <w:t>个规则文件是项目开发的</w:t>
      </w:r>
      <w:proofErr w:type="gramStart"/>
      <w:r>
        <w:rPr>
          <w:lang w:eastAsia="zh-CN"/>
        </w:rPr>
        <w:t>"</w:t>
      </w:r>
      <w:r>
        <w:rPr>
          <w:lang w:eastAsia="zh-CN"/>
        </w:rPr>
        <w:t>规范宪法</w:t>
      </w:r>
      <w:r>
        <w:rPr>
          <w:lang w:eastAsia="zh-CN"/>
        </w:rPr>
        <w:t>"</w:t>
      </w:r>
      <w:r>
        <w:rPr>
          <w:lang w:eastAsia="zh-CN"/>
        </w:rPr>
        <w:t>，</w:t>
      </w:r>
      <w:proofErr w:type="gramEnd"/>
      <w:r>
        <w:rPr>
          <w:lang w:eastAsia="zh-CN"/>
        </w:rPr>
        <w:t xml:space="preserve">AI </w:t>
      </w:r>
      <w:r>
        <w:rPr>
          <w:lang w:eastAsia="zh-CN"/>
        </w:rPr>
        <w:t>与开发者都必须遵守：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835FB" w14:paraId="6FD9FEE9" w14:textId="77777777">
        <w:trPr>
          <w:jc w:val="center"/>
        </w:trPr>
        <w:tc>
          <w:tcPr>
            <w:tcW w:w="4536" w:type="dxa"/>
            <w:shd w:val="clear" w:color="auto" w:fill="F2F2F2"/>
            <w:vAlign w:val="center"/>
          </w:tcPr>
          <w:p w14:paraId="78B98DA0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sz w:val="21"/>
              </w:rPr>
              <w:t>文件</w:t>
            </w:r>
            <w:proofErr w:type="spellEnd"/>
          </w:p>
        </w:tc>
        <w:tc>
          <w:tcPr>
            <w:tcW w:w="4536" w:type="dxa"/>
            <w:shd w:val="clear" w:color="auto" w:fill="F2F2F2"/>
            <w:vAlign w:val="center"/>
          </w:tcPr>
          <w:p w14:paraId="017B3CD9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内容</w:t>
            </w:r>
          </w:p>
        </w:tc>
      </w:tr>
      <w:tr w:rsidR="006835FB" w14:paraId="2E2E26A1" w14:textId="77777777">
        <w:trPr>
          <w:jc w:val="center"/>
        </w:trPr>
        <w:tc>
          <w:tcPr>
            <w:tcW w:w="4536" w:type="dxa"/>
            <w:vAlign w:val="center"/>
          </w:tcPr>
          <w:p w14:paraId="191525B0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mvc.rule.md</w:t>
            </w:r>
          </w:p>
        </w:tc>
        <w:tc>
          <w:tcPr>
            <w:tcW w:w="4536" w:type="dxa"/>
            <w:vAlign w:val="center"/>
          </w:tcPr>
          <w:p w14:paraId="5B538550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MVC </w:t>
            </w:r>
            <w:r>
              <w:rPr>
                <w:sz w:val="21"/>
                <w:lang w:eastAsia="zh-CN"/>
              </w:rPr>
              <w:t>分层、各层职责、数据流、禁止事项、固定参数</w:t>
            </w:r>
          </w:p>
        </w:tc>
      </w:tr>
      <w:tr w:rsidR="006835FB" w14:paraId="4B9427AA" w14:textId="77777777">
        <w:trPr>
          <w:jc w:val="center"/>
        </w:trPr>
        <w:tc>
          <w:tcPr>
            <w:tcW w:w="4536" w:type="dxa"/>
            <w:vAlign w:val="center"/>
          </w:tcPr>
          <w:p w14:paraId="3B8CBCCA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Move.rule.md</w:t>
            </w:r>
          </w:p>
        </w:tc>
        <w:tc>
          <w:tcPr>
            <w:tcW w:w="4536" w:type="dxa"/>
            <w:vAlign w:val="center"/>
          </w:tcPr>
          <w:p w14:paraId="2133641B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潜艇物理系统：七步积分、水阻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惯性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洋流、参数范围、</w:t>
            </w:r>
            <w:r>
              <w:rPr>
                <w:sz w:val="21"/>
              </w:rPr>
              <w:t xml:space="preserve">PlayerModel </w:t>
            </w:r>
            <w:r>
              <w:rPr>
                <w:sz w:val="21"/>
              </w:rPr>
              <w:t>接口</w:t>
            </w:r>
          </w:p>
        </w:tc>
      </w:tr>
      <w:tr w:rsidR="006835FB" w14:paraId="5162DB2D" w14:textId="77777777">
        <w:trPr>
          <w:jc w:val="center"/>
        </w:trPr>
        <w:tc>
          <w:tcPr>
            <w:tcW w:w="4536" w:type="dxa"/>
            <w:vAlign w:val="center"/>
          </w:tcPr>
          <w:p w14:paraId="0DC28605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Project.rule.md</w:t>
            </w:r>
          </w:p>
        </w:tc>
        <w:tc>
          <w:tcPr>
            <w:tcW w:w="4536" w:type="dxa"/>
            <w:vAlign w:val="center"/>
          </w:tcPr>
          <w:p w14:paraId="7A9C1873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项目总览：目录、模块清单、节点树、场景流程、通信约定、硬约束、代码风格、检查清单</w:t>
            </w:r>
          </w:p>
        </w:tc>
      </w:tr>
      <w:tr w:rsidR="006835FB" w14:paraId="53ED6463" w14:textId="77777777">
        <w:trPr>
          <w:jc w:val="center"/>
        </w:trPr>
        <w:tc>
          <w:tcPr>
            <w:tcW w:w="4536" w:type="dxa"/>
            <w:vAlign w:val="center"/>
          </w:tcPr>
          <w:p w14:paraId="587F40A9" w14:textId="77777777" w:rsidR="006835FB" w:rsidRDefault="00000000">
            <w:pPr>
              <w:spacing w:line="240" w:lineRule="auto"/>
            </w:pPr>
            <w:r>
              <w:rPr>
                <w:rFonts w:ascii="Consolas" w:hAnsi="Consolas"/>
                <w:sz w:val="21"/>
                <w:shd w:val="clear" w:color="auto" w:fill="EEEEEE"/>
              </w:rPr>
              <w:t>Monster.rule.md</w:t>
            </w:r>
          </w:p>
        </w:tc>
        <w:tc>
          <w:tcPr>
            <w:tcW w:w="4536" w:type="dxa"/>
            <w:vAlign w:val="center"/>
          </w:tcPr>
          <w:p w14:paraId="24E08224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怪物系统：父类子类继承、</w:t>
            </w:r>
            <w:r>
              <w:rPr>
                <w:sz w:val="21"/>
              </w:rPr>
              <w:t>MVC</w:t>
            </w:r>
            <w:r>
              <w:rPr>
                <w:sz w:val="21"/>
              </w:rPr>
              <w:t>、刚性点链身体、行为树预留、</w:t>
            </w:r>
            <w:r>
              <w:rPr>
                <w:sz w:val="21"/>
              </w:rPr>
              <w:t>MonsterManager</w:t>
            </w:r>
            <w:r>
              <w:rPr>
                <w:sz w:val="21"/>
              </w:rPr>
              <w:t>、碰撞、检查清单</w:t>
            </w:r>
          </w:p>
        </w:tc>
      </w:tr>
    </w:tbl>
    <w:p w14:paraId="5531047A" w14:textId="77777777" w:rsidR="006835FB" w:rsidRDefault="006835FB"/>
    <w:p w14:paraId="5485A658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264B58A2" w14:textId="5A943ADA" w:rsidR="006835FB" w:rsidRDefault="00000000">
      <w:pPr>
        <w:pStyle w:val="1"/>
        <w:rPr>
          <w:rFonts w:hint="eastAsia"/>
          <w:lang w:eastAsia="zh-CN"/>
        </w:rPr>
      </w:pPr>
      <w:bookmarkStart w:id="34" w:name="_Toc239423971"/>
      <w:r>
        <w:rPr>
          <w:rFonts w:ascii="Arial" w:eastAsia="黑体" w:hAnsi="Arial"/>
          <w:lang w:eastAsia="zh-CN"/>
        </w:rPr>
        <w:t>十二、使用</w:t>
      </w:r>
      <w:r>
        <w:rPr>
          <w:rFonts w:ascii="Arial" w:eastAsia="黑体" w:hAnsi="Arial"/>
          <w:lang w:eastAsia="zh-CN"/>
        </w:rPr>
        <w:t xml:space="preserve"> AI </w:t>
      </w:r>
      <w:r>
        <w:rPr>
          <w:rFonts w:ascii="Arial" w:eastAsia="黑体" w:hAnsi="Arial"/>
          <w:lang w:eastAsia="zh-CN"/>
        </w:rPr>
        <w:t>的开发方法</w:t>
      </w:r>
      <w:bookmarkEnd w:id="34"/>
    </w:p>
    <w:p w14:paraId="33941073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本项目是</w:t>
      </w:r>
      <w:r>
        <w:rPr>
          <w:lang w:eastAsia="zh-CN"/>
        </w:rPr>
        <w:t>"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主力</w:t>
      </w:r>
      <w:proofErr w:type="gramStart"/>
      <w:r>
        <w:rPr>
          <w:b/>
          <w:lang w:eastAsia="zh-CN"/>
        </w:rPr>
        <w:t>开发</w:t>
      </w:r>
      <w:r>
        <w:rPr>
          <w:lang w:eastAsia="zh-CN"/>
        </w:rPr>
        <w:t>"</w:t>
      </w:r>
      <w:proofErr w:type="gramEnd"/>
      <w:r>
        <w:rPr>
          <w:lang w:eastAsia="zh-CN"/>
        </w:rPr>
        <w:t>的典型实践：代码逻辑主要由</w:t>
      </w:r>
      <w:r>
        <w:rPr>
          <w:lang w:eastAsia="zh-CN"/>
        </w:rPr>
        <w:t xml:space="preserve"> AI </w:t>
      </w:r>
      <w:r>
        <w:rPr>
          <w:lang w:eastAsia="zh-CN"/>
        </w:rPr>
        <w:t>生成，团队负责审核、调参、修正与关键决策。核心</w:t>
      </w:r>
      <w:r>
        <w:rPr>
          <w:lang w:eastAsia="zh-CN"/>
        </w:rPr>
        <w:t xml:space="preserve"> AI </w:t>
      </w:r>
      <w:r>
        <w:rPr>
          <w:lang w:eastAsia="zh-CN"/>
        </w:rPr>
        <w:t>为</w:t>
      </w:r>
      <w:r>
        <w:rPr>
          <w:lang w:eastAsia="zh-CN"/>
        </w:rPr>
        <w:t xml:space="preserve"> </w:t>
      </w:r>
      <w:r>
        <w:rPr>
          <w:b/>
          <w:lang w:eastAsia="zh-CN"/>
        </w:rPr>
        <w:t>DeepSeek v4 Pro</w:t>
      </w:r>
      <w:r>
        <w:rPr>
          <w:lang w:eastAsia="zh-CN"/>
        </w:rPr>
        <w:t>，配合「规则文件</w:t>
      </w:r>
      <w:r>
        <w:rPr>
          <w:lang w:eastAsia="zh-CN"/>
        </w:rPr>
        <w:t xml:space="preserve"> + </w:t>
      </w:r>
      <w:r>
        <w:rPr>
          <w:lang w:eastAsia="zh-CN"/>
        </w:rPr>
        <w:t>标记约定</w:t>
      </w:r>
      <w:r>
        <w:rPr>
          <w:lang w:eastAsia="zh-CN"/>
        </w:rPr>
        <w:t xml:space="preserve"> + </w:t>
      </w:r>
      <w:r>
        <w:rPr>
          <w:lang w:eastAsia="zh-CN"/>
        </w:rPr>
        <w:t>记忆系统</w:t>
      </w:r>
      <w:r>
        <w:rPr>
          <w:lang w:eastAsia="zh-CN"/>
        </w:rPr>
        <w:t xml:space="preserve"> + </w:t>
      </w:r>
      <w:r>
        <w:rPr>
          <w:lang w:eastAsia="zh-CN"/>
        </w:rPr>
        <w:t>配置表</w:t>
      </w:r>
      <w:r>
        <w:rPr>
          <w:lang w:eastAsia="zh-CN"/>
        </w:rPr>
        <w:t xml:space="preserve"> + </w:t>
      </w:r>
      <w:r>
        <w:rPr>
          <w:lang w:eastAsia="zh-CN"/>
        </w:rPr>
        <w:t>模块化架构」共同约束</w:t>
      </w:r>
      <w:r>
        <w:rPr>
          <w:lang w:eastAsia="zh-CN"/>
        </w:rPr>
        <w:t xml:space="preserve"> AI</w:t>
      </w:r>
      <w:r>
        <w:rPr>
          <w:lang w:eastAsia="zh-CN"/>
        </w:rPr>
        <w:t>，保证产出可维护、可交接。</w:t>
      </w:r>
    </w:p>
    <w:p w14:paraId="5247DE33" w14:textId="1A6AD506" w:rsidR="006835FB" w:rsidRDefault="00000000">
      <w:pPr>
        <w:pStyle w:val="21"/>
        <w:rPr>
          <w:rFonts w:hint="eastAsia"/>
          <w:lang w:eastAsia="zh-CN"/>
        </w:rPr>
      </w:pPr>
      <w:bookmarkStart w:id="35" w:name="_Toc239423972"/>
      <w:r>
        <w:rPr>
          <w:rFonts w:ascii="Arial" w:eastAsia="黑体" w:hAnsi="Arial"/>
          <w:lang w:eastAsia="zh-CN"/>
        </w:rPr>
        <w:t xml:space="preserve">12.1 AI </w:t>
      </w:r>
      <w:r>
        <w:rPr>
          <w:rFonts w:ascii="Arial" w:eastAsia="黑体" w:hAnsi="Arial"/>
          <w:lang w:eastAsia="zh-CN"/>
        </w:rPr>
        <w:t>的定位与用途</w:t>
      </w:r>
      <w:bookmarkEnd w:id="35"/>
    </w:p>
    <w:p w14:paraId="2A241CE0" w14:textId="77777777" w:rsidR="006835FB" w:rsidRDefault="00000000">
      <w:pPr>
        <w:ind w:left="425" w:hanging="283"/>
      </w:pPr>
      <w:r>
        <w:t xml:space="preserve">• </w:t>
      </w:r>
      <w:proofErr w:type="spellStart"/>
      <w:r>
        <w:t>核心</w:t>
      </w:r>
      <w:proofErr w:type="spellEnd"/>
      <w:r>
        <w:t xml:space="preserve"> </w:t>
      </w:r>
      <w:proofErr w:type="spellStart"/>
      <w:r>
        <w:t>AI</w:t>
      </w:r>
      <w:r>
        <w:t>：</w:t>
      </w:r>
      <w:r>
        <w:t>DeepSeek</w:t>
      </w:r>
      <w:proofErr w:type="spellEnd"/>
      <w:r>
        <w:t xml:space="preserve"> v4 Pro</w:t>
      </w:r>
      <w:r>
        <w:t>。</w:t>
      </w:r>
    </w:p>
    <w:p w14:paraId="467488C1" w14:textId="77E6A8A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AI </w:t>
      </w:r>
      <w:r>
        <w:rPr>
          <w:lang w:eastAsia="zh-CN"/>
        </w:rPr>
        <w:t>用途：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辅助编程、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辅助文案生成</w:t>
      </w:r>
      <w:r>
        <w:rPr>
          <w:lang w:eastAsia="zh-CN"/>
        </w:rPr>
        <w:t>。</w:t>
      </w:r>
    </w:p>
    <w:p w14:paraId="0BF40F58" w14:textId="00167BA2" w:rsidR="007A35AC" w:rsidRDefault="007A35AC">
      <w:pPr>
        <w:ind w:left="425" w:hanging="283"/>
        <w:rPr>
          <w:lang w:eastAsia="zh-CN"/>
        </w:rPr>
      </w:pPr>
      <w:r>
        <w:t>•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辅助</w:t>
      </w:r>
      <w:r>
        <w:rPr>
          <w:rFonts w:hint="eastAsia"/>
          <w:lang w:eastAsia="zh-CN"/>
        </w:rPr>
        <w:t>AI</w:t>
      </w:r>
      <w:proofErr w:type="gramStart"/>
      <w:r>
        <w:rPr>
          <w:rFonts w:hint="eastAsia"/>
          <w:lang w:eastAsia="zh-CN"/>
        </w:rPr>
        <w:t xml:space="preserve"> :</w:t>
      </w:r>
      <w:proofErr w:type="gramEnd"/>
      <w:r w:rsidRPr="007A35AC">
        <w:t xml:space="preserve"> </w:t>
      </w:r>
      <w:r w:rsidRPr="007A35AC">
        <w:rPr>
          <w:lang w:eastAsia="zh-CN"/>
        </w:rPr>
        <w:t>GPT-5.6 Luna</w:t>
      </w:r>
    </w:p>
    <w:p w14:paraId="4FE751E2" w14:textId="14585362" w:rsidR="007A35AC" w:rsidRPr="007A35AC" w:rsidRDefault="007A35AC" w:rsidP="007A35AC">
      <w:pPr>
        <w:ind w:left="425" w:hanging="283"/>
        <w:rPr>
          <w:rFonts w:hint="eastAsia"/>
          <w:lang w:eastAsia="zh-CN"/>
        </w:rPr>
      </w:pPr>
      <w:r>
        <w:rPr>
          <w:lang w:eastAsia="zh-CN"/>
        </w:rPr>
        <w:t xml:space="preserve">• AI </w:t>
      </w:r>
      <w:r>
        <w:rPr>
          <w:lang w:eastAsia="zh-CN"/>
        </w:rPr>
        <w:t>用途：</w:t>
      </w:r>
      <w:r>
        <w:rPr>
          <w:b/>
          <w:lang w:eastAsia="zh-CN"/>
        </w:rPr>
        <w:t xml:space="preserve"> 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辅助美术、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辅助资源制作</w:t>
      </w:r>
      <w:r>
        <w:rPr>
          <w:lang w:eastAsia="zh-CN"/>
        </w:rPr>
        <w:t>。</w:t>
      </w:r>
    </w:p>
    <w:p w14:paraId="7FAF239C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 xml:space="preserve">AI </w:t>
      </w:r>
      <w:r>
        <w:rPr>
          <w:b/>
          <w:lang w:eastAsia="zh-CN"/>
        </w:rPr>
        <w:t>是主力开发者</w:t>
      </w:r>
      <w:r>
        <w:rPr>
          <w:lang w:eastAsia="zh-CN"/>
        </w:rPr>
        <w:t>：代码框架与逻辑主要由</w:t>
      </w:r>
      <w:r>
        <w:rPr>
          <w:lang w:eastAsia="zh-CN"/>
        </w:rPr>
        <w:t xml:space="preserve"> AI </w:t>
      </w:r>
      <w:r>
        <w:rPr>
          <w:lang w:eastAsia="zh-CN"/>
        </w:rPr>
        <w:t>生成；团队负责逐条审核、修正、整合、调参，以及玩法设计、系统架构、内容取舍、版本调优等关键决策。</w:t>
      </w:r>
    </w:p>
    <w:p w14:paraId="7CF60D28" w14:textId="77777777" w:rsidR="006835FB" w:rsidRDefault="00000000">
      <w:pPr>
        <w:pStyle w:val="21"/>
        <w:rPr>
          <w:lang w:eastAsia="zh-CN"/>
        </w:rPr>
      </w:pPr>
      <w:bookmarkStart w:id="36" w:name="_Toc239423973"/>
      <w:r>
        <w:rPr>
          <w:rFonts w:ascii="Arial" w:eastAsia="黑体" w:hAnsi="Arial"/>
          <w:lang w:eastAsia="zh-CN"/>
        </w:rPr>
        <w:lastRenderedPageBreak/>
        <w:t xml:space="preserve">12.2 </w:t>
      </w:r>
      <w:r>
        <w:rPr>
          <w:rFonts w:ascii="Arial" w:eastAsia="黑体" w:hAnsi="Arial"/>
          <w:lang w:eastAsia="zh-CN"/>
        </w:rPr>
        <w:t>人机分工：</w:t>
      </w:r>
      <w:r>
        <w:rPr>
          <w:rFonts w:ascii="Arial" w:eastAsia="黑体" w:hAnsi="Arial"/>
          <w:lang w:eastAsia="zh-CN"/>
        </w:rPr>
        <w:t xml:space="preserve">AI </w:t>
      </w:r>
      <w:r>
        <w:rPr>
          <w:rFonts w:ascii="Arial" w:eastAsia="黑体" w:hAnsi="Arial"/>
          <w:lang w:eastAsia="zh-CN"/>
        </w:rPr>
        <w:t>写代码，人工审核并修改数据</w:t>
      </w:r>
      <w:bookmarkEnd w:id="36"/>
    </w:p>
    <w:p w14:paraId="0663B08B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本项目把「写代码」和「定数值」分开，各司其职：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6835FB" w14:paraId="73257FF5" w14:textId="77777777">
        <w:trPr>
          <w:jc w:val="center"/>
        </w:trPr>
        <w:tc>
          <w:tcPr>
            <w:tcW w:w="3024" w:type="dxa"/>
            <w:shd w:val="clear" w:color="auto" w:fill="F2F2F2"/>
            <w:vAlign w:val="center"/>
          </w:tcPr>
          <w:p w14:paraId="39788576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sz w:val="21"/>
              </w:rPr>
              <w:t>环节</w:t>
            </w:r>
            <w:proofErr w:type="spellEnd"/>
          </w:p>
        </w:tc>
        <w:tc>
          <w:tcPr>
            <w:tcW w:w="3024" w:type="dxa"/>
            <w:shd w:val="clear" w:color="auto" w:fill="F2F2F2"/>
            <w:vAlign w:val="center"/>
          </w:tcPr>
          <w:p w14:paraId="5FA4C5D9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负责方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4F4708B2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具体内容</w:t>
            </w:r>
          </w:p>
        </w:tc>
      </w:tr>
      <w:tr w:rsidR="006835FB" w14:paraId="50A3E758" w14:textId="77777777">
        <w:trPr>
          <w:jc w:val="center"/>
        </w:trPr>
        <w:tc>
          <w:tcPr>
            <w:tcW w:w="3024" w:type="dxa"/>
            <w:vAlign w:val="center"/>
          </w:tcPr>
          <w:p w14:paraId="00AADE68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写逻辑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>框架</w:t>
            </w:r>
          </w:p>
        </w:tc>
        <w:tc>
          <w:tcPr>
            <w:tcW w:w="3024" w:type="dxa"/>
            <w:vAlign w:val="center"/>
          </w:tcPr>
          <w:p w14:paraId="3622EDC2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AI</w:t>
            </w:r>
          </w:p>
        </w:tc>
        <w:tc>
          <w:tcPr>
            <w:tcW w:w="3024" w:type="dxa"/>
            <w:vAlign w:val="center"/>
          </w:tcPr>
          <w:p w14:paraId="75080B3C" w14:textId="77777777" w:rsidR="006835FB" w:rsidRDefault="00000000">
            <w:pPr>
              <w:spacing w:line="240" w:lineRule="auto"/>
            </w:pPr>
            <w:r>
              <w:rPr>
                <w:sz w:val="21"/>
              </w:rPr>
              <w:t>按</w:t>
            </w:r>
            <w:r>
              <w:rPr>
                <w:sz w:val="21"/>
              </w:rPr>
              <w:t xml:space="preserve"> MVC + </w:t>
            </w:r>
            <w:r>
              <w:rPr>
                <w:sz w:val="21"/>
              </w:rPr>
              <w:t>规则生成</w:t>
            </w:r>
            <w:r>
              <w:rPr>
                <w:sz w:val="21"/>
              </w:rPr>
              <w:t xml:space="preserve"> Model/View/Controller</w:t>
            </w:r>
            <w:r>
              <w:rPr>
                <w:sz w:val="21"/>
              </w:rPr>
              <w:t>、物理公式、状态机、碰撞等</w:t>
            </w:r>
          </w:p>
        </w:tc>
      </w:tr>
      <w:tr w:rsidR="006835FB" w14:paraId="1C065A8B" w14:textId="77777777">
        <w:trPr>
          <w:jc w:val="center"/>
        </w:trPr>
        <w:tc>
          <w:tcPr>
            <w:tcW w:w="3024" w:type="dxa"/>
            <w:vAlign w:val="center"/>
          </w:tcPr>
          <w:p w14:paraId="3AEF0033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审核</w:t>
            </w:r>
          </w:p>
        </w:tc>
        <w:tc>
          <w:tcPr>
            <w:tcW w:w="3024" w:type="dxa"/>
            <w:vAlign w:val="center"/>
          </w:tcPr>
          <w:p w14:paraId="7DE76736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人工</w:t>
            </w:r>
          </w:p>
        </w:tc>
        <w:tc>
          <w:tcPr>
            <w:tcW w:w="3024" w:type="dxa"/>
            <w:vAlign w:val="center"/>
          </w:tcPr>
          <w:p w14:paraId="316F75C8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逐条读</w:t>
            </w:r>
            <w:r>
              <w:rPr>
                <w:sz w:val="21"/>
                <w:lang w:eastAsia="zh-CN"/>
              </w:rPr>
              <w:t xml:space="preserve"> AI </w:t>
            </w:r>
            <w:r>
              <w:rPr>
                <w:sz w:val="21"/>
                <w:lang w:eastAsia="zh-CN"/>
              </w:rPr>
              <w:t>生成的代码，检查是否合规则、有无</w:t>
            </w:r>
            <w:r>
              <w:rPr>
                <w:sz w:val="21"/>
                <w:lang w:eastAsia="zh-CN"/>
              </w:rPr>
              <w:t xml:space="preserve"> bug</w:t>
            </w:r>
            <w:r>
              <w:rPr>
                <w:sz w:val="21"/>
                <w:lang w:eastAsia="zh-CN"/>
              </w:rPr>
              <w:t>、是否跳层</w:t>
            </w:r>
          </w:p>
        </w:tc>
      </w:tr>
      <w:tr w:rsidR="006835FB" w14:paraId="1385A712" w14:textId="77777777">
        <w:trPr>
          <w:jc w:val="center"/>
        </w:trPr>
        <w:tc>
          <w:tcPr>
            <w:tcW w:w="3024" w:type="dxa"/>
            <w:vAlign w:val="center"/>
          </w:tcPr>
          <w:p w14:paraId="3ACC34A7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修正</w:t>
            </w:r>
            <w:proofErr w:type="spellEnd"/>
          </w:p>
        </w:tc>
        <w:tc>
          <w:tcPr>
            <w:tcW w:w="3024" w:type="dxa"/>
            <w:vAlign w:val="center"/>
          </w:tcPr>
          <w:p w14:paraId="470CC050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人工</w:t>
            </w:r>
          </w:p>
        </w:tc>
        <w:tc>
          <w:tcPr>
            <w:tcW w:w="3024" w:type="dxa"/>
            <w:vAlign w:val="center"/>
          </w:tcPr>
          <w:p w14:paraId="4F3A8824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修正</w:t>
            </w:r>
            <w:r>
              <w:rPr>
                <w:sz w:val="21"/>
                <w:lang w:eastAsia="zh-CN"/>
              </w:rPr>
              <w:t xml:space="preserve"> AI </w:t>
            </w:r>
            <w:r>
              <w:rPr>
                <w:sz w:val="21"/>
                <w:lang w:eastAsia="zh-CN"/>
              </w:rPr>
              <w:t>的错误与不合规之处</w:t>
            </w:r>
          </w:p>
        </w:tc>
      </w:tr>
      <w:tr w:rsidR="006835FB" w14:paraId="3EBBD04B" w14:textId="77777777">
        <w:trPr>
          <w:jc w:val="center"/>
        </w:trPr>
        <w:tc>
          <w:tcPr>
            <w:tcW w:w="3024" w:type="dxa"/>
            <w:vAlign w:val="center"/>
          </w:tcPr>
          <w:p w14:paraId="096716CA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sz w:val="21"/>
              </w:rPr>
              <w:t>调数值</w:t>
            </w:r>
            <w:proofErr w:type="spellEnd"/>
          </w:p>
        </w:tc>
        <w:tc>
          <w:tcPr>
            <w:tcW w:w="3024" w:type="dxa"/>
            <w:vAlign w:val="center"/>
          </w:tcPr>
          <w:p w14:paraId="52E1EE2B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人工</w:t>
            </w:r>
          </w:p>
        </w:tc>
        <w:tc>
          <w:tcPr>
            <w:tcW w:w="3024" w:type="dxa"/>
            <w:vAlign w:val="center"/>
          </w:tcPr>
          <w:p w14:paraId="407AB699" w14:textId="4642C144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在</w:t>
            </w:r>
            <w:r>
              <w:rPr>
                <w:sz w:val="21"/>
                <w:lang w:eastAsia="zh-CN"/>
              </w:rPr>
              <w:t xml:space="preserve"> Inspector </w:t>
            </w:r>
            <w:r>
              <w:rPr>
                <w:sz w:val="21"/>
                <w:lang w:eastAsia="zh-CN"/>
              </w:rPr>
              <w:t>里调</w:t>
            </w:r>
            <w:r>
              <w:rPr>
                <w:sz w:val="21"/>
                <w:lang w:eastAsia="zh-CN"/>
              </w:rPr>
              <w:t xml:space="preserve"> </w:t>
            </w:r>
            <w:r>
              <w:rPr>
                <w:rFonts w:ascii="Consolas" w:hAnsi="Consolas"/>
                <w:sz w:val="21"/>
                <w:shd w:val="clear" w:color="auto" w:fill="EEEEEE"/>
                <w:lang w:eastAsia="zh-CN"/>
              </w:rPr>
              <w:t>@export</w:t>
            </w:r>
            <w:r>
              <w:rPr>
                <w:sz w:val="21"/>
                <w:lang w:eastAsia="zh-CN"/>
              </w:rPr>
              <w:t xml:space="preserve"> </w:t>
            </w:r>
            <w:r>
              <w:rPr>
                <w:sz w:val="21"/>
                <w:lang w:eastAsia="zh-CN"/>
              </w:rPr>
              <w:t>参数（</w:t>
            </w:r>
            <w:proofErr w:type="gramStart"/>
            <w:r>
              <w:rPr>
                <w:sz w:val="21"/>
                <w:lang w:eastAsia="zh-CN"/>
              </w:rPr>
              <w:t>"</w:t>
            </w:r>
            <w:r>
              <w:rPr>
                <w:sz w:val="21"/>
                <w:lang w:eastAsia="zh-CN"/>
              </w:rPr>
              <w:t>大部分</w:t>
            </w:r>
            <w:proofErr w:type="gramEnd"/>
            <w:r>
              <w:rPr>
                <w:sz w:val="21"/>
                <w:lang w:eastAsia="zh-CN"/>
              </w:rPr>
              <w:t>数据会</w:t>
            </w:r>
            <w:r w:rsidR="007A35AC">
              <w:rPr>
                <w:rFonts w:hint="eastAsia"/>
                <w:sz w:val="21"/>
                <w:lang w:eastAsia="zh-CN"/>
              </w:rPr>
              <w:t>人工</w:t>
            </w:r>
            <w:r>
              <w:rPr>
                <w:sz w:val="21"/>
                <w:lang w:eastAsia="zh-CN"/>
              </w:rPr>
              <w:t>根据实际情况</w:t>
            </w:r>
            <w:proofErr w:type="gramStart"/>
            <w:r>
              <w:rPr>
                <w:sz w:val="21"/>
                <w:lang w:eastAsia="zh-CN"/>
              </w:rPr>
              <w:t>修改</w:t>
            </w:r>
            <w:r>
              <w:rPr>
                <w:sz w:val="21"/>
                <w:lang w:eastAsia="zh-CN"/>
              </w:rPr>
              <w:t>"</w:t>
            </w:r>
            <w:r>
              <w:rPr>
                <w:sz w:val="21"/>
                <w:lang w:eastAsia="zh-CN"/>
              </w:rPr>
              <w:t>）</w:t>
            </w:r>
            <w:proofErr w:type="gramEnd"/>
          </w:p>
        </w:tc>
      </w:tr>
      <w:tr w:rsidR="006835FB" w14:paraId="275BD1D1" w14:textId="77777777">
        <w:trPr>
          <w:jc w:val="center"/>
        </w:trPr>
        <w:tc>
          <w:tcPr>
            <w:tcW w:w="3024" w:type="dxa"/>
            <w:vAlign w:val="center"/>
          </w:tcPr>
          <w:p w14:paraId="46329660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回填</w:t>
            </w:r>
            <w:proofErr w:type="spellEnd"/>
          </w:p>
        </w:tc>
        <w:tc>
          <w:tcPr>
            <w:tcW w:w="3024" w:type="dxa"/>
            <w:vAlign w:val="center"/>
          </w:tcPr>
          <w:p w14:paraId="1DBFC582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人工</w:t>
            </w:r>
            <w:r>
              <w:rPr>
                <w:sz w:val="21"/>
              </w:rPr>
              <w:t>/AI</w:t>
            </w:r>
          </w:p>
        </w:tc>
        <w:tc>
          <w:tcPr>
            <w:tcW w:w="3024" w:type="dxa"/>
            <w:vAlign w:val="center"/>
          </w:tcPr>
          <w:p w14:paraId="6108BD87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数值稳定后回填到配置表、更新规则文件</w:t>
            </w:r>
          </w:p>
        </w:tc>
      </w:tr>
      <w:tr w:rsidR="006835FB" w14:paraId="6C000A5B" w14:textId="77777777">
        <w:trPr>
          <w:jc w:val="center"/>
        </w:trPr>
        <w:tc>
          <w:tcPr>
            <w:tcW w:w="3024" w:type="dxa"/>
            <w:vAlign w:val="center"/>
          </w:tcPr>
          <w:p w14:paraId="088CF660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关键决策</w:t>
            </w:r>
            <w:proofErr w:type="spellEnd"/>
          </w:p>
        </w:tc>
        <w:tc>
          <w:tcPr>
            <w:tcW w:w="3024" w:type="dxa"/>
            <w:vAlign w:val="center"/>
          </w:tcPr>
          <w:p w14:paraId="22D4843D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人工</w:t>
            </w:r>
          </w:p>
        </w:tc>
        <w:tc>
          <w:tcPr>
            <w:tcW w:w="3024" w:type="dxa"/>
            <w:vAlign w:val="center"/>
          </w:tcPr>
          <w:p w14:paraId="4DE1D6F3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玩法设计、系统架构、内容取舍、版本调优</w:t>
            </w:r>
          </w:p>
        </w:tc>
      </w:tr>
    </w:tbl>
    <w:p w14:paraId="589A3C58" w14:textId="77777777" w:rsidR="006835FB" w:rsidRDefault="006835FB">
      <w:pPr>
        <w:rPr>
          <w:lang w:eastAsia="zh-CN"/>
        </w:rPr>
      </w:pPr>
    </w:p>
    <w:p w14:paraId="3009DC67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依据：版权说明「所有</w:t>
      </w:r>
      <w:r>
        <w:rPr>
          <w:lang w:eastAsia="zh-CN"/>
        </w:rPr>
        <w:t xml:space="preserve"> AI </w:t>
      </w:r>
      <w:r>
        <w:rPr>
          <w:lang w:eastAsia="zh-CN"/>
        </w:rPr>
        <w:t>生成内容均已经团队成员逐一审核、修正与整合，最终的游戏玩法设计、系统架构、内容取舍与版本调优等关键决策均由团队完成」。</w:t>
      </w:r>
    </w:p>
    <w:p w14:paraId="05592C7F" w14:textId="77777777" w:rsidR="006835FB" w:rsidRDefault="00000000">
      <w:pPr>
        <w:ind w:left="567" w:right="567"/>
        <w:rPr>
          <w:lang w:eastAsia="zh-CN"/>
        </w:rPr>
      </w:pPr>
      <w:r>
        <w:rPr>
          <w:rFonts w:eastAsia="楷体"/>
          <w:color w:val="505050"/>
          <w:sz w:val="22"/>
          <w:lang w:eastAsia="zh-CN"/>
        </w:rPr>
        <w:t>核心思路：</w:t>
      </w:r>
      <w:r>
        <w:rPr>
          <w:rFonts w:eastAsia="楷体"/>
          <w:color w:val="505050"/>
          <w:sz w:val="22"/>
          <w:lang w:eastAsia="zh-CN"/>
        </w:rPr>
        <w:t xml:space="preserve">**AI </w:t>
      </w:r>
      <w:r>
        <w:rPr>
          <w:rFonts w:eastAsia="楷体"/>
          <w:color w:val="505050"/>
          <w:sz w:val="22"/>
          <w:lang w:eastAsia="zh-CN"/>
        </w:rPr>
        <w:t>负责</w:t>
      </w:r>
      <w:proofErr w:type="gramStart"/>
      <w:r>
        <w:rPr>
          <w:rFonts w:eastAsia="楷体"/>
          <w:color w:val="505050"/>
          <w:sz w:val="22"/>
          <w:lang w:eastAsia="zh-CN"/>
        </w:rPr>
        <w:t>"</w:t>
      </w:r>
      <w:r>
        <w:rPr>
          <w:rFonts w:eastAsia="楷体"/>
          <w:color w:val="505050"/>
          <w:sz w:val="22"/>
          <w:lang w:eastAsia="zh-CN"/>
        </w:rPr>
        <w:t>怎么</w:t>
      </w:r>
      <w:proofErr w:type="gramEnd"/>
      <w:r>
        <w:rPr>
          <w:rFonts w:eastAsia="楷体"/>
          <w:color w:val="505050"/>
          <w:sz w:val="22"/>
          <w:lang w:eastAsia="zh-CN"/>
        </w:rPr>
        <w:t>写</w:t>
      </w:r>
      <w:proofErr w:type="gramStart"/>
      <w:r>
        <w:rPr>
          <w:rFonts w:eastAsia="楷体"/>
          <w:color w:val="505050"/>
          <w:sz w:val="22"/>
          <w:lang w:eastAsia="zh-CN"/>
        </w:rPr>
        <w:t>对</w:t>
      </w:r>
      <w:r>
        <w:rPr>
          <w:rFonts w:eastAsia="楷体"/>
          <w:color w:val="505050"/>
          <w:sz w:val="22"/>
          <w:lang w:eastAsia="zh-CN"/>
        </w:rPr>
        <w:t>"</w:t>
      </w:r>
      <w:r>
        <w:rPr>
          <w:rFonts w:eastAsia="楷体"/>
          <w:color w:val="505050"/>
          <w:sz w:val="22"/>
          <w:lang w:eastAsia="zh-CN"/>
        </w:rPr>
        <w:t>，</w:t>
      </w:r>
      <w:proofErr w:type="gramEnd"/>
      <w:r>
        <w:rPr>
          <w:rFonts w:eastAsia="楷体"/>
          <w:color w:val="505050"/>
          <w:sz w:val="22"/>
          <w:lang w:eastAsia="zh-CN"/>
        </w:rPr>
        <w:t>人负责</w:t>
      </w:r>
      <w:proofErr w:type="gramStart"/>
      <w:r>
        <w:rPr>
          <w:rFonts w:eastAsia="楷体"/>
          <w:color w:val="505050"/>
          <w:sz w:val="22"/>
          <w:lang w:eastAsia="zh-CN"/>
        </w:rPr>
        <w:t>"</w:t>
      </w:r>
      <w:r>
        <w:rPr>
          <w:rFonts w:eastAsia="楷体"/>
          <w:color w:val="505050"/>
          <w:sz w:val="22"/>
          <w:lang w:eastAsia="zh-CN"/>
        </w:rPr>
        <w:t>数值</w:t>
      </w:r>
      <w:proofErr w:type="gramEnd"/>
      <w:r>
        <w:rPr>
          <w:rFonts w:eastAsia="楷体"/>
          <w:color w:val="505050"/>
          <w:sz w:val="22"/>
          <w:lang w:eastAsia="zh-CN"/>
        </w:rPr>
        <w:t>定多少、最终</w:t>
      </w:r>
      <w:proofErr w:type="gramStart"/>
      <w:r>
        <w:rPr>
          <w:rFonts w:eastAsia="楷体"/>
          <w:color w:val="505050"/>
          <w:sz w:val="22"/>
          <w:lang w:eastAsia="zh-CN"/>
        </w:rPr>
        <w:t>拍板</w:t>
      </w:r>
      <w:r>
        <w:rPr>
          <w:rFonts w:eastAsia="楷体"/>
          <w:color w:val="505050"/>
          <w:sz w:val="22"/>
          <w:lang w:eastAsia="zh-CN"/>
        </w:rPr>
        <w:t>"</w:t>
      </w:r>
      <w:proofErr w:type="gramEnd"/>
      <w:r>
        <w:rPr>
          <w:rFonts w:eastAsia="楷体"/>
          <w:color w:val="505050"/>
          <w:sz w:val="22"/>
          <w:lang w:eastAsia="zh-CN"/>
        </w:rPr>
        <w:t>**</w:t>
      </w:r>
      <w:r>
        <w:rPr>
          <w:rFonts w:eastAsia="楷体"/>
          <w:color w:val="505050"/>
          <w:sz w:val="22"/>
          <w:lang w:eastAsia="zh-CN"/>
        </w:rPr>
        <w:t>。</w:t>
      </w:r>
      <w:r>
        <w:rPr>
          <w:rFonts w:eastAsia="楷体"/>
          <w:color w:val="505050"/>
          <w:sz w:val="22"/>
          <w:lang w:eastAsia="zh-CN"/>
        </w:rPr>
        <w:t xml:space="preserve">AI </w:t>
      </w:r>
      <w:r>
        <w:rPr>
          <w:rFonts w:eastAsia="楷体"/>
          <w:color w:val="505050"/>
          <w:sz w:val="22"/>
          <w:lang w:eastAsia="zh-CN"/>
        </w:rPr>
        <w:t>生成代码时不要擅自改数值，数值一律留给人工在</w:t>
      </w:r>
      <w:r>
        <w:rPr>
          <w:rFonts w:eastAsia="楷体"/>
          <w:color w:val="505050"/>
          <w:sz w:val="22"/>
          <w:lang w:eastAsia="zh-CN"/>
        </w:rPr>
        <w:t xml:space="preserve"> Inspector/</w:t>
      </w:r>
      <w:r>
        <w:rPr>
          <w:rFonts w:eastAsia="楷体"/>
          <w:color w:val="505050"/>
          <w:sz w:val="22"/>
          <w:lang w:eastAsia="zh-CN"/>
        </w:rPr>
        <w:t>配置表里调。</w:t>
      </w:r>
    </w:p>
    <w:p w14:paraId="490CA5C8" w14:textId="77777777" w:rsidR="006835FB" w:rsidRDefault="00000000">
      <w:pPr>
        <w:pStyle w:val="21"/>
        <w:rPr>
          <w:lang w:eastAsia="zh-CN"/>
        </w:rPr>
      </w:pPr>
      <w:bookmarkStart w:id="37" w:name="_Toc239423974"/>
      <w:r>
        <w:rPr>
          <w:rFonts w:ascii="Arial" w:eastAsia="黑体" w:hAnsi="Arial"/>
          <w:lang w:eastAsia="zh-CN"/>
        </w:rPr>
        <w:t xml:space="preserve">12.3 </w:t>
      </w:r>
      <w:r>
        <w:rPr>
          <w:rFonts w:ascii="Arial" w:eastAsia="黑体" w:hAnsi="Arial"/>
          <w:lang w:eastAsia="zh-CN"/>
        </w:rPr>
        <w:t>标记约定：区分「可调参」与「不可修改」</w:t>
      </w:r>
      <w:bookmarkEnd w:id="37"/>
    </w:p>
    <w:p w14:paraId="0540B27E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为了让</w:t>
      </w:r>
      <w:r>
        <w:rPr>
          <w:lang w:eastAsia="zh-CN"/>
        </w:rPr>
        <w:t xml:space="preserve"> AI </w:t>
      </w:r>
      <w:r>
        <w:rPr>
          <w:lang w:eastAsia="zh-CN"/>
        </w:rPr>
        <w:t>和人一眼分清</w:t>
      </w:r>
      <w:proofErr w:type="gramStart"/>
      <w:r>
        <w:rPr>
          <w:lang w:eastAsia="zh-CN"/>
        </w:rPr>
        <w:t>"</w:t>
      </w:r>
      <w:r>
        <w:rPr>
          <w:lang w:eastAsia="zh-CN"/>
        </w:rPr>
        <w:t>哪些</w:t>
      </w:r>
      <w:proofErr w:type="gramEnd"/>
      <w:r>
        <w:rPr>
          <w:lang w:eastAsia="zh-CN"/>
        </w:rPr>
        <w:t>能改、哪些不能</w:t>
      </w:r>
      <w:proofErr w:type="gramStart"/>
      <w:r>
        <w:rPr>
          <w:lang w:eastAsia="zh-CN"/>
        </w:rPr>
        <w:t>动</w:t>
      </w:r>
      <w:r>
        <w:rPr>
          <w:lang w:eastAsia="zh-CN"/>
        </w:rPr>
        <w:t>"</w:t>
      </w:r>
      <w:r>
        <w:rPr>
          <w:lang w:eastAsia="zh-CN"/>
        </w:rPr>
        <w:t>，</w:t>
      </w:r>
      <w:proofErr w:type="gramEnd"/>
      <w:r>
        <w:rPr>
          <w:lang w:eastAsia="zh-CN"/>
        </w:rPr>
        <w:t>项目用统一注释标记：</w:t>
      </w:r>
    </w:p>
    <w:p w14:paraId="1E0C2E2B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`↓↓↓`</w:t>
      </w:r>
      <w:r>
        <w:rPr>
          <w:lang w:eastAsia="zh-CN"/>
        </w:rPr>
        <w:t>：加在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@export</w:t>
      </w:r>
      <w:r>
        <w:rPr>
          <w:lang w:eastAsia="zh-CN"/>
        </w:rPr>
        <w:t xml:space="preserve"> </w:t>
      </w:r>
      <w:r>
        <w:rPr>
          <w:lang w:eastAsia="zh-CN"/>
        </w:rPr>
        <w:t>参数后，表示</w:t>
      </w:r>
      <w:proofErr w:type="gramStart"/>
      <w:r>
        <w:rPr>
          <w:lang w:eastAsia="zh-CN"/>
        </w:rPr>
        <w:t>"</w:t>
      </w:r>
      <w:r>
        <w:rPr>
          <w:lang w:eastAsia="zh-CN"/>
        </w:rPr>
        <w:t>可</w:t>
      </w:r>
      <w:proofErr w:type="gramEnd"/>
      <w:r>
        <w:rPr>
          <w:lang w:eastAsia="zh-CN"/>
        </w:rPr>
        <w:t>在</w:t>
      </w:r>
      <w:r>
        <w:rPr>
          <w:lang w:eastAsia="zh-CN"/>
        </w:rPr>
        <w:t xml:space="preserve"> Inspector </w:t>
      </w:r>
      <w:r>
        <w:rPr>
          <w:lang w:eastAsia="zh-CN"/>
        </w:rPr>
        <w:t>调</w:t>
      </w:r>
      <w:proofErr w:type="gramStart"/>
      <w:r>
        <w:rPr>
          <w:lang w:eastAsia="zh-CN"/>
        </w:rPr>
        <w:t>参</w:t>
      </w:r>
      <w:r>
        <w:rPr>
          <w:lang w:eastAsia="zh-CN"/>
        </w:rPr>
        <w:t>"</w:t>
      </w:r>
      <w:r>
        <w:rPr>
          <w:lang w:eastAsia="zh-CN"/>
        </w:rPr>
        <w:t>。</w:t>
      </w:r>
      <w:proofErr w:type="gramEnd"/>
      <w:r>
        <w:rPr>
          <w:lang w:eastAsia="zh-CN"/>
        </w:rPr>
        <w:t>这类参数</w:t>
      </w:r>
      <w:r>
        <w:rPr>
          <w:lang w:eastAsia="zh-CN"/>
        </w:rPr>
        <w:t xml:space="preserve"> AI </w:t>
      </w:r>
      <w:r>
        <w:rPr>
          <w:lang w:eastAsia="zh-CN"/>
        </w:rPr>
        <w:t>默认不动，由人工调。</w:t>
      </w:r>
    </w:p>
    <w:p w14:paraId="5453E96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`#</w:t>
      </w:r>
      <w:r>
        <w:rPr>
          <w:b/>
          <w:lang w:eastAsia="zh-CN"/>
        </w:rPr>
        <w:t>不可修改</w:t>
      </w:r>
      <w:r>
        <w:rPr>
          <w:b/>
          <w:lang w:eastAsia="zh-CN"/>
        </w:rPr>
        <w:t>` / `#</w:t>
      </w:r>
      <w:r>
        <w:rPr>
          <w:b/>
          <w:lang w:eastAsia="zh-CN"/>
        </w:rPr>
        <w:t>不可更改</w:t>
      </w:r>
      <w:r>
        <w:rPr>
          <w:b/>
          <w:lang w:eastAsia="zh-CN"/>
        </w:rPr>
        <w:t>`</w:t>
      </w:r>
      <w:r>
        <w:rPr>
          <w:lang w:eastAsia="zh-CN"/>
        </w:rPr>
        <w:t>：加在固定参数后，表示该值被锁定，</w:t>
      </w:r>
      <w:r>
        <w:rPr>
          <w:lang w:eastAsia="zh-CN"/>
        </w:rPr>
        <w:t xml:space="preserve">AI </w:t>
      </w:r>
      <w:r>
        <w:rPr>
          <w:lang w:eastAsia="zh-CN"/>
        </w:rPr>
        <w:t>与人都不得改动。</w:t>
      </w:r>
    </w:p>
    <w:p w14:paraId="322E270E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lang w:eastAsia="zh-CN"/>
        </w:rPr>
        <w:t>规则</w:t>
      </w:r>
      <w:r>
        <w:rPr>
          <w:lang w:eastAsia="zh-CN"/>
        </w:rPr>
        <w:t>/</w:t>
      </w:r>
      <w:r>
        <w:rPr>
          <w:lang w:eastAsia="zh-CN"/>
        </w:rPr>
        <w:t>配置表里的「固定参数（禁止修改）」「硬约束（禁止修改）」是同一套约定的文字版。</w:t>
      </w:r>
    </w:p>
    <w:p w14:paraId="2F9D099F" w14:textId="77777777" w:rsidR="006835FB" w:rsidRDefault="00000000">
      <w:pPr>
        <w:ind w:firstLine="480"/>
        <w:jc w:val="both"/>
      </w:pPr>
      <w:proofErr w:type="spellStart"/>
      <w:r>
        <w:t>真实代码示例</w:t>
      </w:r>
      <w:proofErr w:type="spellEnd"/>
      <w:r>
        <w:t>：</w:t>
      </w:r>
    </w:p>
    <w:p w14:paraId="3686E1D1" w14:textId="77777777" w:rsidR="006835FB" w:rsidRDefault="00000000">
      <w:pPr>
        <w:shd w:val="clear" w:color="auto" w:fill="F5F5F5"/>
        <w:spacing w:before="80" w:after="80" w:line="240" w:lineRule="auto"/>
        <w:ind w:left="283"/>
      </w:pPr>
      <w:r>
        <w:rPr>
          <w:rFonts w:ascii="Consolas" w:hAnsi="Consolas"/>
          <w:sz w:val="21"/>
        </w:rPr>
        <w:t xml:space="preserve"># </w:t>
      </w:r>
      <w:r>
        <w:rPr>
          <w:rFonts w:ascii="Consolas" w:hAnsi="Consolas"/>
          <w:sz w:val="21"/>
        </w:rPr>
        <w:t>玩家缩放（固定，禁止修改）</w:t>
      </w:r>
      <w:r>
        <w:rPr>
          <w:rFonts w:ascii="Consolas" w:hAnsi="Consolas"/>
          <w:sz w:val="21"/>
        </w:rPr>
        <w:t>——</w:t>
      </w:r>
      <w:r>
        <w:rPr>
          <w:rFonts w:ascii="Consolas" w:hAnsi="Consolas"/>
          <w:sz w:val="21"/>
        </w:rPr>
        <w:t>规则里明确锁定</w:t>
      </w:r>
      <w:r>
        <w:rPr>
          <w:rFonts w:ascii="Consolas" w:hAnsi="Consolas"/>
          <w:sz w:val="21"/>
        </w:rPr>
        <w:br/>
        <w:t>@export var player_scale: Vector3 = Vector3(0.05, 0.05, 0.05)</w:t>
      </w:r>
      <w:r>
        <w:rPr>
          <w:rFonts w:ascii="Consolas" w:hAnsi="Consolas"/>
          <w:sz w:val="21"/>
        </w:rPr>
        <w:br/>
      </w:r>
      <w:r>
        <w:rPr>
          <w:rFonts w:ascii="Consolas" w:hAnsi="Consolas"/>
          <w:sz w:val="21"/>
        </w:rPr>
        <w:br/>
        <w:t xml:space="preserve"># </w:t>
      </w:r>
      <w:r>
        <w:rPr>
          <w:rFonts w:ascii="Consolas" w:hAnsi="Consolas"/>
          <w:sz w:val="21"/>
        </w:rPr>
        <w:t>死亡淡出时长（秒）</w:t>
      </w:r>
      <w:r>
        <w:rPr>
          <w:rFonts w:ascii="Consolas" w:hAnsi="Consolas"/>
          <w:sz w:val="21"/>
        </w:rPr>
        <w:t xml:space="preserve"> #</w:t>
      </w:r>
      <w:r>
        <w:rPr>
          <w:rFonts w:ascii="Consolas" w:hAnsi="Consolas"/>
          <w:sz w:val="21"/>
        </w:rPr>
        <w:t>不可修改</w:t>
      </w:r>
      <w:r>
        <w:rPr>
          <w:rFonts w:ascii="Consolas" w:hAnsi="Consolas"/>
          <w:sz w:val="21"/>
        </w:rPr>
        <w:br/>
        <w:t>@export var death_fade_duration: float = 5.0</w:t>
      </w:r>
      <w:r>
        <w:rPr>
          <w:rFonts w:ascii="Consolas" w:hAnsi="Consolas"/>
          <w:sz w:val="21"/>
        </w:rPr>
        <w:br/>
      </w:r>
      <w:r>
        <w:rPr>
          <w:rFonts w:ascii="Consolas" w:hAnsi="Consolas"/>
          <w:sz w:val="21"/>
        </w:rPr>
        <w:br/>
        <w:t xml:space="preserve"># </w:t>
      </w:r>
      <w:r>
        <w:rPr>
          <w:rFonts w:ascii="Consolas" w:hAnsi="Consolas"/>
          <w:sz w:val="21"/>
        </w:rPr>
        <w:t>炮台前方最大旋转角度（度）</w:t>
      </w:r>
      <w:r>
        <w:rPr>
          <w:rFonts w:ascii="Consolas" w:hAnsi="Consolas"/>
          <w:sz w:val="21"/>
        </w:rPr>
        <w:t xml:space="preserve"> #</w:t>
      </w:r>
      <w:r>
        <w:rPr>
          <w:rFonts w:ascii="Consolas" w:hAnsi="Consolas"/>
          <w:sz w:val="21"/>
        </w:rPr>
        <w:t>不可更改</w:t>
      </w:r>
      <w:r>
        <w:rPr>
          <w:rFonts w:ascii="Consolas" w:hAnsi="Consolas"/>
          <w:sz w:val="21"/>
        </w:rPr>
        <w:br/>
        <w:t>@export var turret_forward_limit_deg: float = 145.0</w:t>
      </w:r>
    </w:p>
    <w:p w14:paraId="6F91EC95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lastRenderedPageBreak/>
        <w:t>作用：防止</w:t>
      </w:r>
      <w:r>
        <w:rPr>
          <w:lang w:eastAsia="zh-CN"/>
        </w:rPr>
        <w:t xml:space="preserve"> AI </w:t>
      </w:r>
      <w:r>
        <w:rPr>
          <w:lang w:eastAsia="zh-CN"/>
        </w:rPr>
        <w:t>在</w:t>
      </w:r>
      <w:proofErr w:type="gramStart"/>
      <w:r>
        <w:rPr>
          <w:lang w:eastAsia="zh-CN"/>
        </w:rPr>
        <w:t>"</w:t>
      </w:r>
      <w:r>
        <w:rPr>
          <w:lang w:eastAsia="zh-CN"/>
        </w:rPr>
        <w:t>顺手优化</w:t>
      </w:r>
      <w:r>
        <w:rPr>
          <w:lang w:eastAsia="zh-CN"/>
        </w:rPr>
        <w:t>"</w:t>
      </w:r>
      <w:proofErr w:type="gramEnd"/>
      <w:r>
        <w:rPr>
          <w:lang w:eastAsia="zh-CN"/>
        </w:rPr>
        <w:t>时误改玩家缩放、死亡时长、角度限制等关键值，破坏整体手感与平衡。</w:t>
      </w:r>
    </w:p>
    <w:p w14:paraId="4C2E1247" w14:textId="13297C2C" w:rsidR="006835FB" w:rsidRDefault="00000000">
      <w:pPr>
        <w:pStyle w:val="21"/>
        <w:rPr>
          <w:lang w:eastAsia="zh-CN"/>
        </w:rPr>
      </w:pPr>
      <w:bookmarkStart w:id="38" w:name="_Toc239423975"/>
      <w:r>
        <w:rPr>
          <w:rFonts w:ascii="Arial" w:eastAsia="黑体" w:hAnsi="Arial"/>
          <w:lang w:eastAsia="zh-CN"/>
        </w:rPr>
        <w:t xml:space="preserve">12.4 </w:t>
      </w:r>
      <w:r>
        <w:rPr>
          <w:rFonts w:ascii="Arial" w:eastAsia="黑体" w:hAnsi="Arial"/>
          <w:lang w:eastAsia="zh-CN"/>
        </w:rPr>
        <w:t>规则文件怎么写</w:t>
      </w:r>
      <w:bookmarkEnd w:id="38"/>
    </w:p>
    <w:p w14:paraId="1E801B44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规则文件是约束</w:t>
      </w:r>
      <w:r>
        <w:rPr>
          <w:lang w:eastAsia="zh-CN"/>
        </w:rPr>
        <w:t xml:space="preserve"> AI </w:t>
      </w:r>
      <w:r>
        <w:rPr>
          <w:lang w:eastAsia="zh-CN"/>
        </w:rPr>
        <w:t>的核心手段。项目里每个主题一个</w:t>
      </w:r>
      <w:proofErr w:type="gramStart"/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.</w:t>
      </w:r>
      <w:proofErr w:type="gramEnd"/>
      <w:r>
        <w:rPr>
          <w:rFonts w:ascii="Consolas" w:hAnsi="Consolas"/>
          <w:shd w:val="clear" w:color="auto" w:fill="EEEEEE"/>
          <w:lang w:eastAsia="zh-CN"/>
        </w:rPr>
        <w:t>rule.md</w:t>
      </w:r>
      <w:r>
        <w:rPr>
          <w:lang w:eastAsia="zh-CN"/>
        </w:rPr>
        <w:t>，写法有固定套路。</w:t>
      </w:r>
    </w:p>
    <w:p w14:paraId="33A2C1A4" w14:textId="77777777" w:rsidR="006835FB" w:rsidRDefault="00000000">
      <w:pPr>
        <w:ind w:firstLine="480"/>
        <w:jc w:val="both"/>
        <w:rPr>
          <w:lang w:eastAsia="zh-CN"/>
        </w:rPr>
      </w:pPr>
      <w:r>
        <w:rPr>
          <w:b/>
          <w:lang w:eastAsia="zh-CN"/>
        </w:rPr>
        <w:t>一个规则文件的通用结构（模板）</w:t>
      </w:r>
      <w:r>
        <w:rPr>
          <w:lang w:eastAsia="zh-CN"/>
        </w:rPr>
        <w:t>：</w:t>
      </w:r>
    </w:p>
    <w:p w14:paraId="05EB846D" w14:textId="77777777" w:rsidR="006835FB" w:rsidRDefault="00000000">
      <w:pPr>
        <w:shd w:val="clear" w:color="auto" w:fill="F5F5F5"/>
        <w:spacing w:before="80" w:after="80" w:line="240" w:lineRule="auto"/>
        <w:ind w:left="283"/>
        <w:rPr>
          <w:lang w:eastAsia="zh-CN"/>
        </w:rPr>
      </w:pPr>
      <w:r>
        <w:rPr>
          <w:rFonts w:ascii="Consolas" w:hAnsi="Consolas"/>
          <w:sz w:val="21"/>
          <w:lang w:eastAsia="zh-CN"/>
        </w:rPr>
        <w:t xml:space="preserve"># </w:t>
      </w:r>
      <w:proofErr w:type="gramStart"/>
      <w:r>
        <w:rPr>
          <w:rFonts w:ascii="Consolas" w:hAnsi="Consolas"/>
          <w:sz w:val="21"/>
          <w:lang w:eastAsia="zh-CN"/>
        </w:rPr>
        <w:t>&lt;</w:t>
      </w:r>
      <w:r>
        <w:rPr>
          <w:rFonts w:ascii="Consolas" w:hAnsi="Consolas"/>
          <w:sz w:val="21"/>
          <w:lang w:eastAsia="zh-CN"/>
        </w:rPr>
        <w:t>主题</w:t>
      </w:r>
      <w:proofErr w:type="gramEnd"/>
      <w:r>
        <w:rPr>
          <w:rFonts w:ascii="Consolas" w:hAnsi="Consolas"/>
          <w:sz w:val="21"/>
          <w:lang w:eastAsia="zh-CN"/>
        </w:rPr>
        <w:t>&gt;</w:t>
      </w:r>
      <w:r>
        <w:rPr>
          <w:rFonts w:ascii="Consolas" w:hAnsi="Consolas"/>
          <w:sz w:val="21"/>
          <w:lang w:eastAsia="zh-CN"/>
        </w:rPr>
        <w:t>规则（</w:t>
      </w:r>
      <w:proofErr w:type="gramStart"/>
      <w:r>
        <w:rPr>
          <w:rFonts w:ascii="Consolas" w:hAnsi="Consolas"/>
          <w:sz w:val="21"/>
          <w:lang w:eastAsia="zh-CN"/>
        </w:rPr>
        <w:t>&lt;</w:t>
      </w:r>
      <w:r>
        <w:rPr>
          <w:rFonts w:ascii="Consolas" w:hAnsi="Consolas"/>
          <w:sz w:val="21"/>
          <w:lang w:eastAsia="zh-CN"/>
        </w:rPr>
        <w:t>主题</w:t>
      </w:r>
      <w:proofErr w:type="gramEnd"/>
      <w:r>
        <w:rPr>
          <w:rFonts w:ascii="Consolas" w:hAnsi="Consolas"/>
          <w:sz w:val="21"/>
          <w:lang w:eastAsia="zh-CN"/>
        </w:rPr>
        <w:t>&gt;.rule.md</w:t>
      </w:r>
      <w:r>
        <w:rPr>
          <w:rFonts w:ascii="Consolas" w:hAnsi="Consolas"/>
          <w:sz w:val="21"/>
          <w:lang w:eastAsia="zh-CN"/>
        </w:rPr>
        <w:t>）</w:t>
      </w:r>
      <w:r>
        <w:rPr>
          <w:rFonts w:ascii="Consolas" w:hAnsi="Consolas"/>
          <w:sz w:val="21"/>
          <w:lang w:eastAsia="zh-CN"/>
        </w:rPr>
        <w:br/>
      </w:r>
      <w:r>
        <w:rPr>
          <w:rFonts w:ascii="Consolas" w:hAnsi="Consolas"/>
          <w:sz w:val="21"/>
          <w:lang w:eastAsia="zh-CN"/>
        </w:rPr>
        <w:br/>
      </w:r>
      <w:r>
        <w:rPr>
          <w:rFonts w:ascii="Consolas" w:hAnsi="Consolas"/>
          <w:sz w:val="21"/>
          <w:lang w:eastAsia="zh-CN"/>
        </w:rPr>
        <w:t>一句话说明本规则管什么（例如：本项目准备加入怪物系统</w:t>
      </w:r>
      <w:r>
        <w:rPr>
          <w:rFonts w:ascii="Consolas" w:hAnsi="Consolas"/>
          <w:sz w:val="21"/>
          <w:lang w:eastAsia="zh-CN"/>
        </w:rPr>
        <w:t>……</w:t>
      </w:r>
      <w:r>
        <w:rPr>
          <w:rFonts w:ascii="Consolas" w:hAnsi="Consolas"/>
          <w:sz w:val="21"/>
          <w:lang w:eastAsia="zh-CN"/>
        </w:rPr>
        <w:t>）。</w:t>
      </w:r>
      <w:r>
        <w:rPr>
          <w:rFonts w:ascii="Consolas" w:hAnsi="Consolas"/>
          <w:sz w:val="21"/>
          <w:lang w:eastAsia="zh-CN"/>
        </w:rPr>
        <w:br/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一、设计原则</w:t>
      </w:r>
      <w:r>
        <w:rPr>
          <w:rFonts w:ascii="Consolas" w:hAnsi="Consolas"/>
          <w:sz w:val="21"/>
          <w:lang w:eastAsia="zh-CN"/>
        </w:rPr>
        <w:t xml:space="preserve"> / </w:t>
      </w:r>
      <w:r>
        <w:rPr>
          <w:rFonts w:ascii="Consolas" w:hAnsi="Consolas"/>
          <w:sz w:val="21"/>
          <w:lang w:eastAsia="zh-CN"/>
        </w:rPr>
        <w:t>固定配置（禁止修改）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二、目录结构（强制）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三、各层职责</w:t>
      </w:r>
      <w:r>
        <w:rPr>
          <w:rFonts w:ascii="Consolas" w:hAnsi="Consolas"/>
          <w:sz w:val="21"/>
          <w:lang w:eastAsia="zh-CN"/>
        </w:rPr>
        <w:t xml:space="preserve"> / </w:t>
      </w:r>
      <w:r>
        <w:rPr>
          <w:rFonts w:ascii="Consolas" w:hAnsi="Consolas"/>
          <w:sz w:val="21"/>
          <w:lang w:eastAsia="zh-CN"/>
        </w:rPr>
        <w:t>父类职责（强制规范）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四、物理公式</w:t>
      </w:r>
      <w:r>
        <w:rPr>
          <w:rFonts w:ascii="Consolas" w:hAnsi="Consolas"/>
          <w:sz w:val="21"/>
          <w:lang w:eastAsia="zh-CN"/>
        </w:rPr>
        <w:t xml:space="preserve"> / </w:t>
      </w:r>
      <w:r>
        <w:rPr>
          <w:rFonts w:ascii="Consolas" w:hAnsi="Consolas"/>
          <w:sz w:val="21"/>
          <w:lang w:eastAsia="zh-CN"/>
        </w:rPr>
        <w:t>数据流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五、参数建议范围（表格）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六、硬约束（禁止修改）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七、代码风格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八、与其它规则的关系</w:t>
      </w:r>
      <w:r>
        <w:rPr>
          <w:rFonts w:ascii="Consolas" w:hAnsi="Consolas"/>
          <w:sz w:val="21"/>
          <w:lang w:eastAsia="zh-CN"/>
        </w:rPr>
        <w:br/>
        <w:t xml:space="preserve">## </w:t>
      </w:r>
      <w:r>
        <w:rPr>
          <w:rFonts w:ascii="Consolas" w:hAnsi="Consolas"/>
          <w:sz w:val="21"/>
          <w:lang w:eastAsia="zh-CN"/>
        </w:rPr>
        <w:t>九、修改前检查清单</w:t>
      </w:r>
    </w:p>
    <w:p w14:paraId="374406E4" w14:textId="77777777" w:rsidR="006835FB" w:rsidRDefault="00000000">
      <w:pPr>
        <w:ind w:firstLine="480"/>
        <w:jc w:val="both"/>
      </w:pPr>
      <w:proofErr w:type="spellStart"/>
      <w:r>
        <w:rPr>
          <w:b/>
        </w:rPr>
        <w:t>写法要点</w:t>
      </w:r>
      <w:proofErr w:type="spellEnd"/>
      <w:r>
        <w:t>：</w:t>
      </w:r>
    </w:p>
    <w:p w14:paraId="47C922A2" w14:textId="77777777" w:rsidR="006835FB" w:rsidRDefault="00000000">
      <w:pPr>
        <w:ind w:left="425" w:hanging="283"/>
        <w:rPr>
          <w:lang w:eastAsia="zh-CN"/>
        </w:rPr>
      </w:pPr>
      <w:r>
        <w:t xml:space="preserve">1. </w:t>
      </w:r>
      <w:r>
        <w:rPr>
          <w:b/>
        </w:rPr>
        <w:t>一个文件一个主题</w:t>
      </w:r>
      <w:r>
        <w:t>：</w:t>
      </w:r>
      <w:r>
        <w:rPr>
          <w:rFonts w:ascii="Consolas" w:hAnsi="Consolas"/>
          <w:shd w:val="clear" w:color="auto" w:fill="EEEEEE"/>
        </w:rPr>
        <w:t>mvc.rule.md</w:t>
      </w:r>
      <w:r>
        <w:t>（分层）、</w:t>
      </w:r>
      <w:r>
        <w:rPr>
          <w:rFonts w:ascii="Consolas" w:hAnsi="Consolas"/>
          <w:shd w:val="clear" w:color="auto" w:fill="EEEEEE"/>
        </w:rPr>
        <w:t>Move.rule.md</w:t>
      </w:r>
      <w:r>
        <w:t>（物理）、</w:t>
      </w:r>
      <w:r>
        <w:rPr>
          <w:rFonts w:ascii="Consolas" w:hAnsi="Consolas"/>
          <w:shd w:val="clear" w:color="auto" w:fill="EEEEEE"/>
        </w:rPr>
        <w:t>Project.rule.md</w:t>
      </w:r>
      <w:r>
        <w:t>（总览）、</w:t>
      </w:r>
      <w:r>
        <w:rPr>
          <w:rFonts w:ascii="Consolas" w:hAnsi="Consolas"/>
          <w:shd w:val="clear" w:color="auto" w:fill="EEEEEE"/>
        </w:rPr>
        <w:t>Monster.rule.md</w:t>
      </w:r>
      <w:r>
        <w:t>（</w:t>
      </w:r>
      <w:proofErr w:type="spellStart"/>
      <w:r>
        <w:t>怪物</w:t>
      </w:r>
      <w:proofErr w:type="spellEnd"/>
      <w:r>
        <w:t>）。</w:t>
      </w:r>
      <w:r>
        <w:rPr>
          <w:lang w:eastAsia="zh-CN"/>
        </w:rPr>
        <w:t>互不重复，交叉引用（如</w:t>
      </w:r>
      <w:r>
        <w:rPr>
          <w:lang w:eastAsia="zh-CN"/>
        </w:rPr>
        <w:t>"</w:t>
      </w:r>
      <w:r>
        <w:rPr>
          <w:lang w:eastAsia="zh-CN"/>
        </w:rPr>
        <w:t>详见</w:t>
      </w:r>
      <w:r>
        <w:rPr>
          <w:lang w:eastAsia="zh-CN"/>
        </w:rPr>
        <w:t xml:space="preserve"> Move.rule.md §5"</w:t>
      </w:r>
      <w:r>
        <w:rPr>
          <w:lang w:eastAsia="zh-CN"/>
        </w:rPr>
        <w:t>）。</w:t>
      </w:r>
    </w:p>
    <w:p w14:paraId="0A427779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2. </w:t>
      </w:r>
      <w:r>
        <w:rPr>
          <w:b/>
          <w:lang w:eastAsia="zh-CN"/>
        </w:rPr>
        <w:t>用</w:t>
      </w:r>
      <w:r>
        <w:rPr>
          <w:b/>
          <w:lang w:eastAsia="zh-CN"/>
        </w:rPr>
        <w:t xml:space="preserve"> markdown + </w:t>
      </w:r>
      <w:r>
        <w:rPr>
          <w:b/>
          <w:lang w:eastAsia="zh-CN"/>
        </w:rPr>
        <w:t>中文</w:t>
      </w:r>
      <w:r>
        <w:rPr>
          <w:b/>
          <w:lang w:eastAsia="zh-CN"/>
        </w:rPr>
        <w:t xml:space="preserve"> + </w:t>
      </w:r>
      <w:r>
        <w:rPr>
          <w:b/>
          <w:lang w:eastAsia="zh-CN"/>
        </w:rPr>
        <w:t>分级标题</w:t>
      </w:r>
      <w:r>
        <w:rPr>
          <w:lang w:eastAsia="zh-CN"/>
        </w:rPr>
        <w:t>，方便</w:t>
      </w:r>
      <w:r>
        <w:rPr>
          <w:lang w:eastAsia="zh-CN"/>
        </w:rPr>
        <w:t xml:space="preserve"> AI </w:t>
      </w:r>
      <w:r>
        <w:rPr>
          <w:lang w:eastAsia="zh-CN"/>
        </w:rPr>
        <w:t>检索与引用。</w:t>
      </w:r>
    </w:p>
    <w:p w14:paraId="32EE0F89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3. </w:t>
      </w:r>
      <w:r>
        <w:rPr>
          <w:b/>
          <w:lang w:eastAsia="zh-CN"/>
        </w:rPr>
        <w:t>参数用表格</w:t>
      </w:r>
      <w:r>
        <w:rPr>
          <w:lang w:eastAsia="zh-CN"/>
        </w:rPr>
        <w:t>：</w:t>
      </w:r>
      <w:r>
        <w:rPr>
          <w:rFonts w:ascii="Consolas" w:hAnsi="Consolas"/>
          <w:shd w:val="clear" w:color="auto" w:fill="EEEEEE"/>
          <w:lang w:eastAsia="zh-CN"/>
        </w:rPr>
        <w:t xml:space="preserve">| </w:t>
      </w:r>
      <w:r>
        <w:rPr>
          <w:rFonts w:ascii="Consolas" w:hAnsi="Consolas"/>
          <w:shd w:val="clear" w:color="auto" w:fill="EEEEEE"/>
          <w:lang w:eastAsia="zh-CN"/>
        </w:rPr>
        <w:t>参数</w:t>
      </w:r>
      <w:r>
        <w:rPr>
          <w:rFonts w:ascii="Consolas" w:hAnsi="Consolas"/>
          <w:shd w:val="clear" w:color="auto" w:fill="EEEEEE"/>
          <w:lang w:eastAsia="zh-CN"/>
        </w:rPr>
        <w:t xml:space="preserve"> | </w:t>
      </w:r>
      <w:r>
        <w:rPr>
          <w:rFonts w:ascii="Consolas" w:hAnsi="Consolas"/>
          <w:shd w:val="clear" w:color="auto" w:fill="EEEEEE"/>
          <w:lang w:eastAsia="zh-CN"/>
        </w:rPr>
        <w:t>建议范围</w:t>
      </w:r>
      <w:r>
        <w:rPr>
          <w:rFonts w:ascii="Consolas" w:hAnsi="Consolas"/>
          <w:shd w:val="clear" w:color="auto" w:fill="EEEEEE"/>
          <w:lang w:eastAsia="zh-CN"/>
        </w:rPr>
        <w:t xml:space="preserve"> | </w:t>
      </w:r>
      <w:r>
        <w:rPr>
          <w:rFonts w:ascii="Consolas" w:hAnsi="Consolas"/>
          <w:shd w:val="clear" w:color="auto" w:fill="EEEEEE"/>
          <w:lang w:eastAsia="zh-CN"/>
        </w:rPr>
        <w:t>默认值</w:t>
      </w:r>
      <w:r>
        <w:rPr>
          <w:rFonts w:ascii="Consolas" w:hAnsi="Consolas"/>
          <w:shd w:val="clear" w:color="auto" w:fill="EEEEEE"/>
          <w:lang w:eastAsia="zh-CN"/>
        </w:rPr>
        <w:t xml:space="preserve"> | </w:t>
      </w:r>
      <w:r>
        <w:rPr>
          <w:rFonts w:ascii="Consolas" w:hAnsi="Consolas"/>
          <w:shd w:val="clear" w:color="auto" w:fill="EEEEEE"/>
          <w:lang w:eastAsia="zh-CN"/>
        </w:rPr>
        <w:t>说明</w:t>
      </w:r>
      <w:r>
        <w:rPr>
          <w:rFonts w:ascii="Consolas" w:hAnsi="Consolas"/>
          <w:shd w:val="clear" w:color="auto" w:fill="EEEEEE"/>
          <w:lang w:eastAsia="zh-CN"/>
        </w:rPr>
        <w:t xml:space="preserve"> |</w:t>
      </w:r>
      <w:r>
        <w:rPr>
          <w:lang w:eastAsia="zh-CN"/>
        </w:rPr>
        <w:t>，明确每个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@export</w:t>
      </w:r>
      <w:r>
        <w:rPr>
          <w:lang w:eastAsia="zh-CN"/>
        </w:rPr>
        <w:t xml:space="preserve"> </w:t>
      </w:r>
      <w:r>
        <w:rPr>
          <w:lang w:eastAsia="zh-CN"/>
        </w:rPr>
        <w:t>的取值范围。</w:t>
      </w:r>
    </w:p>
    <w:p w14:paraId="71D6C58C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4. </w:t>
      </w:r>
      <w:r>
        <w:rPr>
          <w:b/>
          <w:lang w:eastAsia="zh-CN"/>
        </w:rPr>
        <w:t xml:space="preserve">`@export` </w:t>
      </w:r>
      <w:r>
        <w:rPr>
          <w:b/>
          <w:lang w:eastAsia="zh-CN"/>
        </w:rPr>
        <w:t>后标</w:t>
      </w:r>
      <w:r>
        <w:rPr>
          <w:b/>
          <w:lang w:eastAsia="zh-CN"/>
        </w:rPr>
        <w:t xml:space="preserve"> `↓↓↓`</w:t>
      </w:r>
      <w:r>
        <w:rPr>
          <w:lang w:eastAsia="zh-CN"/>
        </w:rPr>
        <w:t>（可调参）；固定值标</w:t>
      </w:r>
      <w:proofErr w:type="gramStart"/>
      <w:r>
        <w:rPr>
          <w:lang w:eastAsia="zh-CN"/>
        </w:rPr>
        <w:t>"</w:t>
      </w:r>
      <w:r>
        <w:rPr>
          <w:lang w:eastAsia="zh-CN"/>
        </w:rPr>
        <w:t>禁止修改</w:t>
      </w:r>
      <w:r>
        <w:rPr>
          <w:lang w:eastAsia="zh-CN"/>
        </w:rPr>
        <w:t>"</w:t>
      </w:r>
      <w:r>
        <w:rPr>
          <w:lang w:eastAsia="zh-CN"/>
        </w:rPr>
        <w:t>。</w:t>
      </w:r>
      <w:proofErr w:type="gramEnd"/>
    </w:p>
    <w:p w14:paraId="57657056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5. </w:t>
      </w:r>
      <w:r>
        <w:rPr>
          <w:b/>
          <w:lang w:eastAsia="zh-CN"/>
        </w:rPr>
        <w:t>物理</w:t>
      </w:r>
      <w:r>
        <w:rPr>
          <w:b/>
          <w:lang w:eastAsia="zh-CN"/>
        </w:rPr>
        <w:t>/</w:t>
      </w:r>
      <w:r>
        <w:rPr>
          <w:b/>
          <w:lang w:eastAsia="zh-CN"/>
        </w:rPr>
        <w:t>算法给公式</w:t>
      </w:r>
      <w:r>
        <w:rPr>
          <w:b/>
          <w:lang w:eastAsia="zh-CN"/>
        </w:rPr>
        <w:t xml:space="preserve"> + </w:t>
      </w:r>
      <w:proofErr w:type="spellStart"/>
      <w:r>
        <w:rPr>
          <w:b/>
          <w:lang w:eastAsia="zh-CN"/>
        </w:rPr>
        <w:t>GDScript</w:t>
      </w:r>
      <w:proofErr w:type="spellEnd"/>
      <w:r>
        <w:rPr>
          <w:b/>
          <w:lang w:eastAsia="zh-CN"/>
        </w:rPr>
        <w:t xml:space="preserve"> </w:t>
      </w:r>
      <w:r>
        <w:rPr>
          <w:b/>
          <w:lang w:eastAsia="zh-CN"/>
        </w:rPr>
        <w:t>示例</w:t>
      </w:r>
      <w:r>
        <w:rPr>
          <w:lang w:eastAsia="zh-CN"/>
        </w:rPr>
        <w:t>：把七步积分、点链计算等写成伪代码或真代码，</w:t>
      </w:r>
      <w:r>
        <w:rPr>
          <w:lang w:eastAsia="zh-CN"/>
        </w:rPr>
        <w:t xml:space="preserve">AI </w:t>
      </w:r>
      <w:r>
        <w:rPr>
          <w:lang w:eastAsia="zh-CN"/>
        </w:rPr>
        <w:t>照抄即可，不自由发挥。</w:t>
      </w:r>
    </w:p>
    <w:p w14:paraId="6993836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6. </w:t>
      </w:r>
      <w:r>
        <w:rPr>
          <w:b/>
          <w:lang w:eastAsia="zh-CN"/>
        </w:rPr>
        <w:t>硬约束用</w:t>
      </w:r>
      <w:proofErr w:type="gramStart"/>
      <w:r>
        <w:rPr>
          <w:b/>
          <w:lang w:eastAsia="zh-CN"/>
        </w:rPr>
        <w:t>"</w:t>
      </w:r>
      <w:r>
        <w:rPr>
          <w:b/>
          <w:lang w:eastAsia="zh-CN"/>
        </w:rPr>
        <w:t>禁止</w:t>
      </w:r>
      <w:proofErr w:type="gramEnd"/>
      <w:r>
        <w:rPr>
          <w:b/>
          <w:lang w:eastAsia="zh-CN"/>
        </w:rPr>
        <w:t>…</w:t>
      </w:r>
      <w:proofErr w:type="gramStart"/>
      <w:r>
        <w:rPr>
          <w:b/>
          <w:lang w:eastAsia="zh-CN"/>
        </w:rPr>
        <w:t>…"</w:t>
      </w:r>
      <w:proofErr w:type="gramEnd"/>
      <w:r>
        <w:rPr>
          <w:b/>
          <w:lang w:eastAsia="zh-CN"/>
        </w:rPr>
        <w:t>句式列清单</w:t>
      </w:r>
      <w:r>
        <w:rPr>
          <w:lang w:eastAsia="zh-CN"/>
        </w:rPr>
        <w:t>：如</w:t>
      </w:r>
      <w:proofErr w:type="gramStart"/>
      <w:r>
        <w:rPr>
          <w:lang w:eastAsia="zh-CN"/>
        </w:rPr>
        <w:t>"</w:t>
      </w:r>
      <w:r>
        <w:rPr>
          <w:lang w:eastAsia="zh-CN"/>
        </w:rPr>
        <w:t>玩家</w:t>
      </w:r>
      <w:proofErr w:type="gramEnd"/>
      <w:r>
        <w:rPr>
          <w:lang w:eastAsia="zh-CN"/>
        </w:rPr>
        <w:t>缩放固定</w:t>
      </w:r>
      <w:r>
        <w:rPr>
          <w:lang w:eastAsia="zh-CN"/>
        </w:rPr>
        <w:t xml:space="preserve"> 0.05</w:t>
      </w:r>
      <w:r>
        <w:rPr>
          <w:lang w:eastAsia="zh-CN"/>
        </w:rPr>
        <w:t>，不得修改</w:t>
      </w:r>
      <w:r>
        <w:rPr>
          <w:lang w:eastAsia="zh-CN"/>
        </w:rPr>
        <w:t>"</w:t>
      </w:r>
      <w:proofErr w:type="gramStart"/>
      <w:r>
        <w:rPr>
          <w:lang w:eastAsia="zh-CN"/>
        </w:rPr>
        <w:t>"</w:t>
      </w:r>
      <w:r>
        <w:rPr>
          <w:lang w:eastAsia="zh-CN"/>
        </w:rPr>
        <w:t>怪物</w:t>
      </w:r>
      <w:proofErr w:type="gramEnd"/>
      <w:r>
        <w:rPr>
          <w:lang w:eastAsia="zh-CN"/>
        </w:rPr>
        <w:t>死亡必须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queue_free</w:t>
      </w:r>
      <w:proofErr w:type="spellEnd"/>
      <w:r>
        <w:rPr>
          <w:lang w:eastAsia="zh-CN"/>
        </w:rPr>
        <w:t>"</w:t>
      </w:r>
      <w:r>
        <w:rPr>
          <w:lang w:eastAsia="zh-CN"/>
        </w:rPr>
        <w:t>。</w:t>
      </w:r>
    </w:p>
    <w:p w14:paraId="5B2529C3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7. </w:t>
      </w:r>
      <w:r>
        <w:rPr>
          <w:b/>
          <w:lang w:eastAsia="zh-CN"/>
        </w:rPr>
        <w:t>末尾附检查清单</w:t>
      </w:r>
      <w:r>
        <w:rPr>
          <w:lang w:eastAsia="zh-CN"/>
        </w:rPr>
        <w:t>：如</w:t>
      </w:r>
      <w:r>
        <w:rPr>
          <w:lang w:eastAsia="zh-CN"/>
        </w:rPr>
        <w:t>"</w:t>
      </w:r>
      <w:r>
        <w:rPr>
          <w:lang w:eastAsia="zh-CN"/>
        </w:rPr>
        <w:t>是否符合</w:t>
      </w:r>
      <w:r>
        <w:rPr>
          <w:lang w:eastAsia="zh-CN"/>
        </w:rPr>
        <w:t xml:space="preserve"> MVC </w:t>
      </w:r>
      <w:r>
        <w:rPr>
          <w:lang w:eastAsia="zh-CN"/>
        </w:rPr>
        <w:t>分层？是否用</w:t>
      </w:r>
      <w:r>
        <w:rPr>
          <w:lang w:eastAsia="zh-CN"/>
        </w:rPr>
        <w:t xml:space="preserve"> group </w:t>
      </w:r>
      <w:r>
        <w:rPr>
          <w:lang w:eastAsia="zh-CN"/>
        </w:rPr>
        <w:t>查找？数值是否落在建议范围？</w:t>
      </w:r>
      <w:r>
        <w:rPr>
          <w:lang w:eastAsia="zh-CN"/>
        </w:rPr>
        <w:t>"</w:t>
      </w:r>
      <w:r>
        <w:rPr>
          <w:lang w:eastAsia="zh-CN"/>
        </w:rPr>
        <w:t>，</w:t>
      </w:r>
      <w:r>
        <w:rPr>
          <w:lang w:eastAsia="zh-CN"/>
        </w:rPr>
        <w:t xml:space="preserve">AI </w:t>
      </w:r>
      <w:r>
        <w:rPr>
          <w:lang w:eastAsia="zh-CN"/>
        </w:rPr>
        <w:t>改动前对照自查。</w:t>
      </w:r>
    </w:p>
    <w:p w14:paraId="3BBFF6C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lastRenderedPageBreak/>
        <w:t xml:space="preserve">8. </w:t>
      </w:r>
      <w:r>
        <w:rPr>
          <w:b/>
          <w:lang w:eastAsia="zh-CN"/>
        </w:rPr>
        <w:t>规则随实现同步更新</w:t>
      </w:r>
      <w:r>
        <w:rPr>
          <w:lang w:eastAsia="zh-CN"/>
        </w:rPr>
        <w:t>：发现数值</w:t>
      </w:r>
      <w:r>
        <w:rPr>
          <w:lang w:eastAsia="zh-CN"/>
        </w:rPr>
        <w:t>/</w:t>
      </w:r>
      <w:r>
        <w:rPr>
          <w:lang w:eastAsia="zh-CN"/>
        </w:rPr>
        <w:t>结构变了，先问用户，再据用户决定更新规则（</w:t>
      </w:r>
      <w:proofErr w:type="gramStart"/>
      <w:r>
        <w:rPr>
          <w:lang w:eastAsia="zh-CN"/>
        </w:rPr>
        <w:t>"</w:t>
      </w:r>
      <w:r>
        <w:rPr>
          <w:lang w:eastAsia="zh-CN"/>
        </w:rPr>
        <w:t>发现</w:t>
      </w:r>
      <w:proofErr w:type="gramEnd"/>
      <w:r>
        <w:rPr>
          <w:lang w:eastAsia="zh-CN"/>
        </w:rPr>
        <w:t>数值与规则不符时先询问用户，不擅自修改；根据用户修改调整</w:t>
      </w:r>
      <w:r>
        <w:rPr>
          <w:lang w:eastAsia="zh-CN"/>
        </w:rPr>
        <w:t xml:space="preserve"> rule </w:t>
      </w:r>
      <w:proofErr w:type="gramStart"/>
      <w:r>
        <w:rPr>
          <w:lang w:eastAsia="zh-CN"/>
        </w:rPr>
        <w:t>规则</w:t>
      </w:r>
      <w:r>
        <w:rPr>
          <w:lang w:eastAsia="zh-CN"/>
        </w:rPr>
        <w:t>"</w:t>
      </w:r>
      <w:r>
        <w:rPr>
          <w:lang w:eastAsia="zh-CN"/>
        </w:rPr>
        <w:t>）</w:t>
      </w:r>
      <w:proofErr w:type="gramEnd"/>
      <w:r>
        <w:rPr>
          <w:lang w:eastAsia="zh-CN"/>
        </w:rPr>
        <w:t>。</w:t>
      </w:r>
    </w:p>
    <w:p w14:paraId="4E6B216F" w14:textId="77777777" w:rsidR="006835FB" w:rsidRDefault="00000000">
      <w:pPr>
        <w:ind w:firstLine="480"/>
        <w:jc w:val="both"/>
        <w:rPr>
          <w:lang w:eastAsia="zh-CN"/>
        </w:rPr>
      </w:pPr>
      <w:r>
        <w:rPr>
          <w:b/>
          <w:lang w:eastAsia="zh-CN"/>
        </w:rPr>
        <w:t>规则文件的价值</w:t>
      </w:r>
      <w:r>
        <w:rPr>
          <w:lang w:eastAsia="zh-CN"/>
        </w:rPr>
        <w:t>：把</w:t>
      </w:r>
      <w:proofErr w:type="gramStart"/>
      <w:r>
        <w:rPr>
          <w:lang w:eastAsia="zh-CN"/>
        </w:rPr>
        <w:t>"</w:t>
      </w:r>
      <w:r>
        <w:rPr>
          <w:lang w:eastAsia="zh-CN"/>
        </w:rPr>
        <w:t>人</w:t>
      </w:r>
      <w:proofErr w:type="gramEnd"/>
      <w:r>
        <w:rPr>
          <w:lang w:eastAsia="zh-CN"/>
        </w:rPr>
        <w:t>脑里的</w:t>
      </w:r>
      <w:proofErr w:type="gramStart"/>
      <w:r>
        <w:rPr>
          <w:lang w:eastAsia="zh-CN"/>
        </w:rPr>
        <w:t>约定</w:t>
      </w:r>
      <w:r>
        <w:rPr>
          <w:lang w:eastAsia="zh-CN"/>
        </w:rPr>
        <w:t>"</w:t>
      </w:r>
      <w:proofErr w:type="gramEnd"/>
      <w:r>
        <w:rPr>
          <w:lang w:eastAsia="zh-CN"/>
        </w:rPr>
        <w:t>沉淀成</w:t>
      </w:r>
      <w:r>
        <w:rPr>
          <w:lang w:eastAsia="zh-CN"/>
        </w:rPr>
        <w:t xml:space="preserve">"AI </w:t>
      </w:r>
      <w:r>
        <w:rPr>
          <w:lang w:eastAsia="zh-CN"/>
        </w:rPr>
        <w:t>每次必读的</w:t>
      </w:r>
      <w:proofErr w:type="gramStart"/>
      <w:r>
        <w:rPr>
          <w:lang w:eastAsia="zh-CN"/>
        </w:rPr>
        <w:t>文本</w:t>
      </w:r>
      <w:r>
        <w:rPr>
          <w:lang w:eastAsia="zh-CN"/>
        </w:rPr>
        <w:t>"</w:t>
      </w:r>
      <w:r>
        <w:rPr>
          <w:lang w:eastAsia="zh-CN"/>
        </w:rPr>
        <w:t>，</w:t>
      </w:r>
      <w:proofErr w:type="gramEnd"/>
      <w:r>
        <w:rPr>
          <w:lang w:eastAsia="zh-CN"/>
        </w:rPr>
        <w:t>让</w:t>
      </w:r>
      <w:r>
        <w:rPr>
          <w:lang w:eastAsia="zh-CN"/>
        </w:rPr>
        <w:t xml:space="preserve"> AI </w:t>
      </w:r>
      <w:r>
        <w:rPr>
          <w:lang w:eastAsia="zh-CN"/>
        </w:rPr>
        <w:t>在无人在场时也能产出风格一致、符合硬约束的代码。</w:t>
      </w:r>
    </w:p>
    <w:p w14:paraId="7EEE83CD" w14:textId="77777777" w:rsidR="006835FB" w:rsidRDefault="00000000">
      <w:pPr>
        <w:pStyle w:val="21"/>
        <w:rPr>
          <w:lang w:eastAsia="zh-CN"/>
        </w:rPr>
      </w:pPr>
      <w:bookmarkStart w:id="39" w:name="_Toc239423976"/>
      <w:r>
        <w:rPr>
          <w:rFonts w:ascii="Arial" w:eastAsia="黑体" w:hAnsi="Arial"/>
          <w:lang w:eastAsia="zh-CN"/>
        </w:rPr>
        <w:t xml:space="preserve">12.5 </w:t>
      </w:r>
      <w:r>
        <w:rPr>
          <w:rFonts w:ascii="Arial" w:eastAsia="黑体" w:hAnsi="Arial"/>
          <w:lang w:eastAsia="zh-CN"/>
        </w:rPr>
        <w:t>用规则文件约束</w:t>
      </w:r>
      <w:r>
        <w:rPr>
          <w:rFonts w:ascii="Arial" w:eastAsia="黑体" w:hAnsi="Arial"/>
          <w:lang w:eastAsia="zh-CN"/>
        </w:rPr>
        <w:t xml:space="preserve"> AI</w:t>
      </w:r>
      <w:r>
        <w:rPr>
          <w:rFonts w:ascii="Arial" w:eastAsia="黑体" w:hAnsi="Arial"/>
          <w:lang w:eastAsia="zh-CN"/>
        </w:rPr>
        <w:t>（核心方法）</w:t>
      </w:r>
      <w:bookmarkEnd w:id="39"/>
    </w:p>
    <w:p w14:paraId="1F433F91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规则文件从五个维度约束</w:t>
      </w:r>
      <w:r>
        <w:rPr>
          <w:lang w:eastAsia="zh-CN"/>
        </w:rPr>
        <w:t xml:space="preserve"> AI</w:t>
      </w:r>
      <w:r>
        <w:rPr>
          <w:lang w:eastAsia="zh-CN"/>
        </w:rPr>
        <w:t>：</w:t>
      </w:r>
    </w:p>
    <w:p w14:paraId="71EA6D52" w14:textId="77777777" w:rsidR="006835FB" w:rsidRDefault="00000000">
      <w:pPr>
        <w:ind w:left="425" w:hanging="283"/>
      </w:pPr>
      <w:r>
        <w:t xml:space="preserve">1. </w:t>
      </w:r>
      <w:proofErr w:type="spellStart"/>
      <w:r>
        <w:rPr>
          <w:b/>
        </w:rPr>
        <w:t>分层与命名</w:t>
      </w:r>
      <w:r>
        <w:t>：强制</w:t>
      </w:r>
      <w:proofErr w:type="spellEnd"/>
      <w:r>
        <w:t xml:space="preserve"> </w:t>
      </w:r>
      <w:proofErr w:type="spellStart"/>
      <w:r>
        <w:t>MVC</w:t>
      </w:r>
      <w:r>
        <w:t>、</w:t>
      </w:r>
      <w:r>
        <w:rPr>
          <w:rFonts w:ascii="Consolas" w:hAnsi="Consolas"/>
          <w:shd w:val="clear" w:color="auto" w:fill="EEEEEE"/>
        </w:rPr>
        <w:t>class_name</w:t>
      </w:r>
      <w:proofErr w:type="spellEnd"/>
      <w:r>
        <w:rPr>
          <w:rFonts w:ascii="Consolas" w:hAnsi="Consolas"/>
          <w:shd w:val="clear" w:color="auto" w:fill="EEEEEE"/>
        </w:rPr>
        <w:t xml:space="preserve"> &lt;Module&gt;Model/View/</w:t>
      </w:r>
      <w:proofErr w:type="spellStart"/>
      <w:r>
        <w:rPr>
          <w:rFonts w:ascii="Consolas" w:hAnsi="Consolas"/>
          <w:shd w:val="clear" w:color="auto" w:fill="EEEEEE"/>
        </w:rPr>
        <w:t>Controller</w:t>
      </w:r>
      <w:r>
        <w:t>、文件全小写下划线</w:t>
      </w:r>
      <w:proofErr w:type="spellEnd"/>
      <w:r>
        <w:t>。</w:t>
      </w:r>
    </w:p>
    <w:p w14:paraId="4970E637" w14:textId="77777777" w:rsidR="006835FB" w:rsidRDefault="00000000">
      <w:pPr>
        <w:ind w:left="425" w:hanging="283"/>
      </w:pPr>
      <w:r>
        <w:t xml:space="preserve">2. </w:t>
      </w:r>
      <w:r>
        <w:rPr>
          <w:b/>
        </w:rPr>
        <w:t>物理公式</w:t>
      </w:r>
      <w:r>
        <w:t>：固定七步积分，防止</w:t>
      </w:r>
      <w:r>
        <w:t xml:space="preserve"> AI </w:t>
      </w:r>
      <w:r>
        <w:t>各写一套。</w:t>
      </w:r>
    </w:p>
    <w:p w14:paraId="0B3C968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3. </w:t>
      </w:r>
      <w:r>
        <w:rPr>
          <w:b/>
          <w:lang w:eastAsia="zh-CN"/>
        </w:rPr>
        <w:t>硬约束</w:t>
      </w:r>
      <w:r>
        <w:rPr>
          <w:lang w:eastAsia="zh-CN"/>
        </w:rPr>
        <w:t>：列出</w:t>
      </w:r>
      <w:proofErr w:type="gramStart"/>
      <w:r>
        <w:rPr>
          <w:lang w:eastAsia="zh-CN"/>
        </w:rPr>
        <w:t>"</w:t>
      </w:r>
      <w:r>
        <w:rPr>
          <w:lang w:eastAsia="zh-CN"/>
        </w:rPr>
        <w:t>禁止修改</w:t>
      </w:r>
      <w:r>
        <w:rPr>
          <w:lang w:eastAsia="zh-CN"/>
        </w:rPr>
        <w:t>"</w:t>
      </w:r>
      <w:proofErr w:type="gramEnd"/>
      <w:r>
        <w:rPr>
          <w:lang w:eastAsia="zh-CN"/>
        </w:rPr>
        <w:t>项（玩家缩放</w:t>
      </w:r>
      <w:r>
        <w:rPr>
          <w:lang w:eastAsia="zh-CN"/>
        </w:rPr>
        <w:t xml:space="preserve"> 0.05</w:t>
      </w:r>
      <w:r>
        <w:rPr>
          <w:lang w:eastAsia="zh-CN"/>
        </w:rPr>
        <w:t>、进水</w:t>
      </w:r>
      <w:r>
        <w:rPr>
          <w:lang w:eastAsia="zh-CN"/>
        </w:rPr>
        <w:t>≥90%</w:t>
      </w:r>
      <w:r>
        <w:rPr>
          <w:lang w:eastAsia="zh-CN"/>
        </w:rPr>
        <w:t>锁图等），防止</w:t>
      </w:r>
      <w:r>
        <w:rPr>
          <w:lang w:eastAsia="zh-CN"/>
        </w:rPr>
        <w:t xml:space="preserve"> AI </w:t>
      </w:r>
      <w:r>
        <w:rPr>
          <w:lang w:eastAsia="zh-CN"/>
        </w:rPr>
        <w:t>擅改关键逻辑。</w:t>
      </w:r>
    </w:p>
    <w:p w14:paraId="2E67D55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4. </w:t>
      </w:r>
      <w:r>
        <w:rPr>
          <w:b/>
          <w:lang w:eastAsia="zh-CN"/>
        </w:rPr>
        <w:t>参数范围表</w:t>
      </w:r>
      <w:r>
        <w:rPr>
          <w:lang w:eastAsia="zh-CN"/>
        </w:rPr>
        <w:t>：给出每个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@export</w:t>
      </w:r>
      <w:r>
        <w:rPr>
          <w:lang w:eastAsia="zh-CN"/>
        </w:rPr>
        <w:t xml:space="preserve"> </w:t>
      </w:r>
      <w:r>
        <w:rPr>
          <w:lang w:eastAsia="zh-CN"/>
        </w:rPr>
        <w:t>的建议范围（</w:t>
      </w:r>
      <w:r>
        <w:rPr>
          <w:lang w:eastAsia="zh-CN"/>
        </w:rPr>
        <w:t>mass 5–30</w:t>
      </w:r>
      <w:r>
        <w:rPr>
          <w:lang w:eastAsia="zh-CN"/>
        </w:rPr>
        <w:t>、</w:t>
      </w:r>
      <w:proofErr w:type="spellStart"/>
      <w:r>
        <w:rPr>
          <w:lang w:eastAsia="zh-CN"/>
        </w:rPr>
        <w:t>thrust_force</w:t>
      </w:r>
      <w:proofErr w:type="spellEnd"/>
      <w:r>
        <w:rPr>
          <w:lang w:eastAsia="zh-CN"/>
        </w:rPr>
        <w:t xml:space="preserve"> 2–10 </w:t>
      </w:r>
      <w:r>
        <w:rPr>
          <w:lang w:eastAsia="zh-CN"/>
        </w:rPr>
        <w:t>等），并规定</w:t>
      </w:r>
      <w:proofErr w:type="gramStart"/>
      <w:r>
        <w:rPr>
          <w:lang w:eastAsia="zh-CN"/>
        </w:rPr>
        <w:t>"</w:t>
      </w:r>
      <w:r>
        <w:rPr>
          <w:lang w:eastAsia="zh-CN"/>
        </w:rPr>
        <w:t>数值</w:t>
      </w:r>
      <w:proofErr w:type="gramEnd"/>
      <w:r>
        <w:rPr>
          <w:lang w:eastAsia="zh-CN"/>
        </w:rPr>
        <w:t>与规则不符时先询问</w:t>
      </w:r>
      <w:proofErr w:type="gramStart"/>
      <w:r>
        <w:rPr>
          <w:lang w:eastAsia="zh-CN"/>
        </w:rPr>
        <w:t>用户</w:t>
      </w:r>
      <w:r>
        <w:rPr>
          <w:lang w:eastAsia="zh-CN"/>
        </w:rPr>
        <w:t>"</w:t>
      </w:r>
      <w:r>
        <w:rPr>
          <w:lang w:eastAsia="zh-CN"/>
        </w:rPr>
        <w:t>。</w:t>
      </w:r>
      <w:proofErr w:type="gramEnd"/>
    </w:p>
    <w:p w14:paraId="6070670F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5. </w:t>
      </w:r>
      <w:r>
        <w:rPr>
          <w:b/>
          <w:lang w:eastAsia="zh-CN"/>
        </w:rPr>
        <w:t>检查清单</w:t>
      </w:r>
      <w:r>
        <w:rPr>
          <w:lang w:eastAsia="zh-CN"/>
        </w:rPr>
        <w:t>：</w:t>
      </w:r>
      <w:r>
        <w:rPr>
          <w:lang w:eastAsia="zh-CN"/>
        </w:rPr>
        <w:t xml:space="preserve">AI </w:t>
      </w:r>
      <w:r>
        <w:rPr>
          <w:lang w:eastAsia="zh-CN"/>
        </w:rPr>
        <w:t>改动前对照自查（继承父类？</w:t>
      </w:r>
      <w:r>
        <w:rPr>
          <w:lang w:eastAsia="zh-CN"/>
        </w:rPr>
        <w:t xml:space="preserve">group </w:t>
      </w:r>
      <w:r>
        <w:rPr>
          <w:lang w:eastAsia="zh-CN"/>
        </w:rPr>
        <w:t>查找？</w:t>
      </w:r>
      <w:r>
        <w:rPr>
          <w:lang w:eastAsia="zh-CN"/>
        </w:rPr>
        <w:t xml:space="preserve">MVC </w:t>
      </w:r>
      <w:r>
        <w:rPr>
          <w:lang w:eastAsia="zh-CN"/>
        </w:rPr>
        <w:t>不跳层？头部唯一主控点？</w:t>
      </w:r>
      <w:r>
        <w:rPr>
          <w:lang w:eastAsia="zh-CN"/>
        </w:rPr>
        <w:t>……</w:t>
      </w:r>
      <w:r>
        <w:rPr>
          <w:lang w:eastAsia="zh-CN"/>
        </w:rPr>
        <w:t>）。</w:t>
      </w:r>
    </w:p>
    <w:p w14:paraId="532E9F56" w14:textId="398D62A0" w:rsidR="006835FB" w:rsidRDefault="00000000">
      <w:pPr>
        <w:pStyle w:val="21"/>
        <w:rPr>
          <w:lang w:eastAsia="zh-CN"/>
        </w:rPr>
      </w:pPr>
      <w:bookmarkStart w:id="40" w:name="_Toc239423977"/>
      <w:r>
        <w:rPr>
          <w:rFonts w:ascii="Arial" w:eastAsia="黑体" w:hAnsi="Arial"/>
          <w:lang w:eastAsia="zh-CN"/>
        </w:rPr>
        <w:t xml:space="preserve">12.6 </w:t>
      </w:r>
      <w:r>
        <w:rPr>
          <w:rFonts w:ascii="Arial" w:eastAsia="黑体" w:hAnsi="Arial"/>
          <w:lang w:eastAsia="zh-CN"/>
        </w:rPr>
        <w:t>模块化功能实现</w:t>
      </w:r>
      <w:bookmarkEnd w:id="40"/>
    </w:p>
    <w:p w14:paraId="3EA38DDE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项目按「模块」组织，</w:t>
      </w:r>
      <w:r>
        <w:rPr>
          <w:lang w:eastAsia="zh-CN"/>
        </w:rPr>
        <w:t xml:space="preserve">AI </w:t>
      </w:r>
      <w:r>
        <w:rPr>
          <w:lang w:eastAsia="zh-CN"/>
        </w:rPr>
        <w:t>一次只聚焦一个模块，降低出错、便于人工审核：</w:t>
      </w:r>
    </w:p>
    <w:p w14:paraId="23865F82" w14:textId="77777777" w:rsidR="006835FB" w:rsidRDefault="00000000">
      <w:pPr>
        <w:ind w:left="425" w:hanging="283"/>
      </w:pPr>
      <w:r>
        <w:t xml:space="preserve">• </w:t>
      </w:r>
      <w:proofErr w:type="spellStart"/>
      <w:r>
        <w:rPr>
          <w:b/>
        </w:rPr>
        <w:t>目录即模块</w:t>
      </w:r>
      <w:r>
        <w:t>：</w:t>
      </w:r>
      <w:r>
        <w:rPr>
          <w:rFonts w:ascii="Consolas" w:hAnsi="Consolas"/>
          <w:shd w:val="clear" w:color="auto" w:fill="EEEEEE"/>
        </w:rPr>
        <w:t>scripts</w:t>
      </w:r>
      <w:proofErr w:type="spellEnd"/>
      <w:r>
        <w:rPr>
          <w:rFonts w:ascii="Consolas" w:hAnsi="Consolas"/>
          <w:shd w:val="clear" w:color="auto" w:fill="EEEEEE"/>
        </w:rPr>
        <w:t>/&lt;module&gt;/</w:t>
      </w:r>
      <w:r>
        <w:t xml:space="preserve"> </w:t>
      </w:r>
      <w:proofErr w:type="spellStart"/>
      <w:r>
        <w:t>下放</w:t>
      </w:r>
      <w:proofErr w:type="spellEnd"/>
      <w:r>
        <w:t xml:space="preserve"> MVC </w:t>
      </w:r>
      <w:r>
        <w:t>三件套（</w:t>
      </w:r>
      <w:r>
        <w:rPr>
          <w:rFonts w:ascii="Consolas" w:hAnsi="Consolas"/>
          <w:shd w:val="clear" w:color="auto" w:fill="EEEEEE"/>
        </w:rPr>
        <w:t>&lt;module&gt;_model.gd</w:t>
      </w:r>
      <w:r>
        <w:t xml:space="preserve"> / </w:t>
      </w:r>
      <w:r>
        <w:rPr>
          <w:rFonts w:ascii="Consolas" w:hAnsi="Consolas"/>
          <w:shd w:val="clear" w:color="auto" w:fill="EEEEEE"/>
        </w:rPr>
        <w:t>&lt;module&gt;_view.gd</w:t>
      </w:r>
      <w:r>
        <w:t xml:space="preserve"> / </w:t>
      </w:r>
      <w:r>
        <w:rPr>
          <w:rFonts w:ascii="Consolas" w:hAnsi="Consolas"/>
          <w:shd w:val="clear" w:color="auto" w:fill="EEEEEE"/>
        </w:rPr>
        <w:t>&lt;module&gt;_controller.gd</w:t>
      </w:r>
      <w:r>
        <w:t>）。</w:t>
      </w:r>
    </w:p>
    <w:p w14:paraId="750ABA3E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一个功能一个模块</w:t>
      </w:r>
      <w:r>
        <w:t>：加</w:t>
      </w:r>
      <w:r>
        <w:t>"</w:t>
      </w:r>
      <w:r>
        <w:t>声纳</w:t>
      </w:r>
      <w:r>
        <w:t>"</w:t>
      </w:r>
      <w:r>
        <w:t>就新建</w:t>
      </w:r>
      <w:r>
        <w:t xml:space="preserve"> </w:t>
      </w:r>
      <w:r>
        <w:rPr>
          <w:rFonts w:ascii="Consolas" w:hAnsi="Consolas"/>
          <w:shd w:val="clear" w:color="auto" w:fill="EEEEEE"/>
        </w:rPr>
        <w:t>scripts/sonar/</w:t>
      </w:r>
      <w:r>
        <w:t>，加</w:t>
      </w:r>
      <w:r>
        <w:t>"</w:t>
      </w:r>
      <w:r>
        <w:t>深水炸弹</w:t>
      </w:r>
      <w:r>
        <w:t>"</w:t>
      </w:r>
      <w:r>
        <w:t>就新建</w:t>
      </w:r>
      <w:r>
        <w:t xml:space="preserve"> </w:t>
      </w:r>
      <w:r>
        <w:rPr>
          <w:rFonts w:ascii="Consolas" w:hAnsi="Consolas"/>
          <w:shd w:val="clear" w:color="auto" w:fill="EEEEEE"/>
        </w:rPr>
        <w:t>scripts/bomb/</w:t>
      </w:r>
      <w:r>
        <w:t>，加</w:t>
      </w:r>
      <w:r>
        <w:t>"</w:t>
      </w:r>
      <w:r>
        <w:t>炮台</w:t>
      </w:r>
      <w:r>
        <w:t>"</w:t>
      </w:r>
      <w:r>
        <w:t>就新建</w:t>
      </w:r>
      <w:r>
        <w:t xml:space="preserve"> </w:t>
      </w:r>
      <w:r>
        <w:rPr>
          <w:rFonts w:ascii="Consolas" w:hAnsi="Consolas"/>
          <w:shd w:val="clear" w:color="auto" w:fill="EEEEEE"/>
        </w:rPr>
        <w:t>scripts/turret/</w:t>
      </w:r>
      <w:r>
        <w:t>。</w:t>
      </w:r>
    </w:p>
    <w:p w14:paraId="3797C952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b/>
          <w:lang w:eastAsia="zh-CN"/>
        </w:rPr>
        <w:t>模块间解耦</w:t>
      </w:r>
      <w:r>
        <w:rPr>
          <w:lang w:eastAsia="zh-CN"/>
        </w:rPr>
        <w:t>：通过</w:t>
      </w:r>
      <w:r>
        <w:rPr>
          <w:lang w:eastAsia="zh-CN"/>
        </w:rPr>
        <w:t xml:space="preserve"> group </w:t>
      </w:r>
      <w:r>
        <w:rPr>
          <w:lang w:eastAsia="zh-CN"/>
        </w:rPr>
        <w:t>查找</w:t>
      </w:r>
      <w:r>
        <w:rPr>
          <w:lang w:eastAsia="zh-CN"/>
        </w:rPr>
        <w:t xml:space="preserve"> + </w:t>
      </w:r>
      <w:r>
        <w:rPr>
          <w:lang w:eastAsia="zh-CN"/>
        </w:rPr>
        <w:t>只读对方</w:t>
      </w:r>
      <w:r>
        <w:rPr>
          <w:lang w:eastAsia="zh-CN"/>
        </w:rPr>
        <w:t xml:space="preserve"> </w:t>
      </w:r>
      <w:r>
        <w:rPr>
          <w:rFonts w:ascii="Consolas" w:hAnsi="Consolas"/>
          <w:shd w:val="clear" w:color="auto" w:fill="EEEEEE"/>
          <w:lang w:eastAsia="zh-CN"/>
        </w:rPr>
        <w:t>model</w:t>
      </w:r>
      <w:r>
        <w:rPr>
          <w:lang w:eastAsia="zh-CN"/>
        </w:rPr>
        <w:t xml:space="preserve"> </w:t>
      </w:r>
      <w:r>
        <w:rPr>
          <w:lang w:eastAsia="zh-CN"/>
        </w:rPr>
        <w:t>公开字段通信，不硬编码路径。</w:t>
      </w:r>
    </w:p>
    <w:p w14:paraId="55131EBD" w14:textId="77777777" w:rsidR="006835FB" w:rsidRDefault="00000000">
      <w:pPr>
        <w:ind w:left="425" w:hanging="283"/>
      </w:pPr>
      <w:r>
        <w:rPr>
          <w:lang w:eastAsia="zh-CN"/>
        </w:rPr>
        <w:t xml:space="preserve">• </w:t>
      </w:r>
      <w:r>
        <w:rPr>
          <w:b/>
          <w:lang w:eastAsia="zh-CN"/>
        </w:rPr>
        <w:t>统一实现顺序</w:t>
      </w:r>
      <w:r>
        <w:rPr>
          <w:lang w:eastAsia="zh-CN"/>
        </w:rPr>
        <w:t>（</w:t>
      </w:r>
      <w:r>
        <w:rPr>
          <w:lang w:eastAsia="zh-CN"/>
        </w:rPr>
        <w:t xml:space="preserve">AI </w:t>
      </w:r>
      <w:r>
        <w:rPr>
          <w:lang w:eastAsia="zh-CN"/>
        </w:rPr>
        <w:t>建议按此推进）：</w:t>
      </w:r>
      <w:r>
        <w:rPr>
          <w:lang w:eastAsia="zh-CN"/>
        </w:rPr>
        <w:t xml:space="preserve"> 1. </w:t>
      </w:r>
      <w:r>
        <w:rPr>
          <w:rFonts w:ascii="Consolas" w:hAnsi="Consolas"/>
          <w:shd w:val="clear" w:color="auto" w:fill="EEEEEE"/>
          <w:lang w:eastAsia="zh-CN"/>
        </w:rPr>
        <w:t>Model</w:t>
      </w:r>
      <w:r>
        <w:rPr>
          <w:lang w:eastAsia="zh-CN"/>
        </w:rPr>
        <w:t>（数据</w:t>
      </w:r>
      <w:r>
        <w:rPr>
          <w:lang w:eastAsia="zh-CN"/>
        </w:rPr>
        <w:t xml:space="preserve"> + </w:t>
      </w:r>
      <w:r>
        <w:rPr>
          <w:lang w:eastAsia="zh-CN"/>
        </w:rPr>
        <w:t>计算，纯逻辑，最容易审核）</w:t>
      </w:r>
      <w:r>
        <w:rPr>
          <w:lang w:eastAsia="zh-CN"/>
        </w:rPr>
        <w:t xml:space="preserve"> 2. </w:t>
      </w:r>
      <w:proofErr w:type="spellStart"/>
      <w:r>
        <w:rPr>
          <w:rFonts w:ascii="Consolas" w:hAnsi="Consolas"/>
          <w:shd w:val="clear" w:color="auto" w:fill="EEEEEE"/>
        </w:rPr>
        <w:t>View</w:t>
      </w:r>
      <w:r>
        <w:t>（只读</w:t>
      </w:r>
      <w:proofErr w:type="spellEnd"/>
      <w:r>
        <w:t xml:space="preserve"> Model </w:t>
      </w:r>
      <w:proofErr w:type="spellStart"/>
      <w:r>
        <w:t>渲染</w:t>
      </w:r>
      <w:proofErr w:type="spellEnd"/>
      <w:r>
        <w:t>）</w:t>
      </w:r>
      <w:r>
        <w:t xml:space="preserve"> 3. </w:t>
      </w:r>
      <w:r>
        <w:rPr>
          <w:rFonts w:ascii="Consolas" w:hAnsi="Consolas"/>
          <w:shd w:val="clear" w:color="auto" w:fill="EEEEEE"/>
        </w:rPr>
        <w:t>Controller</w:t>
      </w:r>
      <w:r>
        <w:t>（读输入、驱动</w:t>
      </w:r>
      <w:r>
        <w:t xml:space="preserve"> Model</w:t>
      </w:r>
      <w:r>
        <w:t>、调</w:t>
      </w:r>
      <w:r>
        <w:t xml:space="preserve"> View </w:t>
      </w:r>
      <w:r>
        <w:t>同步、集成到场景）</w:t>
      </w:r>
    </w:p>
    <w:p w14:paraId="598F0B3B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好处</w:t>
      </w:r>
      <w:r>
        <w:t>：每个模块独立可测、独立可审；数值集中在</w:t>
      </w:r>
      <w:r>
        <w:t xml:space="preserve"> </w:t>
      </w:r>
      <w:r>
        <w:rPr>
          <w:rFonts w:ascii="Consolas" w:hAnsi="Consolas"/>
          <w:shd w:val="clear" w:color="auto" w:fill="EEEEEE"/>
        </w:rPr>
        <w:t>@export</w:t>
      </w:r>
      <w:r>
        <w:t xml:space="preserve"> + </w:t>
      </w:r>
      <w:r>
        <w:t>配置表，方便人工统一调参。</w:t>
      </w:r>
    </w:p>
    <w:p w14:paraId="5FAEB6B7" w14:textId="77777777" w:rsidR="006835FB" w:rsidRDefault="00000000">
      <w:pPr>
        <w:pStyle w:val="21"/>
        <w:rPr>
          <w:lang w:eastAsia="zh-CN"/>
        </w:rPr>
      </w:pPr>
      <w:bookmarkStart w:id="41" w:name="_Toc239423978"/>
      <w:r>
        <w:rPr>
          <w:rFonts w:ascii="Arial" w:eastAsia="黑体" w:hAnsi="Arial"/>
          <w:lang w:eastAsia="zh-CN"/>
        </w:rPr>
        <w:lastRenderedPageBreak/>
        <w:t xml:space="preserve">12.7 </w:t>
      </w:r>
      <w:r>
        <w:rPr>
          <w:rFonts w:ascii="Arial" w:eastAsia="黑体" w:hAnsi="Arial"/>
          <w:lang w:eastAsia="zh-CN"/>
        </w:rPr>
        <w:t>用记忆系统保持跨会话一致性</w:t>
      </w:r>
      <w:bookmarkEnd w:id="41"/>
    </w:p>
    <w:p w14:paraId="4CA473FB" w14:textId="77777777" w:rsidR="006835FB" w:rsidRDefault="00000000">
      <w:pPr>
        <w:ind w:firstLine="480"/>
        <w:jc w:val="both"/>
      </w:pPr>
      <w:r>
        <w:t xml:space="preserve">AI </w:t>
      </w:r>
      <w:proofErr w:type="spellStart"/>
      <w:r>
        <w:t>环境的记忆目录（</w:t>
      </w:r>
      <w:r>
        <w:rPr>
          <w:rFonts w:ascii="Consolas" w:hAnsi="Consolas"/>
          <w:shd w:val="clear" w:color="auto" w:fill="EEEEEE"/>
        </w:rPr>
        <w:t>c</w:t>
      </w:r>
      <w:proofErr w:type="spellEnd"/>
      <w:r>
        <w:rPr>
          <w:rFonts w:ascii="Consolas" w:hAnsi="Consolas"/>
          <w:shd w:val="clear" w:color="auto" w:fill="EEEEEE"/>
        </w:rPr>
        <w:t>:\Users\&lt;</w:t>
      </w:r>
      <w:proofErr w:type="spellStart"/>
      <w:r>
        <w:rPr>
          <w:rFonts w:ascii="Consolas" w:hAnsi="Consolas"/>
          <w:shd w:val="clear" w:color="auto" w:fill="EEEEEE"/>
        </w:rPr>
        <w:t>用户</w:t>
      </w:r>
      <w:proofErr w:type="spellEnd"/>
      <w:r>
        <w:rPr>
          <w:rFonts w:ascii="Consolas" w:hAnsi="Consolas"/>
          <w:shd w:val="clear" w:color="auto" w:fill="EEEEEE"/>
        </w:rPr>
        <w:t>&gt;\.</w:t>
      </w:r>
      <w:proofErr w:type="spellStart"/>
      <w:r>
        <w:rPr>
          <w:rFonts w:ascii="Consolas" w:hAnsi="Consolas"/>
          <w:shd w:val="clear" w:color="auto" w:fill="EEEEEE"/>
        </w:rPr>
        <w:t>trae-cn</w:t>
      </w:r>
      <w:proofErr w:type="spellEnd"/>
      <w:r>
        <w:rPr>
          <w:rFonts w:ascii="Consolas" w:hAnsi="Consolas"/>
          <w:shd w:val="clear" w:color="auto" w:fill="EEEEEE"/>
        </w:rPr>
        <w:t>\memory\</w:t>
      </w:r>
      <w:r>
        <w:t>）：</w:t>
      </w:r>
    </w:p>
    <w:p w14:paraId="5C02346E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user_profile.md</w:t>
      </w:r>
      <w:r>
        <w:t>：跨项目用户偏好（语言中文、点击</w:t>
      </w:r>
      <w:r>
        <w:t>/</w:t>
      </w:r>
      <w:r>
        <w:t>拖拽输入、</w:t>
      </w:r>
      <w:r>
        <w:t>HD2D</w:t>
      </w:r>
      <w:r>
        <w:t>、简单直接实现等）。</w:t>
      </w:r>
    </w:p>
    <w:p w14:paraId="5BA24E67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projects/&lt;</w:t>
      </w:r>
      <w:r>
        <w:rPr>
          <w:rFonts w:ascii="Consolas" w:hAnsi="Consolas"/>
          <w:shd w:val="clear" w:color="auto" w:fill="EEEEEE"/>
        </w:rPr>
        <w:t>项目</w:t>
      </w:r>
      <w:r>
        <w:rPr>
          <w:rFonts w:ascii="Consolas" w:hAnsi="Consolas"/>
          <w:shd w:val="clear" w:color="auto" w:fill="EEEEEE"/>
        </w:rPr>
        <w:t>&gt;/project_memory.md</w:t>
      </w:r>
      <w:r>
        <w:t>：项目级约定（物理七步积分、流式生成、点链身体、碰撞可视化、怪物挂载点等）。</w:t>
      </w:r>
    </w:p>
    <w:p w14:paraId="7CA6BB94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projects/&lt;</w:t>
      </w:r>
      <w:r>
        <w:rPr>
          <w:rFonts w:ascii="Consolas" w:hAnsi="Consolas"/>
          <w:shd w:val="clear" w:color="auto" w:fill="EEEEEE"/>
        </w:rPr>
        <w:t>项目</w:t>
      </w:r>
      <w:r>
        <w:rPr>
          <w:rFonts w:ascii="Consolas" w:hAnsi="Consolas"/>
          <w:shd w:val="clear" w:color="auto" w:fill="EEEEEE"/>
        </w:rPr>
        <w:t>&gt;/&lt;</w:t>
      </w:r>
      <w:r>
        <w:rPr>
          <w:rFonts w:ascii="Consolas" w:hAnsi="Consolas"/>
          <w:shd w:val="clear" w:color="auto" w:fill="EEEEEE"/>
        </w:rPr>
        <w:t>日期</w:t>
      </w:r>
      <w:r>
        <w:rPr>
          <w:rFonts w:ascii="Consolas" w:hAnsi="Consolas"/>
          <w:shd w:val="clear" w:color="auto" w:fill="EEEEEE"/>
        </w:rPr>
        <w:t>&gt;/topics.md</w:t>
      </w:r>
      <w:r>
        <w:t>：主题级目标</w:t>
      </w:r>
      <w:r>
        <w:t>/</w:t>
      </w:r>
      <w:r>
        <w:t>进度</w:t>
      </w:r>
      <w:r>
        <w:t>/</w:t>
      </w:r>
      <w:r>
        <w:t>决策。</w:t>
      </w:r>
    </w:p>
    <w:p w14:paraId="237707C4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projects/&lt;</w:t>
      </w:r>
      <w:r>
        <w:rPr>
          <w:rFonts w:ascii="Consolas" w:hAnsi="Consolas"/>
          <w:shd w:val="clear" w:color="auto" w:fill="EEEEEE"/>
        </w:rPr>
        <w:t>项目</w:t>
      </w:r>
      <w:r>
        <w:rPr>
          <w:rFonts w:ascii="Consolas" w:hAnsi="Consolas"/>
          <w:shd w:val="clear" w:color="auto" w:fill="EEEEEE"/>
        </w:rPr>
        <w:t>&gt;/&lt;</w:t>
      </w:r>
      <w:r>
        <w:rPr>
          <w:rFonts w:ascii="Consolas" w:hAnsi="Consolas"/>
          <w:shd w:val="clear" w:color="auto" w:fill="EEEEEE"/>
        </w:rPr>
        <w:t>日期</w:t>
      </w:r>
      <w:r>
        <w:rPr>
          <w:rFonts w:ascii="Consolas" w:hAnsi="Consolas"/>
          <w:shd w:val="clear" w:color="auto" w:fill="EEEEEE"/>
        </w:rPr>
        <w:t>&gt;/session_memory_*.jsonl</w:t>
      </w:r>
      <w:r>
        <w:t>：会话级消息记忆。</w:t>
      </w:r>
    </w:p>
    <w:p w14:paraId="2871AC5E" w14:textId="77777777" w:rsidR="006835FB" w:rsidRDefault="00000000">
      <w:pPr>
        <w:ind w:firstLine="480"/>
        <w:jc w:val="both"/>
      </w:pPr>
      <w:r>
        <w:t>作用：</w:t>
      </w:r>
      <w:r>
        <w:t xml:space="preserve">AI </w:t>
      </w:r>
      <w:r>
        <w:t>每次新会话开始时检索记忆，提取与本项目相关的约定，避免重复解释、保持一致。</w:t>
      </w:r>
    </w:p>
    <w:p w14:paraId="2BEE5489" w14:textId="77777777" w:rsidR="006835FB" w:rsidRDefault="00000000">
      <w:pPr>
        <w:pStyle w:val="21"/>
      </w:pPr>
      <w:bookmarkStart w:id="42" w:name="_Toc239423979"/>
      <w:r>
        <w:rPr>
          <w:rFonts w:ascii="Arial" w:eastAsia="黑体" w:hAnsi="Arial"/>
        </w:rPr>
        <w:t xml:space="preserve">12.8 </w:t>
      </w:r>
      <w:r>
        <w:rPr>
          <w:rFonts w:ascii="Arial" w:eastAsia="黑体" w:hAnsi="Arial"/>
        </w:rPr>
        <w:t>用配置表与策划文档给</w:t>
      </w:r>
      <w:r>
        <w:rPr>
          <w:rFonts w:ascii="Arial" w:eastAsia="黑体" w:hAnsi="Arial"/>
        </w:rPr>
        <w:t xml:space="preserve"> AI </w:t>
      </w:r>
      <w:r>
        <w:rPr>
          <w:rFonts w:ascii="Arial" w:eastAsia="黑体" w:hAnsi="Arial"/>
        </w:rPr>
        <w:t>提供上下文</w:t>
      </w:r>
      <w:bookmarkEnd w:id="42"/>
    </w:p>
    <w:p w14:paraId="712DE30F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游戏数值配置表</w:t>
      </w:r>
      <w:r>
        <w:rPr>
          <w:rFonts w:ascii="Consolas" w:hAnsi="Consolas"/>
          <w:shd w:val="clear" w:color="auto" w:fill="EEEEEE"/>
        </w:rPr>
        <w:t>.txt</w:t>
      </w:r>
      <w:r>
        <w:t>：汇总所有</w:t>
      </w:r>
      <w:r>
        <w:t xml:space="preserve"> </w:t>
      </w:r>
      <w:r>
        <w:rPr>
          <w:rFonts w:ascii="Consolas" w:hAnsi="Consolas"/>
          <w:shd w:val="clear" w:color="auto" w:fill="EEEEEE"/>
        </w:rPr>
        <w:t>@export</w:t>
      </w:r>
      <w:r>
        <w:t xml:space="preserve"> </w:t>
      </w:r>
      <w:r>
        <w:t>数值，供</w:t>
      </w:r>
      <w:r>
        <w:t xml:space="preserve"> AI </w:t>
      </w:r>
      <w:r>
        <w:t>查阅而非凭空猜测。</w:t>
      </w:r>
    </w:p>
    <w:p w14:paraId="086CA7BF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作弊码说明</w:t>
      </w:r>
      <w:r>
        <w:rPr>
          <w:rFonts w:ascii="Consolas" w:hAnsi="Consolas"/>
          <w:shd w:val="clear" w:color="auto" w:fill="EEEEEE"/>
        </w:rPr>
        <w:t>.txt</w:t>
      </w:r>
      <w:r>
        <w:t>：作弊指令清单。</w:t>
      </w:r>
    </w:p>
    <w:p w14:paraId="4B6BF013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行为树</w:t>
      </w:r>
      <w:r>
        <w:rPr>
          <w:rFonts w:ascii="Consolas" w:hAnsi="Consolas"/>
          <w:shd w:val="clear" w:color="auto" w:fill="EEEEEE"/>
        </w:rPr>
        <w:t>/Vyrthakk.txt</w:t>
      </w:r>
      <w:r>
        <w:t>：怪物行为树设计说明（供</w:t>
      </w:r>
      <w:r>
        <w:t xml:space="preserve"> AI </w:t>
      </w:r>
      <w:r>
        <w:t>实现</w:t>
      </w:r>
      <w:r>
        <w:t>/</w:t>
      </w:r>
      <w:r>
        <w:t>修改行为逻辑）。</w:t>
      </w:r>
    </w:p>
    <w:p w14:paraId="06E5F0C2" w14:textId="77777777" w:rsidR="006835FB" w:rsidRDefault="00000000">
      <w:pPr>
        <w:ind w:left="425" w:hanging="283"/>
      </w:pPr>
      <w:r>
        <w:t xml:space="preserve">• </w:t>
      </w:r>
      <w:r>
        <w:rPr>
          <w:rFonts w:ascii="Consolas" w:hAnsi="Consolas"/>
          <w:shd w:val="clear" w:color="auto" w:fill="EEEEEE"/>
        </w:rPr>
        <w:t>content/text/</w:t>
      </w:r>
      <w:r>
        <w:rPr>
          <w:rFonts w:ascii="Consolas" w:hAnsi="Consolas"/>
          <w:shd w:val="clear" w:color="auto" w:fill="EEEEEE"/>
        </w:rPr>
        <w:t>版权说明</w:t>
      </w:r>
      <w:r>
        <w:rPr>
          <w:rFonts w:ascii="Consolas" w:hAnsi="Consolas"/>
          <w:shd w:val="clear" w:color="auto" w:fill="EEEEEE"/>
        </w:rPr>
        <w:t>.txt</w:t>
      </w:r>
      <w:r>
        <w:t>：团队信息与</w:t>
      </w:r>
      <w:r>
        <w:t xml:space="preserve"> AI </w:t>
      </w:r>
      <w:r>
        <w:t>使用声明。</w:t>
      </w:r>
    </w:p>
    <w:p w14:paraId="3E51EC83" w14:textId="000D6846" w:rsidR="006835FB" w:rsidRDefault="00000000">
      <w:pPr>
        <w:pStyle w:val="21"/>
      </w:pPr>
      <w:bookmarkStart w:id="43" w:name="_Toc239423980"/>
      <w:r>
        <w:rPr>
          <w:rFonts w:ascii="Arial" w:eastAsia="黑体" w:hAnsi="Arial"/>
        </w:rPr>
        <w:t xml:space="preserve">12.9 AI </w:t>
      </w:r>
      <w:proofErr w:type="spellStart"/>
      <w:r>
        <w:rPr>
          <w:rFonts w:ascii="Arial" w:eastAsia="黑体" w:hAnsi="Arial"/>
        </w:rPr>
        <w:t>开发工作流</w:t>
      </w:r>
      <w:bookmarkEnd w:id="43"/>
      <w:proofErr w:type="spellEnd"/>
    </w:p>
    <w:p w14:paraId="67EB339B" w14:textId="77777777" w:rsidR="006835FB" w:rsidRDefault="00000000">
      <w:pPr>
        <w:ind w:firstLine="480"/>
        <w:jc w:val="both"/>
        <w:rPr>
          <w:lang w:eastAsia="zh-CN"/>
        </w:rPr>
      </w:pPr>
      <w:r>
        <w:rPr>
          <w:lang w:eastAsia="zh-CN"/>
        </w:rPr>
        <w:t>一次典型的</w:t>
      </w:r>
      <w:proofErr w:type="gramStart"/>
      <w:r>
        <w:rPr>
          <w:lang w:eastAsia="zh-CN"/>
        </w:rPr>
        <w:t>"</w:t>
      </w:r>
      <w:r>
        <w:rPr>
          <w:lang w:eastAsia="zh-CN"/>
        </w:rPr>
        <w:t>让</w:t>
      </w:r>
      <w:proofErr w:type="gramEnd"/>
      <w:r>
        <w:rPr>
          <w:lang w:eastAsia="zh-CN"/>
        </w:rPr>
        <w:t xml:space="preserve"> AI </w:t>
      </w:r>
      <w:r>
        <w:rPr>
          <w:lang w:eastAsia="zh-CN"/>
        </w:rPr>
        <w:t>改代码</w:t>
      </w:r>
      <w:r>
        <w:rPr>
          <w:lang w:eastAsia="zh-CN"/>
        </w:rPr>
        <w:t>/</w:t>
      </w:r>
      <w:r>
        <w:rPr>
          <w:lang w:eastAsia="zh-CN"/>
        </w:rPr>
        <w:t>加</w:t>
      </w:r>
      <w:proofErr w:type="gramStart"/>
      <w:r>
        <w:rPr>
          <w:lang w:eastAsia="zh-CN"/>
        </w:rPr>
        <w:t>功能</w:t>
      </w:r>
      <w:r>
        <w:rPr>
          <w:lang w:eastAsia="zh-CN"/>
        </w:rPr>
        <w:t>"</w:t>
      </w:r>
      <w:proofErr w:type="gramEnd"/>
      <w:r>
        <w:rPr>
          <w:lang w:eastAsia="zh-CN"/>
        </w:rPr>
        <w:t>完整流程：</w:t>
      </w:r>
    </w:p>
    <w:p w14:paraId="4527AF3A" w14:textId="77777777" w:rsidR="006835FB" w:rsidRDefault="00000000">
      <w:pPr>
        <w:ind w:left="425" w:hanging="283"/>
      </w:pPr>
      <w:r>
        <w:t xml:space="preserve">1. </w:t>
      </w:r>
      <w:proofErr w:type="spellStart"/>
      <w:r>
        <w:rPr>
          <w:b/>
        </w:rPr>
        <w:t>提供规则</w:t>
      </w:r>
      <w:r>
        <w:t>：让</w:t>
      </w:r>
      <w:proofErr w:type="spellEnd"/>
      <w:r>
        <w:t xml:space="preserve"> AI </w:t>
      </w:r>
      <w:proofErr w:type="spellStart"/>
      <w:r>
        <w:t>先读</w:t>
      </w:r>
      <w:proofErr w:type="spellEnd"/>
      <w:r>
        <w:t xml:space="preserve"> </w:t>
      </w:r>
      <w:r>
        <w:rPr>
          <w:rFonts w:ascii="Consolas" w:hAnsi="Consolas"/>
          <w:shd w:val="clear" w:color="auto" w:fill="EEEEEE"/>
        </w:rPr>
        <w:t>.</w:t>
      </w:r>
      <w:proofErr w:type="spellStart"/>
      <w:r>
        <w:rPr>
          <w:rFonts w:ascii="Consolas" w:hAnsi="Consolas"/>
          <w:shd w:val="clear" w:color="auto" w:fill="EEEEEE"/>
        </w:rPr>
        <w:t>trae</w:t>
      </w:r>
      <w:proofErr w:type="spellEnd"/>
      <w:r>
        <w:rPr>
          <w:rFonts w:ascii="Consolas" w:hAnsi="Consolas"/>
          <w:shd w:val="clear" w:color="auto" w:fill="EEEEEE"/>
        </w:rPr>
        <w:t>/rules/*.</w:t>
      </w:r>
      <w:proofErr w:type="spellStart"/>
      <w:r>
        <w:rPr>
          <w:rFonts w:ascii="Consolas" w:hAnsi="Consolas"/>
          <w:shd w:val="clear" w:color="auto" w:fill="EEEEEE"/>
        </w:rPr>
        <w:t>rule.md</w:t>
      </w:r>
      <w:r>
        <w:t>（尤其对应模块的规则</w:t>
      </w:r>
      <w:proofErr w:type="spellEnd"/>
      <w:r>
        <w:t>）。</w:t>
      </w:r>
    </w:p>
    <w:p w14:paraId="1E7A2FD2" w14:textId="77777777" w:rsidR="006835FB" w:rsidRDefault="00000000">
      <w:pPr>
        <w:ind w:left="425" w:hanging="283"/>
      </w:pPr>
      <w:r>
        <w:t xml:space="preserve">2. </w:t>
      </w:r>
      <w:r>
        <w:rPr>
          <w:b/>
        </w:rPr>
        <w:t>提供上下文</w:t>
      </w:r>
      <w:r>
        <w:t>：让</w:t>
      </w:r>
      <w:r>
        <w:t xml:space="preserve"> AI </w:t>
      </w:r>
      <w:r>
        <w:t>读相关现有代码（</w:t>
      </w:r>
      <w:r>
        <w:t>Model/View/Controller</w:t>
      </w:r>
      <w:r>
        <w:t>）、配置表、策划文档，理解架构。</w:t>
      </w:r>
    </w:p>
    <w:p w14:paraId="50894668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3. </w:t>
      </w:r>
      <w:r>
        <w:rPr>
          <w:b/>
          <w:lang w:eastAsia="zh-CN"/>
        </w:rPr>
        <w:t>明确需求</w:t>
      </w:r>
      <w:r>
        <w:rPr>
          <w:lang w:eastAsia="zh-CN"/>
        </w:rPr>
        <w:t>：用中文描述要做什么；</w:t>
      </w:r>
      <w:r>
        <w:rPr>
          <w:lang w:eastAsia="zh-CN"/>
        </w:rPr>
        <w:t xml:space="preserve">AI </w:t>
      </w:r>
      <w:r>
        <w:rPr>
          <w:lang w:eastAsia="zh-CN"/>
        </w:rPr>
        <w:t>按</w:t>
      </w:r>
      <w:r>
        <w:rPr>
          <w:lang w:eastAsia="zh-CN"/>
        </w:rPr>
        <w:t xml:space="preserve"> MVC </w:t>
      </w:r>
      <w:r>
        <w:rPr>
          <w:lang w:eastAsia="zh-CN"/>
        </w:rPr>
        <w:t>分模块生成</w:t>
      </w:r>
      <w:r>
        <w:rPr>
          <w:lang w:eastAsia="zh-CN"/>
        </w:rPr>
        <w:t>/</w:t>
      </w:r>
      <w:r>
        <w:rPr>
          <w:lang w:eastAsia="zh-CN"/>
        </w:rPr>
        <w:t>修改代码，关键逻辑写中文注释。</w:t>
      </w:r>
    </w:p>
    <w:p w14:paraId="3D5EE9AF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4. </w:t>
      </w:r>
      <w:r>
        <w:rPr>
          <w:b/>
          <w:lang w:eastAsia="zh-CN"/>
        </w:rPr>
        <w:t>遵守硬约束与标记</w:t>
      </w:r>
      <w:r>
        <w:rPr>
          <w:lang w:eastAsia="zh-CN"/>
        </w:rPr>
        <w:t>：</w:t>
      </w:r>
      <w:r>
        <w:rPr>
          <w:lang w:eastAsia="zh-CN"/>
        </w:rPr>
        <w:t xml:space="preserve">AI </w:t>
      </w:r>
      <w:r>
        <w:rPr>
          <w:lang w:eastAsia="zh-CN"/>
        </w:rPr>
        <w:t>不擅改固定参数（</w:t>
      </w:r>
      <w:r>
        <w:rPr>
          <w:rFonts w:ascii="Consolas" w:hAnsi="Consolas"/>
          <w:shd w:val="clear" w:color="auto" w:fill="EEEEEE"/>
          <w:lang w:eastAsia="zh-CN"/>
        </w:rPr>
        <w:t>#</w:t>
      </w:r>
      <w:r>
        <w:rPr>
          <w:rFonts w:ascii="Consolas" w:hAnsi="Consolas"/>
          <w:shd w:val="clear" w:color="auto" w:fill="EEEEEE"/>
          <w:lang w:eastAsia="zh-CN"/>
        </w:rPr>
        <w:t>不可修改</w:t>
      </w:r>
      <w:r>
        <w:rPr>
          <w:lang w:eastAsia="zh-CN"/>
        </w:rPr>
        <w:t>）、不跳层、用</w:t>
      </w:r>
      <w:r>
        <w:rPr>
          <w:lang w:eastAsia="zh-CN"/>
        </w:rPr>
        <w:t xml:space="preserve"> group </w:t>
      </w:r>
      <w:r>
        <w:rPr>
          <w:lang w:eastAsia="zh-CN"/>
        </w:rPr>
        <w:t>查找；</w:t>
      </w:r>
      <w:r>
        <w:rPr>
          <w:rFonts w:ascii="Consolas" w:hAnsi="Consolas"/>
          <w:shd w:val="clear" w:color="auto" w:fill="EEEEEE"/>
          <w:lang w:eastAsia="zh-CN"/>
        </w:rPr>
        <w:t>↓↓↓</w:t>
      </w:r>
      <w:r>
        <w:rPr>
          <w:lang w:eastAsia="zh-CN"/>
        </w:rPr>
        <w:t xml:space="preserve"> </w:t>
      </w:r>
      <w:r>
        <w:rPr>
          <w:lang w:eastAsia="zh-CN"/>
        </w:rPr>
        <w:t>参数留给人工调。</w:t>
      </w:r>
    </w:p>
    <w:p w14:paraId="7D37B99C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5. </w:t>
      </w:r>
      <w:r>
        <w:rPr>
          <w:b/>
          <w:lang w:eastAsia="zh-CN"/>
        </w:rPr>
        <w:t>数值不符先询问</w:t>
      </w:r>
      <w:r>
        <w:rPr>
          <w:lang w:eastAsia="zh-CN"/>
        </w:rPr>
        <w:t>：发现数据与规则</w:t>
      </w:r>
      <w:r>
        <w:rPr>
          <w:lang w:eastAsia="zh-CN"/>
        </w:rPr>
        <w:t>/</w:t>
      </w:r>
      <w:r>
        <w:rPr>
          <w:lang w:eastAsia="zh-CN"/>
        </w:rPr>
        <w:t>配置不一致时，先问用户是否改、是否保留，而不是直接改。</w:t>
      </w:r>
    </w:p>
    <w:p w14:paraId="5DD88A1C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lastRenderedPageBreak/>
        <w:t xml:space="preserve">6. </w:t>
      </w:r>
      <w:r>
        <w:rPr>
          <w:b/>
          <w:lang w:eastAsia="zh-CN"/>
        </w:rPr>
        <w:t>人工审核</w:t>
      </w:r>
      <w:r>
        <w:rPr>
          <w:b/>
          <w:lang w:eastAsia="zh-CN"/>
        </w:rPr>
        <w:t xml:space="preserve"> + </w:t>
      </w:r>
      <w:r>
        <w:rPr>
          <w:b/>
          <w:lang w:eastAsia="zh-CN"/>
        </w:rPr>
        <w:t>调参</w:t>
      </w:r>
      <w:r>
        <w:rPr>
          <w:lang w:eastAsia="zh-CN"/>
        </w:rPr>
        <w:t>：</w:t>
      </w:r>
      <w:r>
        <w:rPr>
          <w:lang w:eastAsia="zh-CN"/>
        </w:rPr>
        <w:t xml:space="preserve">AI </w:t>
      </w:r>
      <w:r>
        <w:rPr>
          <w:lang w:eastAsia="zh-CN"/>
        </w:rPr>
        <w:t>产出后由团队逐条审核、修正，再在</w:t>
      </w:r>
      <w:r>
        <w:rPr>
          <w:lang w:eastAsia="zh-CN"/>
        </w:rPr>
        <w:t xml:space="preserve"> Inspector </w:t>
      </w:r>
      <w:r>
        <w:rPr>
          <w:lang w:eastAsia="zh-CN"/>
        </w:rPr>
        <w:t>里调数值。</w:t>
      </w:r>
    </w:p>
    <w:p w14:paraId="57373880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7. </w:t>
      </w:r>
      <w:r>
        <w:rPr>
          <w:b/>
          <w:lang w:eastAsia="zh-CN"/>
        </w:rPr>
        <w:t>回填更新</w:t>
      </w:r>
      <w:r>
        <w:rPr>
          <w:lang w:eastAsia="zh-CN"/>
        </w:rPr>
        <w:t>：数值稳定后回填配置表、更新规则文件（保持规则与实现一致）。</w:t>
      </w:r>
    </w:p>
    <w:p w14:paraId="7C7F68A7" w14:textId="77777777" w:rsidR="006835FB" w:rsidRDefault="00000000">
      <w:pPr>
        <w:pStyle w:val="21"/>
      </w:pPr>
      <w:bookmarkStart w:id="44" w:name="_Toc239423981"/>
      <w:r>
        <w:rPr>
          <w:rFonts w:ascii="Arial" w:eastAsia="黑体" w:hAnsi="Arial"/>
        </w:rPr>
        <w:t xml:space="preserve">12.10 </w:t>
      </w:r>
      <w:proofErr w:type="spellStart"/>
      <w:r>
        <w:rPr>
          <w:rFonts w:ascii="Arial" w:eastAsia="黑体" w:hAnsi="Arial"/>
        </w:rPr>
        <w:t>集成开发环境与工具链</w:t>
      </w:r>
      <w:bookmarkEnd w:id="44"/>
      <w:proofErr w:type="spellEnd"/>
    </w:p>
    <w:p w14:paraId="3EDECCEC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IDE</w:t>
      </w:r>
      <w:r>
        <w:t>：</w:t>
      </w:r>
      <w:r>
        <w:t>TraeCode</w:t>
      </w:r>
      <w:r>
        <w:t>（</w:t>
      </w:r>
      <w:r>
        <w:t>Trae IDE</w:t>
      </w:r>
      <w:r>
        <w:t>），规则目录</w:t>
      </w:r>
      <w:r>
        <w:t xml:space="preserve"> </w:t>
      </w:r>
      <w:r>
        <w:rPr>
          <w:rFonts w:ascii="Consolas" w:hAnsi="Consolas"/>
          <w:shd w:val="clear" w:color="auto" w:fill="EEEEEE"/>
        </w:rPr>
        <w:t>.trae/rules/</w:t>
      </w:r>
      <w:r>
        <w:t xml:space="preserve"> </w:t>
      </w:r>
      <w:r>
        <w:t>即其规则加载点。</w:t>
      </w:r>
    </w:p>
    <w:p w14:paraId="04685620" w14:textId="77777777" w:rsidR="006835FB" w:rsidRDefault="00000000">
      <w:pPr>
        <w:ind w:left="425" w:hanging="283"/>
      </w:pPr>
      <w:r>
        <w:t xml:space="preserve">• </w:t>
      </w:r>
      <w:r>
        <w:rPr>
          <w:b/>
        </w:rPr>
        <w:t>MCP</w:t>
      </w:r>
      <w:r>
        <w:t>：项目启用</w:t>
      </w:r>
      <w:r>
        <w:t xml:space="preserve"> </w:t>
      </w:r>
      <w:r>
        <w:rPr>
          <w:rFonts w:ascii="Consolas" w:hAnsi="Consolas"/>
          <w:shd w:val="clear" w:color="auto" w:fill="EEEEEE"/>
        </w:rPr>
        <w:t>addons/godot_mcp</w:t>
      </w:r>
      <w:r>
        <w:t xml:space="preserve"> </w:t>
      </w:r>
      <w:r>
        <w:t>插件，使</w:t>
      </w:r>
      <w:r>
        <w:t xml:space="preserve"> AI </w:t>
      </w:r>
      <w:r>
        <w:t>能通过</w:t>
      </w:r>
      <w:r>
        <w:t xml:space="preserve"> MCP </w:t>
      </w:r>
      <w:r>
        <w:t>协议与</w:t>
      </w:r>
      <w:r>
        <w:t xml:space="preserve"> Godot </w:t>
      </w:r>
      <w:r>
        <w:t>交互。</w:t>
      </w:r>
    </w:p>
    <w:p w14:paraId="31BCBBAE" w14:textId="1A8A6598" w:rsidR="006835FB" w:rsidRDefault="00000000">
      <w:pPr>
        <w:ind w:left="425" w:hanging="283"/>
      </w:pPr>
      <w:r>
        <w:t xml:space="preserve">• </w:t>
      </w:r>
      <w:r>
        <w:rPr>
          <w:b/>
        </w:rPr>
        <w:t xml:space="preserve">AI </w:t>
      </w:r>
      <w:proofErr w:type="spellStart"/>
      <w:r>
        <w:rPr>
          <w:b/>
        </w:rPr>
        <w:t>工具</w:t>
      </w:r>
      <w:r>
        <w:t>：</w:t>
      </w:r>
      <w:r>
        <w:t>DeepSeek</w:t>
      </w:r>
      <w:proofErr w:type="spellEnd"/>
      <w:r>
        <w:t xml:space="preserve"> v4 </w:t>
      </w:r>
      <w:proofErr w:type="spellStart"/>
      <w:r>
        <w:t>Pro</w:t>
      </w:r>
      <w:r>
        <w:t>（核心</w:t>
      </w:r>
      <w:proofErr w:type="spellEnd"/>
      <w:r>
        <w:t>），</w:t>
      </w:r>
      <w:r w:rsidR="00405B68" w:rsidRPr="007A35AC">
        <w:rPr>
          <w:lang w:eastAsia="zh-CN"/>
        </w:rPr>
        <w:t>GPT-5.6 Luna</w:t>
      </w:r>
      <w:proofErr w:type="gramStart"/>
      <w:r w:rsidR="00405B68">
        <w:rPr>
          <w:rFonts w:hint="eastAsia"/>
          <w:lang w:eastAsia="zh-CN"/>
        </w:rPr>
        <w:t>(</w:t>
      </w:r>
      <w:r w:rsidR="00405B68">
        <w:rPr>
          <w:rFonts w:hint="eastAsia"/>
          <w:lang w:eastAsia="zh-CN"/>
        </w:rPr>
        <w:t>辅助</w:t>
      </w:r>
      <w:r w:rsidR="00405B68">
        <w:rPr>
          <w:rFonts w:hint="eastAsia"/>
          <w:lang w:eastAsia="zh-CN"/>
        </w:rPr>
        <w:t>)</w:t>
      </w:r>
      <w:proofErr w:type="gramEnd"/>
      <w:r w:rsidR="00405B68">
        <w:rPr>
          <w:rFonts w:hint="eastAsia"/>
          <w:lang w:eastAsia="zh-CN"/>
        </w:rPr>
        <w:t>，</w:t>
      </w:r>
      <w:r>
        <w:t>配合</w:t>
      </w:r>
      <w:r>
        <w:t xml:space="preserve"> IDE </w:t>
      </w:r>
      <w:proofErr w:type="spellStart"/>
      <w:r>
        <w:t>内嵌的</w:t>
      </w:r>
      <w:proofErr w:type="spellEnd"/>
      <w:r>
        <w:t xml:space="preserve"> AI </w:t>
      </w:r>
      <w:r>
        <w:t>辅助能力完成编程</w:t>
      </w:r>
      <w:r>
        <w:t>/</w:t>
      </w:r>
      <w:r>
        <w:t>美术</w:t>
      </w:r>
      <w:r>
        <w:t>/</w:t>
      </w:r>
      <w:r>
        <w:t>文案</w:t>
      </w:r>
      <w:r>
        <w:t>/</w:t>
      </w:r>
      <w:r>
        <w:t>资源制作。</w:t>
      </w:r>
    </w:p>
    <w:p w14:paraId="3078C293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23CD5C5E" w14:textId="77777777" w:rsidR="006835FB" w:rsidRDefault="00000000">
      <w:pPr>
        <w:pStyle w:val="1"/>
      </w:pPr>
      <w:bookmarkStart w:id="45" w:name="_Toc239423982"/>
      <w:r>
        <w:rPr>
          <w:rFonts w:ascii="Arial" w:eastAsia="黑体" w:hAnsi="Arial"/>
        </w:rPr>
        <w:t>十三、策划</w:t>
      </w:r>
      <w:r>
        <w:rPr>
          <w:rFonts w:ascii="Arial" w:eastAsia="黑体" w:hAnsi="Arial"/>
        </w:rPr>
        <w:t>/</w:t>
      </w:r>
      <w:r>
        <w:rPr>
          <w:rFonts w:ascii="Arial" w:eastAsia="黑体" w:hAnsi="Arial"/>
        </w:rPr>
        <w:t>说明文档清单</w:t>
      </w:r>
      <w:bookmarkEnd w:id="45"/>
    </w:p>
    <w:p w14:paraId="185D4942" w14:textId="77777777" w:rsidR="006835FB" w:rsidRDefault="00000000">
      <w:pPr>
        <w:ind w:firstLine="480"/>
        <w:jc w:val="both"/>
        <w:rPr>
          <w:lang w:eastAsia="zh-CN"/>
        </w:rPr>
      </w:pPr>
      <w:r>
        <w:rPr>
          <w:rFonts w:ascii="Consolas" w:hAnsi="Consolas"/>
          <w:shd w:val="clear" w:color="auto" w:fill="EEEEEE"/>
          <w:lang w:eastAsia="zh-CN"/>
        </w:rPr>
        <w:t>content/text/</w:t>
      </w:r>
      <w:r>
        <w:rPr>
          <w:lang w:eastAsia="zh-CN"/>
        </w:rPr>
        <w:t xml:space="preserve"> </w:t>
      </w:r>
      <w:r>
        <w:rPr>
          <w:lang w:eastAsia="zh-CN"/>
        </w:rPr>
        <w:t>下的文档：</w:t>
      </w:r>
    </w:p>
    <w:p w14:paraId="4DD02AE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rFonts w:ascii="Consolas" w:hAnsi="Consolas"/>
          <w:shd w:val="clear" w:color="auto" w:fill="EEEEEE"/>
          <w:lang w:eastAsia="zh-CN"/>
        </w:rPr>
        <w:t>行为树</w:t>
      </w:r>
      <w:r>
        <w:rPr>
          <w:rFonts w:ascii="Consolas" w:hAnsi="Consolas"/>
          <w:shd w:val="clear" w:color="auto" w:fill="EEEEEE"/>
          <w:lang w:eastAsia="zh-CN"/>
        </w:rPr>
        <w:t>/Vyrthakk.txt</w:t>
      </w:r>
      <w:r>
        <w:rPr>
          <w:lang w:eastAsia="zh-CN"/>
        </w:rPr>
        <w:t xml:space="preserve"> —— </w:t>
      </w:r>
      <w:proofErr w:type="spellStart"/>
      <w:r>
        <w:rPr>
          <w:lang w:eastAsia="zh-CN"/>
        </w:rPr>
        <w:t>Vyrthakk</w:t>
      </w:r>
      <w:proofErr w:type="spellEnd"/>
      <w:r>
        <w:rPr>
          <w:lang w:eastAsia="zh-CN"/>
        </w:rPr>
        <w:t xml:space="preserve"> </w:t>
      </w:r>
      <w:r>
        <w:rPr>
          <w:lang w:eastAsia="zh-CN"/>
        </w:rPr>
        <w:t>行为树设计</w:t>
      </w:r>
    </w:p>
    <w:p w14:paraId="460B26D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rFonts w:ascii="Consolas" w:hAnsi="Consolas"/>
          <w:shd w:val="clear" w:color="auto" w:fill="EEEEEE"/>
          <w:lang w:eastAsia="zh-CN"/>
        </w:rPr>
        <w:t>作弊码说明</w:t>
      </w:r>
      <w:r>
        <w:rPr>
          <w:rFonts w:ascii="Consolas" w:hAnsi="Consolas"/>
          <w:shd w:val="clear" w:color="auto" w:fill="EEEEEE"/>
          <w:lang w:eastAsia="zh-CN"/>
        </w:rPr>
        <w:t>.txt</w:t>
      </w:r>
      <w:r>
        <w:rPr>
          <w:lang w:eastAsia="zh-CN"/>
        </w:rPr>
        <w:t xml:space="preserve"> —— </w:t>
      </w:r>
      <w:r>
        <w:rPr>
          <w:lang w:eastAsia="zh-CN"/>
        </w:rPr>
        <w:t>作弊指令清单</w:t>
      </w:r>
    </w:p>
    <w:p w14:paraId="34DE5CDA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rFonts w:ascii="Consolas" w:hAnsi="Consolas"/>
          <w:shd w:val="clear" w:color="auto" w:fill="EEEEEE"/>
          <w:lang w:eastAsia="zh-CN"/>
        </w:rPr>
        <w:t>游戏数值配置表</w:t>
      </w:r>
      <w:r>
        <w:rPr>
          <w:rFonts w:ascii="Consolas" w:hAnsi="Consolas"/>
          <w:shd w:val="clear" w:color="auto" w:fill="EEEEEE"/>
          <w:lang w:eastAsia="zh-CN"/>
        </w:rPr>
        <w:t>.txt</w:t>
      </w:r>
      <w:r>
        <w:rPr>
          <w:lang w:eastAsia="zh-CN"/>
        </w:rPr>
        <w:t xml:space="preserve"> —— </w:t>
      </w:r>
      <w:r>
        <w:rPr>
          <w:lang w:eastAsia="zh-CN"/>
        </w:rPr>
        <w:t>全项目</w:t>
      </w:r>
      <w:r>
        <w:rPr>
          <w:lang w:eastAsia="zh-CN"/>
        </w:rPr>
        <w:t xml:space="preserve"> @export </w:t>
      </w:r>
      <w:r>
        <w:rPr>
          <w:lang w:eastAsia="zh-CN"/>
        </w:rPr>
        <w:t>数值汇总</w:t>
      </w:r>
    </w:p>
    <w:p w14:paraId="519CE100" w14:textId="77777777" w:rsidR="006835FB" w:rsidRDefault="00000000">
      <w:pPr>
        <w:ind w:left="425" w:hanging="283"/>
        <w:rPr>
          <w:lang w:eastAsia="zh-CN"/>
        </w:rPr>
      </w:pPr>
      <w:r>
        <w:rPr>
          <w:lang w:eastAsia="zh-CN"/>
        </w:rPr>
        <w:t xml:space="preserve">• </w:t>
      </w:r>
      <w:r>
        <w:rPr>
          <w:rFonts w:ascii="Consolas" w:hAnsi="Consolas"/>
          <w:shd w:val="clear" w:color="auto" w:fill="EEEEEE"/>
          <w:lang w:eastAsia="zh-CN"/>
        </w:rPr>
        <w:t>版权说明</w:t>
      </w:r>
      <w:r>
        <w:rPr>
          <w:rFonts w:ascii="Consolas" w:hAnsi="Consolas"/>
          <w:shd w:val="clear" w:color="auto" w:fill="EEEEEE"/>
          <w:lang w:eastAsia="zh-CN"/>
        </w:rPr>
        <w:t>.txt</w:t>
      </w:r>
      <w:r>
        <w:rPr>
          <w:lang w:eastAsia="zh-CN"/>
        </w:rPr>
        <w:t xml:space="preserve"> —— </w:t>
      </w:r>
      <w:r>
        <w:rPr>
          <w:lang w:eastAsia="zh-CN"/>
        </w:rPr>
        <w:t>团队信息、</w:t>
      </w:r>
      <w:r>
        <w:rPr>
          <w:lang w:eastAsia="zh-CN"/>
        </w:rPr>
        <w:t xml:space="preserve">AI </w:t>
      </w:r>
      <w:r>
        <w:rPr>
          <w:lang w:eastAsia="zh-CN"/>
        </w:rPr>
        <w:t>使用声明、授权声明</w:t>
      </w:r>
    </w:p>
    <w:p w14:paraId="0A70939F" w14:textId="77777777" w:rsidR="006835FB" w:rsidRDefault="00000000">
      <w:pPr>
        <w:ind w:left="425" w:hanging="283"/>
      </w:pPr>
      <w:r>
        <w:t xml:space="preserve">• </w:t>
      </w:r>
      <w:proofErr w:type="spellStart"/>
      <w:r>
        <w:rPr>
          <w:rFonts w:ascii="Consolas" w:hAnsi="Consolas"/>
          <w:shd w:val="clear" w:color="auto" w:fill="EEEEEE"/>
        </w:rPr>
        <w:t>submarine_crew_</w:t>
      </w:r>
      <w:proofErr w:type="gramStart"/>
      <w:r>
        <w:rPr>
          <w:rFonts w:ascii="Consolas" w:hAnsi="Consolas"/>
          <w:shd w:val="clear" w:color="auto" w:fill="EEEEEE"/>
        </w:rPr>
        <w:t>quotes.json</w:t>
      </w:r>
      <w:proofErr w:type="spellEnd"/>
      <w:proofErr w:type="gramEnd"/>
      <w:r>
        <w:t xml:space="preserve"> —— </w:t>
      </w:r>
      <w:proofErr w:type="spellStart"/>
      <w:r>
        <w:t>船员语录数据（被</w:t>
      </w:r>
      <w:proofErr w:type="spellEnd"/>
      <w:r>
        <w:t xml:space="preserve"> CrewQuotes </w:t>
      </w:r>
      <w:r>
        <w:t>读取）</w:t>
      </w:r>
    </w:p>
    <w:p w14:paraId="1BDBED57" w14:textId="77777777" w:rsidR="006835FB" w:rsidRDefault="006835FB">
      <w:pPr>
        <w:pBdr>
          <w:bottom w:val="single" w:sz="6" w:space="1" w:color="AAAAAA"/>
        </w:pBdr>
        <w:spacing w:before="120" w:after="120"/>
      </w:pPr>
    </w:p>
    <w:p w14:paraId="5F2CED62" w14:textId="77777777" w:rsidR="006835FB" w:rsidRDefault="00000000">
      <w:pPr>
        <w:pStyle w:val="1"/>
      </w:pPr>
      <w:bookmarkStart w:id="46" w:name="_Toc239423983"/>
      <w:r>
        <w:rPr>
          <w:rFonts w:ascii="Arial" w:eastAsia="黑体" w:hAnsi="Arial"/>
        </w:rPr>
        <w:t>附：核心术语速查</w:t>
      </w:r>
      <w:bookmarkEnd w:id="46"/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835FB" w14:paraId="2A524113" w14:textId="77777777">
        <w:trPr>
          <w:jc w:val="center"/>
        </w:trPr>
        <w:tc>
          <w:tcPr>
            <w:tcW w:w="4536" w:type="dxa"/>
            <w:shd w:val="clear" w:color="auto" w:fill="F2F2F2"/>
            <w:vAlign w:val="center"/>
          </w:tcPr>
          <w:p w14:paraId="599BAD14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术语</w:t>
            </w:r>
          </w:p>
        </w:tc>
        <w:tc>
          <w:tcPr>
            <w:tcW w:w="4536" w:type="dxa"/>
            <w:shd w:val="clear" w:color="auto" w:fill="F2F2F2"/>
            <w:vAlign w:val="center"/>
          </w:tcPr>
          <w:p w14:paraId="444BC85C" w14:textId="77777777" w:rsidR="006835FB" w:rsidRDefault="00000000">
            <w:pPr>
              <w:spacing w:line="240" w:lineRule="auto"/>
              <w:jc w:val="center"/>
            </w:pPr>
            <w:r>
              <w:rPr>
                <w:b/>
                <w:sz w:val="21"/>
              </w:rPr>
              <w:t>含义</w:t>
            </w:r>
          </w:p>
        </w:tc>
      </w:tr>
      <w:tr w:rsidR="006835FB" w14:paraId="60437055" w14:textId="77777777">
        <w:trPr>
          <w:jc w:val="center"/>
        </w:trPr>
        <w:tc>
          <w:tcPr>
            <w:tcW w:w="4536" w:type="dxa"/>
            <w:vAlign w:val="center"/>
          </w:tcPr>
          <w:p w14:paraId="30972C9A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HD2D</w:t>
            </w:r>
          </w:p>
        </w:tc>
        <w:tc>
          <w:tcPr>
            <w:tcW w:w="4536" w:type="dxa"/>
            <w:vAlign w:val="center"/>
          </w:tcPr>
          <w:p w14:paraId="3296DA5A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2D </w:t>
            </w:r>
            <w:r>
              <w:rPr>
                <w:sz w:val="21"/>
                <w:lang w:eastAsia="zh-CN"/>
              </w:rPr>
              <w:t>贴图</w:t>
            </w:r>
            <w:r>
              <w:rPr>
                <w:sz w:val="21"/>
                <w:lang w:eastAsia="zh-CN"/>
              </w:rPr>
              <w:t xml:space="preserve"> + </w:t>
            </w:r>
            <w:r>
              <w:rPr>
                <w:sz w:val="21"/>
                <w:lang w:eastAsia="zh-CN"/>
              </w:rPr>
              <w:t>光影氛围感，用</w:t>
            </w:r>
            <w:r>
              <w:rPr>
                <w:sz w:val="21"/>
                <w:lang w:eastAsia="zh-CN"/>
              </w:rPr>
              <w:t xml:space="preserve"> 3D </w:t>
            </w:r>
            <w:r>
              <w:rPr>
                <w:sz w:val="21"/>
                <w:lang w:eastAsia="zh-CN"/>
              </w:rPr>
              <w:t>节点承载</w:t>
            </w:r>
            <w:r>
              <w:rPr>
                <w:sz w:val="21"/>
                <w:lang w:eastAsia="zh-CN"/>
              </w:rPr>
              <w:t xml:space="preserve"> 2D </w:t>
            </w:r>
            <w:r>
              <w:rPr>
                <w:sz w:val="21"/>
                <w:lang w:eastAsia="zh-CN"/>
              </w:rPr>
              <w:t>画面</w:t>
            </w:r>
          </w:p>
        </w:tc>
      </w:tr>
      <w:tr w:rsidR="006835FB" w14:paraId="45CBBCC8" w14:textId="77777777">
        <w:trPr>
          <w:jc w:val="center"/>
        </w:trPr>
        <w:tc>
          <w:tcPr>
            <w:tcW w:w="4536" w:type="dxa"/>
            <w:vAlign w:val="center"/>
          </w:tcPr>
          <w:p w14:paraId="16394B37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OBB / SAT</w:t>
            </w:r>
          </w:p>
        </w:tc>
        <w:tc>
          <w:tcPr>
            <w:tcW w:w="4536" w:type="dxa"/>
            <w:vAlign w:val="center"/>
          </w:tcPr>
          <w:p w14:paraId="2F074AC2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有向包围盒</w:t>
            </w:r>
            <w:r>
              <w:rPr>
                <w:sz w:val="21"/>
                <w:lang w:eastAsia="zh-CN"/>
              </w:rPr>
              <w:t xml:space="preserve"> / </w:t>
            </w:r>
            <w:r>
              <w:rPr>
                <w:sz w:val="21"/>
                <w:lang w:eastAsia="zh-CN"/>
              </w:rPr>
              <w:t>分离轴定理（碰撞检测算法）</w:t>
            </w:r>
          </w:p>
        </w:tc>
      </w:tr>
      <w:tr w:rsidR="006835FB" w14:paraId="41593BBC" w14:textId="77777777">
        <w:trPr>
          <w:jc w:val="center"/>
        </w:trPr>
        <w:tc>
          <w:tcPr>
            <w:tcW w:w="4536" w:type="dxa"/>
            <w:vAlign w:val="center"/>
          </w:tcPr>
          <w:p w14:paraId="3416295C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点链</w:t>
            </w:r>
            <w:proofErr w:type="spellEnd"/>
            <w:r>
              <w:rPr>
                <w:sz w:val="21"/>
              </w:rPr>
              <w:t xml:space="preserve"> / </w:t>
            </w:r>
            <w:proofErr w:type="spellStart"/>
            <w:r>
              <w:rPr>
                <w:sz w:val="21"/>
              </w:rPr>
              <w:t>点连点</w:t>
            </w:r>
            <w:proofErr w:type="spellEnd"/>
          </w:p>
        </w:tc>
        <w:tc>
          <w:tcPr>
            <w:tcW w:w="4536" w:type="dxa"/>
            <w:vAlign w:val="center"/>
          </w:tcPr>
          <w:p w14:paraId="513D8D0E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怪物身体部位</w:t>
            </w:r>
            <w:proofErr w:type="gramStart"/>
            <w:r>
              <w:rPr>
                <w:sz w:val="21"/>
                <w:lang w:eastAsia="zh-CN"/>
              </w:rPr>
              <w:t>"</w:t>
            </w:r>
            <w:r>
              <w:rPr>
                <w:sz w:val="21"/>
                <w:lang w:eastAsia="zh-CN"/>
              </w:rPr>
              <w:t>头</w:t>
            </w:r>
            <w:proofErr w:type="gramEnd"/>
            <w:r>
              <w:rPr>
                <w:sz w:val="21"/>
                <w:lang w:eastAsia="zh-CN"/>
              </w:rPr>
              <w:t>带点、点带</w:t>
            </w:r>
            <w:proofErr w:type="gramStart"/>
            <w:r>
              <w:rPr>
                <w:sz w:val="21"/>
                <w:lang w:eastAsia="zh-CN"/>
              </w:rPr>
              <w:t>点</w:t>
            </w:r>
            <w:r>
              <w:rPr>
                <w:sz w:val="21"/>
                <w:lang w:eastAsia="zh-CN"/>
              </w:rPr>
              <w:t>"</w:t>
            </w:r>
            <w:proofErr w:type="gramEnd"/>
            <w:r>
              <w:rPr>
                <w:sz w:val="21"/>
                <w:lang w:eastAsia="zh-CN"/>
              </w:rPr>
              <w:t>刚性跟随结构</w:t>
            </w:r>
          </w:p>
        </w:tc>
      </w:tr>
      <w:tr w:rsidR="006835FB" w14:paraId="4F795A03" w14:textId="77777777">
        <w:trPr>
          <w:jc w:val="center"/>
        </w:trPr>
        <w:tc>
          <w:tcPr>
            <w:tcW w:w="4536" w:type="dxa"/>
            <w:vAlign w:val="center"/>
          </w:tcPr>
          <w:p w14:paraId="1755797C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trauma</w:t>
            </w:r>
          </w:p>
        </w:tc>
        <w:tc>
          <w:tcPr>
            <w:tcW w:w="4536" w:type="dxa"/>
            <w:vAlign w:val="center"/>
          </w:tcPr>
          <w:p w14:paraId="452249E3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屏幕</w:t>
            </w:r>
            <w:r>
              <w:rPr>
                <w:sz w:val="21"/>
                <w:lang w:eastAsia="zh-CN"/>
              </w:rPr>
              <w:t>/</w:t>
            </w:r>
            <w:r>
              <w:rPr>
                <w:sz w:val="21"/>
                <w:lang w:eastAsia="zh-CN"/>
              </w:rPr>
              <w:t>潜艇震动强度（指数衰减）</w:t>
            </w:r>
          </w:p>
        </w:tc>
      </w:tr>
      <w:tr w:rsidR="006835FB" w14:paraId="2174430F" w14:textId="77777777">
        <w:trPr>
          <w:jc w:val="center"/>
        </w:trPr>
        <w:tc>
          <w:tcPr>
            <w:tcW w:w="4536" w:type="dxa"/>
            <w:vAlign w:val="center"/>
          </w:tcPr>
          <w:p w14:paraId="7D7F090A" w14:textId="77777777" w:rsidR="006835FB" w:rsidRDefault="00000000">
            <w:pPr>
              <w:spacing w:line="240" w:lineRule="auto"/>
              <w:jc w:val="center"/>
            </w:pPr>
            <w:r>
              <w:rPr>
                <w:sz w:val="21"/>
              </w:rPr>
              <w:t>blackout</w:t>
            </w:r>
          </w:p>
        </w:tc>
        <w:tc>
          <w:tcPr>
            <w:tcW w:w="4536" w:type="dxa"/>
            <w:vAlign w:val="center"/>
          </w:tcPr>
          <w:p w14:paraId="0D8AD0AD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停电（灯光熄灭、声纳</w:t>
            </w:r>
            <w:r>
              <w:rPr>
                <w:sz w:val="21"/>
                <w:lang w:eastAsia="zh-CN"/>
              </w:rPr>
              <w:t>/</w:t>
            </w:r>
            <w:r>
              <w:rPr>
                <w:sz w:val="21"/>
                <w:lang w:eastAsia="zh-CN"/>
              </w:rPr>
              <w:t>泵</w:t>
            </w:r>
            <w:r>
              <w:rPr>
                <w:sz w:val="21"/>
                <w:lang w:eastAsia="zh-CN"/>
              </w:rPr>
              <w:t>/</w:t>
            </w:r>
            <w:r>
              <w:rPr>
                <w:sz w:val="21"/>
                <w:lang w:eastAsia="zh-CN"/>
              </w:rPr>
              <w:t>武器失效）</w:t>
            </w:r>
          </w:p>
        </w:tc>
      </w:tr>
      <w:tr w:rsidR="006835FB" w14:paraId="342257EA" w14:textId="77777777">
        <w:trPr>
          <w:jc w:val="center"/>
        </w:trPr>
        <w:tc>
          <w:tcPr>
            <w:tcW w:w="4536" w:type="dxa"/>
            <w:vAlign w:val="center"/>
          </w:tcPr>
          <w:p w14:paraId="043D517F" w14:textId="77777777" w:rsidR="006835FB" w:rsidRDefault="00000000">
            <w:pPr>
              <w:spacing w:line="240" w:lineRule="auto"/>
              <w:jc w:val="center"/>
            </w:pPr>
            <w:proofErr w:type="spellStart"/>
            <w:r>
              <w:rPr>
                <w:sz w:val="21"/>
              </w:rPr>
              <w:t>sonar_active</w:t>
            </w:r>
            <w:proofErr w:type="spellEnd"/>
          </w:p>
        </w:tc>
        <w:tc>
          <w:tcPr>
            <w:tcW w:w="4536" w:type="dxa"/>
            <w:vAlign w:val="center"/>
          </w:tcPr>
          <w:p w14:paraId="3F6C2DB5" w14:textId="77777777" w:rsidR="006835FB" w:rsidRDefault="00000000">
            <w:pPr>
              <w:spacing w:line="24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声纳开关状态（核心玩法开关）</w:t>
            </w:r>
          </w:p>
        </w:tc>
      </w:tr>
    </w:tbl>
    <w:p w14:paraId="249379B6" w14:textId="77777777" w:rsidR="006835FB" w:rsidRDefault="006835FB">
      <w:pPr>
        <w:rPr>
          <w:lang w:eastAsia="zh-CN"/>
        </w:rPr>
      </w:pPr>
    </w:p>
    <w:sectPr w:rsidR="006835FB" w:rsidSect="002F18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40DA" w14:textId="77777777" w:rsidR="00814739" w:rsidRDefault="00814739" w:rsidP="007A35AC">
      <w:pPr>
        <w:spacing w:line="240" w:lineRule="auto"/>
      </w:pPr>
      <w:r>
        <w:separator/>
      </w:r>
    </w:p>
  </w:endnote>
  <w:endnote w:type="continuationSeparator" w:id="0">
    <w:p w14:paraId="1A7844BD" w14:textId="77777777" w:rsidR="00814739" w:rsidRDefault="00814739" w:rsidP="007A3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C1D2" w14:textId="77777777" w:rsidR="007A35AC" w:rsidRDefault="007A35A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3121" w14:textId="77777777" w:rsidR="007A35AC" w:rsidRPr="009C2DB1" w:rsidRDefault="007A35AC">
    <w:pPr>
      <w:pStyle w:val="a7"/>
      <w:jc w:val="right"/>
      <w:rPr>
        <w:rFonts w:hint="eastAsia"/>
        <w:color w:val="000000" w:themeColor="text1"/>
      </w:rPr>
    </w:pPr>
    <w:r w:rsidRPr="009C2DB1">
      <w:rPr>
        <w:color w:val="000000" w:themeColor="text1"/>
        <w:sz w:val="20"/>
        <w:szCs w:val="20"/>
        <w:lang w:val="zh-CN" w:eastAsia="zh-CN"/>
      </w:rPr>
      <w:t>页</w:t>
    </w:r>
    <w:r w:rsidRPr="009C2DB1">
      <w:rPr>
        <w:color w:val="000000" w:themeColor="text1"/>
        <w:sz w:val="20"/>
        <w:szCs w:val="20"/>
        <w:lang w:val="zh-CN" w:eastAsia="zh-CN"/>
      </w:rPr>
      <w:t xml:space="preserve"> </w:t>
    </w:r>
    <w:r w:rsidRPr="009C2DB1">
      <w:rPr>
        <w:color w:val="000000" w:themeColor="text1"/>
        <w:sz w:val="20"/>
        <w:szCs w:val="20"/>
      </w:rPr>
      <w:fldChar w:fldCharType="begin"/>
    </w:r>
    <w:r w:rsidRPr="009C2DB1">
      <w:rPr>
        <w:color w:val="000000" w:themeColor="text1"/>
        <w:sz w:val="20"/>
        <w:szCs w:val="20"/>
      </w:rPr>
      <w:instrText>PAGE  \* Arabic</w:instrText>
    </w:r>
    <w:r w:rsidRPr="009C2DB1">
      <w:rPr>
        <w:color w:val="000000" w:themeColor="text1"/>
        <w:sz w:val="20"/>
        <w:szCs w:val="20"/>
      </w:rPr>
      <w:fldChar w:fldCharType="separate"/>
    </w:r>
    <w:r w:rsidRPr="009C2DB1">
      <w:rPr>
        <w:color w:val="000000" w:themeColor="text1"/>
        <w:sz w:val="20"/>
        <w:szCs w:val="20"/>
        <w:lang w:val="zh-CN" w:eastAsia="zh-CN"/>
      </w:rPr>
      <w:t>1</w:t>
    </w:r>
    <w:r w:rsidRPr="009C2DB1">
      <w:rPr>
        <w:color w:val="000000" w:themeColor="text1"/>
        <w:sz w:val="20"/>
        <w:szCs w:val="20"/>
      </w:rPr>
      <w:fldChar w:fldCharType="end"/>
    </w:r>
  </w:p>
  <w:p w14:paraId="502E2D5D" w14:textId="77777777" w:rsidR="007A35AC" w:rsidRDefault="007A35A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8521" w14:textId="77777777" w:rsidR="007A35AC" w:rsidRDefault="007A35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F285" w14:textId="77777777" w:rsidR="00814739" w:rsidRDefault="00814739" w:rsidP="007A35AC">
      <w:pPr>
        <w:spacing w:line="240" w:lineRule="auto"/>
      </w:pPr>
      <w:r>
        <w:separator/>
      </w:r>
    </w:p>
  </w:footnote>
  <w:footnote w:type="continuationSeparator" w:id="0">
    <w:p w14:paraId="28FF9C59" w14:textId="77777777" w:rsidR="00814739" w:rsidRDefault="00814739" w:rsidP="007A35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5C41" w14:textId="77777777" w:rsidR="007A35AC" w:rsidRDefault="007A35A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069B" w14:textId="4C635F85" w:rsidR="007A35AC" w:rsidRDefault="009C2DB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00CEFD9" wp14:editId="7B5A1964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文本框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450C8D" w14:textId="07AACA4A" w:rsidR="009C2DB1" w:rsidRDefault="009C2DB1">
                          <w:pPr>
                            <w:spacing w:line="240" w:lineRule="auto"/>
                            <w:rPr>
                              <w:rFonts w:hint="eastAsia"/>
                              <w:lang w:eastAsia="zh-CN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lang w:eastAsia="zh-CN"/>
                            </w:rPr>
                            <w:t>TransformG</w:t>
                          </w:r>
                          <w:r w:rsidR="002F18A5">
                            <w:rPr>
                              <w:rFonts w:hint="eastAsia"/>
                              <w:lang w:eastAsia="zh-CN"/>
                            </w:rPr>
                            <w:t>ame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CEFD9" id="_x0000_t202" coordsize="21600,21600" o:spt="202" path="m,l,21600r21600,l21600,xe">
              <v:stroke joinstyle="miter"/>
              <v:path gradientshapeok="t" o:connecttype="rect"/>
            </v:shapetype>
            <v:shape id="文本框 212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" o:allowincell="f" filled="f" stroked="f">
              <v:textbox style="mso-fit-shape-to-text:t" inset=",0,,0">
                <w:txbxContent>
                  <w:p w14:paraId="6D450C8D" w14:textId="07AACA4A" w:rsidR="009C2DB1" w:rsidRDefault="009C2DB1">
                    <w:pPr>
                      <w:spacing w:line="240" w:lineRule="auto"/>
                      <w:rPr>
                        <w:rFonts w:hint="eastAsia"/>
                        <w:lang w:eastAsia="zh-CN"/>
                      </w:rPr>
                    </w:pPr>
                    <w:proofErr w:type="spellStart"/>
                    <w:r>
                      <w:rPr>
                        <w:rFonts w:hint="eastAsia"/>
                        <w:lang w:eastAsia="zh-CN"/>
                      </w:rPr>
                      <w:t>TransformG</w:t>
                    </w:r>
                    <w:r w:rsidR="002F18A5">
                      <w:rPr>
                        <w:rFonts w:hint="eastAsia"/>
                        <w:lang w:eastAsia="zh-CN"/>
                      </w:rPr>
                      <w:t>ame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A97A" w14:textId="77777777" w:rsidR="007A35AC" w:rsidRDefault="007A35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112291">
    <w:abstractNumId w:val="8"/>
  </w:num>
  <w:num w:numId="2" w16cid:durableId="1173302705">
    <w:abstractNumId w:val="6"/>
  </w:num>
  <w:num w:numId="3" w16cid:durableId="1279877056">
    <w:abstractNumId w:val="5"/>
  </w:num>
  <w:num w:numId="4" w16cid:durableId="1654528755">
    <w:abstractNumId w:val="4"/>
  </w:num>
  <w:num w:numId="5" w16cid:durableId="1683121366">
    <w:abstractNumId w:val="7"/>
  </w:num>
  <w:num w:numId="6" w16cid:durableId="832989702">
    <w:abstractNumId w:val="3"/>
  </w:num>
  <w:num w:numId="7" w16cid:durableId="1786733253">
    <w:abstractNumId w:val="2"/>
  </w:num>
  <w:num w:numId="8" w16cid:durableId="1018199733">
    <w:abstractNumId w:val="1"/>
  </w:num>
  <w:num w:numId="9" w16cid:durableId="210449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18A5"/>
    <w:rsid w:val="00326F90"/>
    <w:rsid w:val="003E5E2E"/>
    <w:rsid w:val="00405B68"/>
    <w:rsid w:val="006835FB"/>
    <w:rsid w:val="007A35AC"/>
    <w:rsid w:val="00814739"/>
    <w:rsid w:val="008C5E01"/>
    <w:rsid w:val="009A3980"/>
    <w:rsid w:val="009C2DB1"/>
    <w:rsid w:val="00AA1D8D"/>
    <w:rsid w:val="00B47730"/>
    <w:rsid w:val="00BF38BA"/>
    <w:rsid w:val="00C16532"/>
    <w:rsid w:val="00C91267"/>
    <w:rsid w:val="00CB0664"/>
    <w:rsid w:val="00F33D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0AC151"/>
  <w14:defaultImageDpi w14:val="300"/>
  <w15:docId w15:val="{CB178162-795A-418C-A83A-2AF64CA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A35AC"/>
    <w:pPr>
      <w:spacing w:after="0" w:line="360" w:lineRule="auto"/>
    </w:pPr>
    <w:rPr>
      <w:rFonts w:ascii="Arial" w:eastAsia="宋体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a1"/>
    <w:next w:val="a1"/>
    <w:autoRedefine/>
    <w:uiPriority w:val="39"/>
    <w:unhideWhenUsed/>
    <w:rsid w:val="008C5E01"/>
  </w:style>
  <w:style w:type="paragraph" w:styleId="TOC2">
    <w:name w:val="toc 2"/>
    <w:basedOn w:val="a1"/>
    <w:next w:val="a1"/>
    <w:autoRedefine/>
    <w:uiPriority w:val="39"/>
    <w:unhideWhenUsed/>
    <w:rsid w:val="008C5E01"/>
    <w:pPr>
      <w:ind w:leftChars="200" w:left="420"/>
    </w:pPr>
  </w:style>
  <w:style w:type="character" w:styleId="aff9">
    <w:name w:val="Hyperlink"/>
    <w:basedOn w:val="a2"/>
    <w:uiPriority w:val="99"/>
    <w:unhideWhenUsed/>
    <w:rsid w:val="008C5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21</Pages>
  <Words>7405</Words>
  <Characters>14662</Characters>
  <Application>Microsoft Office Word</Application>
  <DocSecurity>0</DocSecurity>
  <Lines>610</Lines>
  <Paragraphs>538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chernar A</cp:lastModifiedBy>
  <cp:revision>9</cp:revision>
  <dcterms:created xsi:type="dcterms:W3CDTF">2013-12-23T23:15:00Z</dcterms:created>
  <dcterms:modified xsi:type="dcterms:W3CDTF">2026-09-04T06:18:00Z</dcterms:modified>
  <cp:category/>
</cp:coreProperties>
</file>